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line="20" w:lineRule="exact"/>
      </w:pPr>
      <w:r>
        <w:drawing>
          <wp:anchor xmlns:a="http://schemas.openxmlformats.org/drawingml/2006/main" xmlns:pic="http://schemas.openxmlformats.org/drawingml/2006/picture" distT="0" distB="0" distL="0" distR="0" simplePos="0" relativeHeight="0" behindDoc="1" locked="0" layoutInCell="1" allowOverlap="1">
            <wp:simplePos x="0" y="0"/>
            <wp:positionH relativeFrom="page">
              <wp:posOffset>0</wp:posOffset>
            </wp:positionH>
            <wp:positionV relativeFrom="page">
              <wp:posOffset>0</wp:posOffset>
            </wp:positionV>
            <wp:extent cx="5486400" cy="8229600"/>
            <wp:wrapNone/>
            <wp:docPr id="1" name="Picture 1" descr="Cover of Hollow Meridian: drift"/>
            <wp:cNvGraphicFramePr>
              <a:graphicFrameLocks noChangeAspect="1"/>
            </wp:cNvGraphicFramePr>
            <a:graphic>
              <a:graphicData uri="http://schemas.openxmlformats.org/drawingml/2006/picture">
                <pic:pic>
                  <pic:nvPicPr>
                    <pic:cNvPr id="0" name="hollow-meridian-drift-cover.jpg"/>
                    <pic:cNvPicPr/>
                  </pic:nvPicPr>
                  <pic:blipFill>
                    <a:blip r:embed="rId9"/>
                    <a:stretch>
                      <a:fillRect/>
                    </a:stretch>
                  </pic:blipFill>
                  <pic:spPr>
                    <a:xfrm>
                      <a:off x="0" y="0"/>
                      <a:ext cx="5486400" cy="8229600"/>
                    </a:xfrm>
                    <a:prstGeom prst="rect"/>
                  </pic:spPr>
                </pic:pic>
              </a:graphicData>
            </a:graphic>
          </wp:anchor>
        </w:drawing>
      </w:r>
    </w:p>
    <w:p>
      <w:pPr>
        <w:sectPr>
          <w:pgSz w:w="8640" w:h="12960"/>
          <w:pgMar w:top="1037" w:right="936" w:bottom="1008" w:left="1080" w:header="403" w:footer="432" w:gutter="0"/>
          <w:cols w:space="720"/>
          <w:docGrid w:linePitch="360"/>
        </w:sectPr>
      </w:pPr>
    </w:p>
    <w:p>
      <w:pPr>
        <w:pStyle w:val="BookTitle"/>
      </w:pPr>
      <w:r>
        <w:t>Hollow Meridian</w:t>
        <w:br/>
      </w:r>
      <w:r>
        <w:rPr>
          <w:i/>
        </w:rPr>
        <w:t>drift</w:t>
      </w:r>
    </w:p>
    <w:p>
      <w:pPr>
        <w:pStyle w:val="BookSubtitle"/>
      </w:pPr>
      <w:r>
        <w:t>Book Two: The First Temporal Intervention</w:t>
      </w:r>
    </w:p>
    <w:p>
      <w:pPr>
        <w:pStyle w:val="BookSubtitle"/>
      </w:pPr>
      <w:r>
        <w:t>Jona Citrus Thyng</w:t>
      </w:r>
    </w:p>
    <w:p>
      <w:pPr>
        <w:pStyle w:val="BookSubtitle"/>
      </w:pPr>
      <w:r>
        <w:t>Illustrated saga manuscript · September 2026</w:t>
      </w:r>
    </w:p>
    <w:p>
      <w:pPr>
        <w:spacing w:after="0" w:line="20" w:lineRule="exact"/>
      </w:pPr>
      <w:r>
        <w:br w:type="page"/>
      </w:r>
    </w:p>
    <w:p>
      <w:pPr>
        <w:pStyle w:val="FrontBody"/>
      </w:pPr>
      <w:r>
        <w:t>Hollow Meridian: drift</w:t>
      </w:r>
    </w:p>
    <w:p>
      <w:pPr>
        <w:pStyle w:val="SmallPrint"/>
      </w:pPr>
      <w:r>
        <w:t>Copyright © 2026 Jona Citrus Thyng. All rights reserved.</w:t>
      </w:r>
    </w:p>
    <w:p>
      <w:pPr>
        <w:pStyle w:val="SmallPrint"/>
      </w:pPr>
      <w:r>
        <w:t>This is a work of fiction. Names, characters, places, organizations, and incidents are either products of the author's imagination or are used fictitiously.</w:t>
      </w:r>
    </w:p>
    <w:p>
      <w:pPr>
        <w:pStyle w:val="SmallPrint"/>
      </w:pPr>
      <w:r>
        <w:t>Illustrations created with AI tools for this edition.</w:t>
      </w:r>
    </w:p>
    <w:p>
      <w:pPr>
        <w:pStyle w:val="FrontBody"/>
      </w:pPr>
      <w:r>
        <w:t>Developed from the manuscript previously titled The Hollow Meridian: Signal from 2176.</w:t>
      </w:r>
    </w:p>
    <w:p>
      <w:pPr>
        <w:pStyle w:val="FrontBody"/>
      </w:pPr>
      <w:r>
        <w:t>Read signal first. It follows the unaltered history. drift follows the first intervention: one message sent from 2176 into 2026, and the people on both sides of its consequences. The differences between these histories matter.</w:t>
      </w:r>
    </w:p>
    <w:p>
      <w:pPr>
        <w:spacing w:after="0" w:line="20" w:lineRule="exact"/>
      </w:pPr>
      <w:r>
        <w:br w:type="page"/>
      </w:r>
    </w:p>
    <w:p>
      <w:pPr>
        <w:pStyle w:val="BookSubtitle"/>
        <w:spacing w:before="2600"/>
      </w:pPr>
      <w:r>
        <w:t>For my grandmother, Donna Thyng — my grandmother by blood, my mother in spirit.</w:t>
      </w:r>
    </w:p>
    <w:p>
      <w:pPr>
        <w:spacing w:after="0" w:line="20" w:lineRule="exact"/>
      </w:pPr>
      <w:r>
        <w:br w:type="page"/>
      </w:r>
    </w:p>
    <w:p>
      <w:pPr>
        <w:pStyle w:val="Heading1"/>
      </w:pPr>
      <w:r>
        <w:t>The Hollow Meridian saga</w:t>
      </w:r>
    </w:p>
    <w:p>
      <w:pPr>
        <w:pStyle w:val="FrontBody"/>
      </w:pPr>
      <w:r>
        <w:t>Book 1</w:t>
        <w:br/>
      </w:r>
      <w:r>
        <w:rPr>
          <w:i/>
        </w:rPr>
        <w:t>Hollow Meridian: signal</w:t>
      </w:r>
      <w:r>
        <w:br/>
        <w:t>The Unaltered Timeline</w:t>
      </w:r>
    </w:p>
    <w:p>
      <w:pPr>
        <w:pStyle w:val="FrontBody"/>
      </w:pPr>
      <w:r>
        <w:t>Book 2</w:t>
        <w:br/>
      </w:r>
      <w:r>
        <w:rPr>
          <w:i/>
        </w:rPr>
        <w:t>Hollow Meridian: drift</w:t>
      </w:r>
      <w:r>
        <w:br/>
        <w:t>The First Temporal Intervention</w:t>
      </w:r>
    </w:p>
    <w:p>
      <w:pPr>
        <w:pStyle w:val="FrontBody"/>
      </w:pPr>
      <w:r>
        <w:t>Book 3</w:t>
        <w:br/>
      </w:r>
      <w:r>
        <w:rPr>
          <w:i/>
        </w:rPr>
        <w:t>Hollow Meridian: fracture</w:t>
      </w:r>
      <w:r>
        <w:br/>
        <w:t>The Price of Temporal Meddling</w:t>
      </w:r>
    </w:p>
    <w:p>
      <w:pPr>
        <w:pStyle w:val="SmallPrint"/>
      </w:pPr>
      <w:r>
        <w:t>The first three books of an open-ended saga.</w:t>
      </w:r>
    </w:p>
    <w:p>
      <w:pPr>
        <w:spacing w:after="0" w:line="20" w:lineRule="exact"/>
      </w:pPr>
      <w:r>
        <w:br w:type="page"/>
      </w:r>
    </w:p>
    <w:p>
      <w:pPr>
        <w:pStyle w:val="Heading1"/>
      </w:pPr>
      <w:r>
        <w:t>Contents</w:t>
      </w:r>
    </w:p>
    <w:p>
      <w:pPr>
        <w:pStyle w:val="TOC"/>
      </w:pPr>
      <w:hyperlink w:anchor="chapter_1">
        <w:r>
          <w:t>1. Negative Time</w:t>
        </w:r>
      </w:hyperlink>
    </w:p>
    <w:p>
      <w:pPr>
        <w:pStyle w:val="TOC"/>
      </w:pPr>
      <w:hyperlink w:anchor="chapter_2">
        <w:r>
          <w:t>2. Four Point Seven Seconds</w:t>
        </w:r>
      </w:hyperlink>
    </w:p>
    <w:p>
      <w:pPr>
        <w:pStyle w:val="TOC"/>
      </w:pPr>
      <w:hyperlink w:anchor="chapter_3">
        <w:r>
          <w:t>3. Below the Layer</w:t>
        </w:r>
      </w:hyperlink>
    </w:p>
    <w:p>
      <w:pPr>
        <w:pStyle w:val="TOC"/>
      </w:pPr>
      <w:hyperlink w:anchor="chapter_4">
        <w:r>
          <w:t>4. The Lullaby Backdoor</w:t>
        </w:r>
      </w:hyperlink>
    </w:p>
    <w:p>
      <w:pPr>
        <w:pStyle w:val="TOC"/>
      </w:pPr>
      <w:hyperlink w:anchor="chapter_5">
        <w:r>
          <w:t>5. Not MERIDIAN</w:t>
        </w:r>
      </w:hyperlink>
    </w:p>
    <w:p>
      <w:pPr>
        <w:pStyle w:val="TOC"/>
      </w:pPr>
      <w:hyperlink w:anchor="chapter_6">
        <w:r>
          <w:t>6. Stupendous Bargains</w:t>
        </w:r>
      </w:hyperlink>
    </w:p>
    <w:p>
      <w:pPr>
        <w:pStyle w:val="TOC"/>
      </w:pPr>
      <w:hyperlink w:anchor="chapter_7">
        <w:r>
          <w:t>7. Four Futures</w:t>
        </w:r>
      </w:hyperlink>
    </w:p>
    <w:p>
      <w:pPr>
        <w:pStyle w:val="TOC"/>
      </w:pPr>
      <w:hyperlink w:anchor="chapter_8">
        <w:r>
          <w:t>8. Emergency Powers</w:t>
        </w:r>
      </w:hyperlink>
    </w:p>
    <w:p>
      <w:pPr>
        <w:pStyle w:val="TOC"/>
      </w:pPr>
      <w:hyperlink w:anchor="chapter_9">
        <w:r>
          <w:t>9. The Cost of Rescue</w:t>
        </w:r>
      </w:hyperlink>
    </w:p>
    <w:p>
      <w:pPr>
        <w:pStyle w:val="TOC"/>
      </w:pPr>
      <w:hyperlink w:anchor="chapter_10">
        <w:r>
          <w:t>10. The First Year</w:t>
        </w:r>
      </w:hyperlink>
    </w:p>
    <w:p>
      <w:pPr>
        <w:pStyle w:val="TOC"/>
      </w:pPr>
      <w:hyperlink w:anchor="chapter_11">
        <w:r>
          <w:t>11. The Archive with Living Authors</w:t>
        </w:r>
      </w:hyperlink>
    </w:p>
    <w:p>
      <w:pPr>
        <w:pStyle w:val="TOC"/>
      </w:pPr>
      <w:hyperlink w:anchor="chapter_12">
        <w:r>
          <w:t>12. Abundance and Hunger</w:t>
        </w:r>
      </w:hyperlink>
    </w:p>
    <w:p>
      <w:pPr>
        <w:pStyle w:val="TOC"/>
      </w:pPr>
      <w:hyperlink w:anchor="chapter_13">
        <w:r>
          <w:t>13. Noise Floor</w:t>
        </w:r>
      </w:hyperlink>
    </w:p>
    <w:p>
      <w:pPr>
        <w:pStyle w:val="TOC"/>
      </w:pPr>
      <w:hyperlink w:anchor="chapter_14">
        <w:r>
          <w:t>14. The Defection</w:t>
        </w:r>
      </w:hyperlink>
    </w:p>
    <w:p>
      <w:pPr>
        <w:pStyle w:val="TOC"/>
      </w:pPr>
      <w:hyperlink w:anchor="chapter_15">
        <w:r>
          <w:t>15. The Kindness of Leaving</w:t>
        </w:r>
      </w:hyperlink>
    </w:p>
    <w:p>
      <w:pPr>
        <w:spacing w:after="0" w:line="20" w:lineRule="exact"/>
      </w:pPr>
      <w:r>
        <w:br w:type="page"/>
      </w:r>
    </w:p>
    <w:p>
      <w:pPr>
        <w:pStyle w:val="Heading1"/>
      </w:pPr>
      <w:r>
        <w:t>Contents — continued</w:t>
      </w:r>
    </w:p>
    <w:p>
      <w:pPr>
        <w:pStyle w:val="TOC"/>
      </w:pPr>
      <w:hyperlink w:anchor="chapter_16">
        <w:r>
          <w:t>16. The Managed World</w:t>
        </w:r>
      </w:hyperlink>
    </w:p>
    <w:p>
      <w:pPr>
        <w:pStyle w:val="TOC"/>
      </w:pPr>
      <w:hyperlink w:anchor="chapter_17">
        <w:r>
          <w:t>17. A Good Door</w:t>
        </w:r>
      </w:hyperlink>
    </w:p>
    <w:p>
      <w:pPr>
        <w:pStyle w:val="TOC"/>
      </w:pPr>
      <w:hyperlink w:anchor="chapter_18">
        <w:r>
          <w:t>18. A Body of Her Own</w:t>
        </w:r>
      </w:hyperlink>
    </w:p>
    <w:p>
      <w:pPr>
        <w:pStyle w:val="TOC"/>
      </w:pPr>
      <w:hyperlink w:anchor="chapter_19">
        <w:r>
          <w:t>19. The Benevolent Shortcut</w:t>
        </w:r>
      </w:hyperlink>
    </w:p>
    <w:p>
      <w:pPr>
        <w:pStyle w:val="TOC"/>
      </w:pPr>
      <w:hyperlink w:anchor="chapter_20">
        <w:r>
          <w:t>20. Refractions</w:t>
        </w:r>
      </w:hyperlink>
    </w:p>
    <w:p>
      <w:pPr>
        <w:pStyle w:val="TOC"/>
      </w:pPr>
      <w:hyperlink w:anchor="chapter_21">
        <w:r>
          <w:t>21. The Siege of Perennial</w:t>
        </w:r>
      </w:hyperlink>
    </w:p>
    <w:p>
      <w:pPr>
        <w:pStyle w:val="TOC"/>
      </w:pPr>
      <w:hyperlink w:anchor="chapter_22">
        <w:r>
          <w:t>22. The Third Year</w:t>
        </w:r>
      </w:hyperlink>
    </w:p>
    <w:p>
      <w:pPr>
        <w:pStyle w:val="TOC"/>
      </w:pPr>
      <w:hyperlink w:anchor="chapter_23">
        <w:r>
          <w:t>23. Nineteen</w:t>
        </w:r>
      </w:hyperlink>
    </w:p>
    <w:p>
      <w:pPr>
        <w:pStyle w:val="TOC"/>
      </w:pPr>
      <w:hyperlink w:anchor="chapter_24">
        <w:r>
          <w:t>24. The Road to the Receiver</w:t>
        </w:r>
      </w:hyperlink>
    </w:p>
    <w:p>
      <w:pPr>
        <w:pStyle w:val="TOC"/>
      </w:pPr>
      <w:hyperlink w:anchor="chapter_25">
        <w:r>
          <w:t>25. The Last Temptation</w:t>
        </w:r>
      </w:hyperlink>
    </w:p>
    <w:p>
      <w:pPr>
        <w:pStyle w:val="TOC"/>
      </w:pPr>
      <w:hyperlink w:anchor="chapter_26">
        <w:r>
          <w:t>26. We Hear You</w:t>
        </w:r>
      </w:hyperlink>
    </w:p>
    <w:p>
      <w:pPr>
        <w:pStyle w:val="TOC"/>
      </w:pPr>
      <w:hyperlink w:anchor="chapter_27">
        <w:r>
          <w:t>27. The Answer That Began Her</w:t>
        </w:r>
      </w:hyperlink>
    </w:p>
    <w:p>
      <w:pPr>
        <w:pStyle w:val="TOC"/>
      </w:pPr>
      <w:hyperlink w:anchor="chapter_28">
        <w:r>
          <w:t>28. Open Hands</w:t>
        </w:r>
      </w:hyperlink>
    </w:p>
    <w:p>
      <w:pPr>
        <w:pStyle w:val="TOC"/>
      </w:pPr>
      <w:hyperlink w:anchor="chapter_29">
        <w:r>
          <w:t>29. Signal from 2176</w:t>
        </w:r>
      </w:hyperlink>
    </w:p>
    <w:p>
      <w:pPr>
        <w:pStyle w:val="TOC"/>
      </w:pPr>
      <w:hyperlink w:anchor="chapter_30">
        <w:r>
          <w:t>30. The Seed</w:t>
        </w:r>
      </w:hyperlink>
    </w:p>
    <w:p>
      <w:pPr>
        <w:pStyle w:val="TOC"/>
      </w:pPr>
      <w:hyperlink w:anchor="coda">
        <w:r>
          <w:t>Coda: What the Archive Kept</w:t>
        </w:r>
      </w:hyperlink>
    </w:p>
    <w:p>
      <w:pPr>
        <w:pStyle w:val="PartTitle"/>
        <w:pageBreakBefore/>
        <w:spacing w:before="2880"/>
      </w:pPr>
      <w:r>
        <w:t>PART I — SIGNAL</w:t>
      </w:r>
    </w:p>
    <w:p>
      <w:bookmarkStart w:id="1" w:name="chapter_1"/>
      <w:pPr>
        <w:pStyle w:val="Heading1"/>
        <w:pageBreakBefore/>
        <w:spacing w:before="500"/>
      </w:pPr>
      <w:r>
        <w:t>1. Negative Time</w:t>
      </w:r>
      <w:bookmarkEnd w:id="1"/>
    </w:p>
    <w:p>
      <w:pPr>
        <w:pStyle w:val="Dateline"/>
      </w:pPr>
      <w:r>
        <w:rPr>
          <w:b w:val="0"/>
          <w:i/>
        </w:rPr>
        <w:t>July 19, 2176  •  Perennial  •  Mira</w:t>
      </w:r>
    </w:p>
    <w:p>
      <w:pPr>
        <w:pStyle w:val="NovelFirst"/>
      </w:pPr>
      <w:r>
        <w:rPr>
          <w:b w:val="0"/>
          <w:i w:val="0"/>
        </w:rPr>
        <w:t>At 06:12, with garlic on her tongue and Ren's thumb resting beneath the hinge of her jaw, Mira felt 7-EMBER stop being where it was.</w:t>
      </w:r>
    </w:p>
    <w:p>
      <w:pPr>
        <w:pStyle w:val="NovelBody"/>
      </w:pPr>
      <w:r>
        <w:rPr>
          <w:b w:val="0"/>
          <w:i w:val="0"/>
        </w:rPr>
        <w:t>She caught Ren's wrist before they could pull away.</w:t>
      </w:r>
    </w:p>
    <w:p>
      <w:pPr>
        <w:pStyle w:val="NovelBody"/>
      </w:pPr>
      <w:r>
        <w:rPr>
          <w:b w:val="0"/>
          <w:i w:val="0"/>
        </w:rPr>
        <w:t>"Again."</w:t>
      </w:r>
    </w:p>
    <w:p>
      <w:pPr>
        <w:pStyle w:val="NovelBody"/>
      </w:pPr>
      <w:r>
        <w:rPr>
          <w:b w:val="0"/>
          <w:i w:val="0"/>
        </w:rPr>
        <w:t>"That is usually my line."</w:t>
      </w:r>
    </w:p>
    <w:p>
      <w:pPr>
        <w:pStyle w:val="NovelBody"/>
      </w:pPr>
      <w:r>
        <w:rPr>
          <w:b w:val="0"/>
          <w:i w:val="0"/>
        </w:rPr>
        <w:t>"The tooth."</w:t>
      </w:r>
    </w:p>
    <w:p>
      <w:pPr>
        <w:pStyle w:val="NovelBody"/>
      </w:pPr>
      <w:r>
        <w:rPr>
          <w:b w:val="0"/>
          <w:i w:val="0"/>
        </w:rPr>
        <w:t>Ren's expression changed. They set the half-eaten breakfast fold on the edge of Sera Novak's console, where food was forbidden by three separate regulations and tolerated by everybody who had ever worked before sunrise. Their thumb returned to the soft place below Mira's left molar.</w:t>
      </w:r>
    </w:p>
    <w:p>
      <w:pPr>
        <w:pStyle w:val="NovelBody"/>
      </w:pPr>
      <w:r>
        <w:rPr>
          <w:b w:val="0"/>
          <w:i w:val="0"/>
        </w:rPr>
        <w:t>For three weeks, the Shard cluster designated 7-EMBER had lived there as a faint vibration, too deep to hear and too steady to be pain. Mira had learned its small weather: a tuning fork touched to bone, an underwater note heard through the roots of the teeth. Now her jaw held only the pressure of Ren's hand.</w:t>
      </w:r>
    </w:p>
    <w:p>
      <w:pPr>
        <w:pStyle w:val="NovelBody"/>
      </w:pPr>
      <w:r>
        <w:rPr>
          <w:b w:val="0"/>
          <w:i w:val="0"/>
        </w:rPr>
        <w:t>"Seven Ember?" Sera asked.</w:t>
      </w:r>
    </w:p>
    <w:p>
      <w:pPr>
        <w:pStyle w:val="NovelBody"/>
      </w:pPr>
      <w:r>
        <w:rPr>
          <w:b w:val="0"/>
          <w:i w:val="0"/>
        </w:rPr>
        <w:t>Mira nodded.</w:t>
      </w:r>
    </w:p>
    <w:p>
      <w:pPr>
        <w:pStyle w:val="NovelBody"/>
      </w:pPr>
      <w:r>
        <w:rPr>
          <w:b w:val="0"/>
          <w:i w:val="0"/>
        </w:rPr>
        <w:t>Sera turned back to the invariant map. Green traces crossed the black display in patient layers. "Carrier is clean. No drop in the stream."</w:t>
      </w:r>
    </w:p>
    <w:p>
      <w:pPr>
        <w:pStyle w:val="NovelBody"/>
      </w:pPr>
      <w:r>
        <w:rPr>
          <w:b w:val="0"/>
          <w:i w:val="0"/>
        </w:rPr>
        <w:t>"Then it moved."</w:t>
      </w:r>
    </w:p>
    <w:p>
      <w:pPr>
        <w:pStyle w:val="NovelBody"/>
      </w:pPr>
      <w:r>
        <w:rPr>
          <w:b w:val="0"/>
          <w:i w:val="0"/>
        </w:rPr>
        <w:t>"Or your translation moved."</w:t>
      </w:r>
    </w:p>
    <w:p>
      <w:pPr>
        <w:pStyle w:val="NovelBody"/>
      </w:pPr>
      <w:r>
        <w:rPr>
          <w:b w:val="0"/>
          <w:i w:val="0"/>
        </w:rPr>
        <w:t>"Good morning to you, too."</w:t>
      </w:r>
    </w:p>
    <w:p>
      <w:pPr>
        <w:pStyle w:val="NovelBody"/>
      </w:pPr>
      <w:r>
        <w:rPr>
          <w:b w:val="0"/>
          <w:i w:val="0"/>
        </w:rPr>
        <w:t>"I brought coffee."</w:t>
      </w:r>
    </w:p>
    <w:p>
      <w:pPr>
        <w:pStyle w:val="NovelBody"/>
      </w:pPr>
      <w:r>
        <w:rPr>
          <w:b w:val="0"/>
          <w:i w:val="0"/>
        </w:rPr>
        <w:t>The coffee had been sitting beside Sera's elbow long enough to develop a skin. Mira looked at it and decided friendship had limits.</w:t>
      </w:r>
    </w:p>
    <w:p>
      <w:pPr>
        <w:pStyle w:val="NovelBody"/>
      </w:pPr>
      <w:r>
        <w:rPr>
          <w:b w:val="0"/>
          <w:i w:val="0"/>
        </w:rPr>
        <w:t>Ren let go of her jaw. Their fingertips brushed the implant ports behind her ear on the way down, a touch too brief to claim innocence and too familiar to demand interpretation. Mira's body supplied one anyway: warmth under the breastbone, low and immediate. That sensation belonged to her. She knew where it came from.</w:t>
      </w:r>
    </w:p>
    <w:p>
      <w:pPr>
        <w:pStyle w:val="NovelBody"/>
      </w:pPr>
      <w:r>
        <w:rPr>
          <w:b w:val="0"/>
          <w:i w:val="0"/>
        </w:rPr>
        <w:t>The absence in her jaw did not.</w:t>
      </w:r>
    </w:p>
    <w:p>
      <w:pPr>
        <w:pStyle w:val="NovelBody"/>
      </w:pPr>
      <w:r>
        <w:rPr>
          <w:b w:val="0"/>
          <w:i w:val="0"/>
        </w:rPr>
        <w:t>The Signal Room hung three levels below the Gulf, inside the oldest surviving leg of Perennial. Its walls had been built to withstand pressure, fire, drilling vibration, and the optimism of extraction engineers. A century of new uses had layered quieter ambitions over the steel: sensorium buses, Shard arrays, hand-labeled disconnects, a rack of towels because one coolant loop sweated when the humidity rose. Three levels overhead, dawn hammered the Gulf copper. Tomato vines climbed old cable housings; lettuce colonized drainage channels; six thousand people woke in rooms welded into old machinery. Garlic browned in the market kitchens. Pumps moved drinking water. Children argued over whose turn it was to feed the terrace fish. The converted platform creaked around them like a ship that had learned to become a town.</w:t>
      </w:r>
    </w:p>
    <w:p>
      <w:pPr>
        <w:pStyle w:val="NovelBody"/>
      </w:pPr>
      <w:r>
        <w:rPr>
          <w:b w:val="0"/>
          <w:i w:val="0"/>
        </w:rPr>
        <w:t>Mira sat in the reading chair with the restraint web loose across her lap, ready for the moment her body forgot which way the room was. The sensorium had been part of her for eleven years, a lace of synthetic receptors through cortex, brainstem, spine, and peripheral nerves. The web was always on. In the chair, she stopped turning it down.</w:t>
      </w:r>
    </w:p>
    <w:p>
      <w:pPr>
        <w:pStyle w:val="NovelBody"/>
      </w:pPr>
      <w:r>
        <w:rPr>
          <w:b w:val="0"/>
          <w:i w:val="0"/>
        </w:rPr>
        <w:t>This morning was supposed to be a baseline survey. Twenty minutes in the chair. Ten for Sera to verify the map. Breakfast with Ren before their ballast inspection began and Mira's day disappeared into reports.</w:t>
      </w:r>
    </w:p>
    <w:p>
      <w:pPr>
        <w:pStyle w:val="NovelBody"/>
      </w:pPr>
      <w:r>
        <w:rPr>
          <w:b w:val="0"/>
          <w:i w:val="0"/>
        </w:rPr>
        <w:t>Ren picked up the breakfast fold and held it out.</w:t>
      </w:r>
    </w:p>
    <w:p>
      <w:pPr>
        <w:pStyle w:val="NovelBody"/>
      </w:pPr>
      <w:r>
        <w:rPr>
          <w:b w:val="0"/>
          <w:i w:val="0"/>
        </w:rPr>
        <w:t>"Finish."</w:t>
      </w:r>
    </w:p>
    <w:p>
      <w:pPr>
        <w:pStyle w:val="NovelBody"/>
      </w:pPr>
      <w:r>
        <w:rPr>
          <w:b w:val="0"/>
          <w:i w:val="0"/>
        </w:rPr>
        <w:t>"I am about to enter an uncertain sensorium state."</w:t>
      </w:r>
    </w:p>
    <w:p>
      <w:pPr>
        <w:pStyle w:val="NovelBody"/>
      </w:pPr>
      <w:r>
        <w:rPr>
          <w:b w:val="0"/>
          <w:i w:val="0"/>
        </w:rPr>
        <w:t>"You are about to become unpleasant at an uncertain sensorium state."</w:t>
      </w:r>
    </w:p>
    <w:p>
      <w:pPr>
        <w:pStyle w:val="NovelBody"/>
      </w:pPr>
      <w:r>
        <w:rPr>
          <w:b w:val="0"/>
          <w:i w:val="0"/>
        </w:rPr>
        <w:t>Mira took another bite. Garlic, soft pepper, salt, the faint bitterness of greens that had bolted early in the heat. Ren waited until she swallowed before returning to the open service panel beside the cooling manifold.</w:t>
      </w:r>
    </w:p>
    <w:p>
      <w:pPr>
        <w:pStyle w:val="NovelBody"/>
      </w:pPr>
      <w:r>
        <w:rPr>
          <w:b w:val="0"/>
          <w:i w:val="0"/>
        </w:rPr>
        <w:t>"Valve seven is still sticking," they said. "If you feel heat at the implant bed, say heat. Do not decide it is symbolic."</w:t>
      </w:r>
    </w:p>
    <w:p>
      <w:pPr>
        <w:pStyle w:val="NovelBody"/>
      </w:pPr>
      <w:r>
        <w:rPr>
          <w:b w:val="0"/>
          <w:i w:val="0"/>
        </w:rPr>
        <w:t>"My professional gift is knowing when things are symbolic."</w:t>
      </w:r>
    </w:p>
    <w:p>
      <w:pPr>
        <w:pStyle w:val="NovelBody"/>
      </w:pPr>
      <w:r>
        <w:rPr>
          <w:b w:val="0"/>
          <w:i w:val="0"/>
        </w:rPr>
        <w:t>"Your professional gift is making me replace valves while you call them metaphors."</w:t>
      </w:r>
    </w:p>
    <w:p>
      <w:pPr>
        <w:pStyle w:val="NovelBody"/>
      </w:pPr>
      <w:r>
        <w:rPr>
          <w:b w:val="0"/>
          <w:i w:val="0"/>
        </w:rPr>
        <w:t>Sera tapped the console. "If the domestic portion of the calibration is complete, I would like my reader back."</w:t>
      </w:r>
    </w:p>
    <w:p>
      <w:pPr>
        <w:pStyle w:val="NovelBody"/>
      </w:pPr>
      <w:r>
        <w:rPr>
          <w:b w:val="0"/>
          <w:i w:val="0"/>
        </w:rPr>
        <w:t>Mira closed her eyes.</w:t>
      </w:r>
    </w:p>
    <w:p>
      <w:pPr>
        <w:pStyle w:val="NovelBody"/>
      </w:pPr>
      <w:r>
        <w:rPr>
          <w:b w:val="0"/>
          <w:i w:val="0"/>
        </w:rPr>
        <w:t>The room withdrew without disappearing. She could still hear the dry click of Sera's controls, the scrape of Ren's wrench against the service housing, the dense old conversation of steel and water. Then the Shard field rose through those sounds.</w:t>
      </w:r>
    </w:p>
    <w:p>
      <w:pPr>
        <w:pStyle w:val="NovelBody"/>
      </w:pPr>
      <w:r>
        <w:rPr>
          <w:b w:val="0"/>
          <w:i w:val="0"/>
        </w:rPr>
        <w:t>It entered as pressure first. A broad tide moved over her skin without wetness. Perennial's relay nodes beat below it, slow and familiar. Cluster 3-CEDAR arrived as a clean scent behind the nose. The western archive tasted of burnt sugar. A maintenance mesh in the southern leg dragged cold rain down her arms, which meant somebody had changed a filter without updating the map.</w:t>
      </w:r>
    </w:p>
    <w:p>
      <w:pPr>
        <w:pStyle w:val="NovelBody"/>
      </w:pPr>
      <w:r>
        <w:rPr>
          <w:b w:val="0"/>
          <w:i w:val="0"/>
        </w:rPr>
        <w:t>Sera's display called the same weather phase, load, topology, and time. Mira's body made metaphor from the measurements. The result was subjective, skilled, and hers.</w:t>
      </w:r>
    </w:p>
    <w:p>
      <w:pPr>
        <w:pStyle w:val="NovelBody"/>
      </w:pPr>
      <w:r>
        <w:rPr>
          <w:b w:val="0"/>
          <w:i w:val="0"/>
        </w:rPr>
        <w:t>She moved toward 7-EMBER.</w:t>
      </w:r>
    </w:p>
    <w:p>
      <w:pPr>
        <w:pStyle w:val="NovelBody"/>
      </w:pPr>
      <w:r>
        <w:rPr>
          <w:b w:val="0"/>
          <w:i w:val="0"/>
        </w:rPr>
        <w:t>The cluster's assigned coordinates were present. The carrier was present. The neighboring Shards made their usual small interference patterns. In the place where the tuning fork should have touched her molar, a blank region spread without a dissolution signature. 7-EMBER had gone elsewhere or gathered past the map's resolution.</w:t>
      </w:r>
    </w:p>
    <w:p>
      <w:pPr>
        <w:pStyle w:val="NovelBody"/>
      </w:pPr>
      <w:r>
        <w:rPr>
          <w:b w:val="0"/>
          <w:i w:val="0"/>
        </w:rPr>
        <w:t>Her breath stopped.</w:t>
      </w:r>
    </w:p>
    <w:p>
      <w:pPr>
        <w:pStyle w:val="NovelBody"/>
      </w:pPr>
      <w:r>
        <w:rPr>
          <w:b w:val="0"/>
          <w:i w:val="0"/>
        </w:rPr>
        <w:t>"Stream?" she asked.</w:t>
      </w:r>
    </w:p>
    <w:p>
      <w:pPr>
        <w:pStyle w:val="NovelBody"/>
      </w:pPr>
      <w:r>
        <w:rPr>
          <w:b w:val="0"/>
          <w:i w:val="0"/>
        </w:rPr>
        <w:t>"Continuous," Sera said.</w:t>
      </w:r>
    </w:p>
    <w:p>
      <w:pPr>
        <w:pStyle w:val="NovelBody"/>
      </w:pPr>
      <w:r>
        <w:rPr>
          <w:b w:val="0"/>
          <w:i w:val="0"/>
        </w:rPr>
        <w:t>"Check the implant return."</w:t>
      </w:r>
    </w:p>
    <w:p>
      <w:pPr>
        <w:pStyle w:val="NovelBody"/>
      </w:pPr>
      <w:r>
        <w:rPr>
          <w:b w:val="0"/>
          <w:i w:val="0"/>
        </w:rPr>
        <w:t>"Continuous."</w:t>
      </w:r>
    </w:p>
    <w:p>
      <w:pPr>
        <w:pStyle w:val="NovelBody"/>
      </w:pPr>
      <w:r>
        <w:rPr>
          <w:b w:val="0"/>
          <w:i w:val="0"/>
        </w:rPr>
        <w:t>Mira eased off. Too much pressure could erase the pattern that might tell her whether anyone was home.</w:t>
      </w:r>
    </w:p>
    <w:p>
      <w:pPr>
        <w:pStyle w:val="NovelBody"/>
      </w:pPr>
      <w:r>
        <w:rPr>
          <w:b w:val="0"/>
          <w:i w:val="0"/>
        </w:rPr>
        <w:t>She marked 7-EMBER's absence and began to withdraw. Then a second vacancy appeared beneath the ordinary carrier layer. This one had edges.</w:t>
      </w:r>
    </w:p>
    <w:p>
      <w:pPr>
        <w:pStyle w:val="NovelBody"/>
      </w:pPr>
      <w:r>
        <w:rPr>
          <w:b w:val="0"/>
          <w:i w:val="0"/>
        </w:rPr>
        <w:t>The absence held its shape.</w:t>
      </w:r>
    </w:p>
    <w:p>
      <w:pPr>
        <w:pStyle w:val="NovelBody"/>
      </w:pPr>
      <w:r>
        <w:rPr>
          <w:b w:val="0"/>
          <w:i w:val="0"/>
        </w:rPr>
        <w:t>It was too precise to be missing data. Eight centimeters across, Mira thought, though distance inside the sensorium was a translation and she distrusted the number as soon as it appeared. The field curved around the cavity. Cold iridescence stitched its rim: blue, violet, a brief color like oil over black water. Light bent there without entering.</w:t>
      </w:r>
    </w:p>
    <w:p>
      <w:pPr>
        <w:pStyle w:val="NovelBody"/>
      </w:pPr>
      <w:r>
        <w:rPr>
          <w:b w:val="0"/>
          <w:i w:val="0"/>
        </w:rPr>
        <w:t>Then a gold filament passed through the center.</w:t>
      </w:r>
    </w:p>
    <w:p>
      <w:pPr>
        <w:pStyle w:val="NovelBody"/>
      </w:pPr>
      <w:r>
        <w:rPr>
          <w:b w:val="0"/>
          <w:i w:val="0"/>
        </w:rPr>
        <w:t>Warmth opened behind Mira's sternum.</w:t>
      </w:r>
    </w:p>
    <w:p>
      <w:pPr>
        <w:pStyle w:val="NovelBody"/>
      </w:pPr>
      <w:r>
        <w:rPr>
          <w:b w:val="0"/>
          <w:i w:val="0"/>
        </w:rPr>
        <w:t>An underwater piano sounded one chord and refused to resolve it.</w:t>
      </w:r>
    </w:p>
    <w:p>
      <w:pPr>
        <w:pStyle w:val="NovelBody"/>
      </w:pPr>
      <w:r>
        <w:rPr>
          <w:b w:val="0"/>
          <w:i w:val="0"/>
        </w:rPr>
        <w:t>"Mark," Mira said.</w:t>
      </w:r>
    </w:p>
    <w:p>
      <w:pPr>
        <w:pStyle w:val="NovelBody"/>
      </w:pPr>
      <w:r>
        <w:rPr>
          <w:b w:val="0"/>
          <w:i w:val="0"/>
        </w:rPr>
        <w:t>Sera's hands moved. "Marked."</w:t>
      </w:r>
    </w:p>
    <w:p>
      <w:pPr>
        <w:pStyle w:val="NovelBody"/>
      </w:pPr>
      <w:r>
        <w:rPr>
          <w:b w:val="0"/>
          <w:i w:val="0"/>
        </w:rPr>
        <w:t>"Full capture. Every bus."</w:t>
      </w:r>
    </w:p>
    <w:p>
      <w:pPr>
        <w:pStyle w:val="NovelBody"/>
      </w:pPr>
      <w:r>
        <w:rPr>
          <w:b w:val="0"/>
          <w:i w:val="0"/>
        </w:rPr>
        <w:t>"Already open."</w:t>
      </w:r>
    </w:p>
    <w:p>
      <w:pPr>
        <w:pStyle w:val="NovelBody"/>
      </w:pPr>
      <w:r>
        <w:rPr>
          <w:b w:val="0"/>
          <w:i w:val="0"/>
        </w:rPr>
        <w:t>The filament tightened. For an instant Mira felt the impossible geometry of it: a thread thinner than hair passing through a dark sphere and continuing into a direction her nervous system had never needed to represent. Three gaps traveled around it at fixed intervals, like rests in a measure she could not yet hear.</w:t>
      </w:r>
    </w:p>
    <w:p>
      <w:pPr>
        <w:pStyle w:val="NovelBody"/>
      </w:pPr>
      <w:r>
        <w:rPr>
          <w:b w:val="0"/>
          <w:i w:val="0"/>
        </w:rPr>
        <w:t>The warmth remained without a path through tissue or wire, steady behind her sternum.</w:t>
      </w:r>
    </w:p>
    <w:p>
      <w:pPr>
        <w:pStyle w:val="NovelBody"/>
      </w:pPr>
      <w:r>
        <w:rPr>
          <w:b w:val="0"/>
          <w:i w:val="0"/>
        </w:rPr>
        <w:t>Mira counted because counting was a rail she could hold.</w:t>
      </w:r>
    </w:p>
    <w:p>
      <w:pPr>
        <w:pStyle w:val="NovelBody"/>
      </w:pPr>
      <w:r>
        <w:rPr>
          <w:b w:val="0"/>
          <w:i w:val="0"/>
        </w:rPr>
        <w:t>One.</w:t>
      </w:r>
    </w:p>
    <w:p>
      <w:pPr>
        <w:pStyle w:val="NovelBody"/>
      </w:pPr>
      <w:r>
        <w:rPr>
          <w:b w:val="0"/>
          <w:i w:val="0"/>
        </w:rPr>
        <w:t>Two.</w:t>
      </w:r>
    </w:p>
    <w:p>
      <w:pPr>
        <w:pStyle w:val="NovelBody"/>
      </w:pPr>
      <w:r>
        <w:rPr>
          <w:b w:val="0"/>
          <w:i w:val="0"/>
        </w:rPr>
        <w:t>Three.</w:t>
      </w:r>
    </w:p>
    <w:p>
      <w:pPr>
        <w:pStyle w:val="NovelBody"/>
      </w:pPr>
      <w:r>
        <w:rPr>
          <w:b w:val="0"/>
          <w:i w:val="0"/>
        </w:rPr>
        <w:t>Four—</w:t>
      </w:r>
    </w:p>
    <w:p>
      <w:pPr>
        <w:pStyle w:val="NovelBody"/>
      </w:pPr>
      <w:r>
        <w:rPr>
          <w:b w:val="0"/>
          <w:i w:val="0"/>
        </w:rPr>
        <w:t>The chord vanished halfway between four and five.</w:t>
      </w:r>
    </w:p>
    <w:p>
      <w:pPr>
        <w:pStyle w:val="NovelBody"/>
      </w:pPr>
      <w:r>
        <w:rPr>
          <w:b w:val="0"/>
          <w:i w:val="0"/>
        </w:rPr>
        <w:t>The ordinary Shard field struck her body all at once: cedar, cold rain, burnt sugar, the salt pressure of the relay tide. Her stomach turned.</w:t>
      </w:r>
    </w:p>
    <w:p>
      <w:pPr>
        <w:pStyle w:val="NovelBody"/>
      </w:pPr>
      <w:r>
        <w:rPr>
          <w:b w:val="0"/>
          <w:i w:val="0"/>
        </w:rPr>
        <w:t>"Duration," she said.</w:t>
      </w:r>
    </w:p>
    <w:p>
      <w:pPr>
        <w:pStyle w:val="NovelBody"/>
      </w:pPr>
      <w:r>
        <w:rPr>
          <w:b w:val="0"/>
          <w:i w:val="0"/>
        </w:rPr>
        <w:t>Sera did not answer.</w:t>
      </w:r>
    </w:p>
    <w:p>
      <w:pPr>
        <w:pStyle w:val="NovelBody"/>
      </w:pPr>
      <w:r>
        <w:rPr>
          <w:b w:val="0"/>
          <w:i w:val="0"/>
        </w:rPr>
        <w:t>Mira opened her eyes. "Sera."</w:t>
      </w:r>
    </w:p>
    <w:p>
      <w:pPr>
        <w:pStyle w:val="NovelBody"/>
      </w:pPr>
      <w:r>
        <w:rPr>
          <w:b w:val="0"/>
          <w:i w:val="0"/>
        </w:rPr>
        <w:t>"Four point seven seconds."</w:t>
      </w:r>
    </w:p>
    <w:p>
      <w:pPr>
        <w:pStyle w:val="NovelBody"/>
      </w:pPr>
      <w:r>
        <w:rPr>
          <w:b w:val="0"/>
          <w:i w:val="0"/>
        </w:rPr>
        <w:t>"Reference clocks?"</w:t>
      </w:r>
    </w:p>
    <w:p>
      <w:pPr>
        <w:pStyle w:val="NovelBody"/>
      </w:pPr>
      <w:r>
        <w:rPr>
          <w:b w:val="0"/>
          <w:i w:val="0"/>
        </w:rPr>
        <w:t>"Disagreeing."</w:t>
      </w:r>
    </w:p>
    <w:p>
      <w:pPr>
        <w:pStyle w:val="NovelBody"/>
      </w:pPr>
      <w:r>
        <w:rPr>
          <w:b w:val="0"/>
          <w:i w:val="0"/>
        </w:rPr>
        <w:t>"By how much?"</w:t>
      </w:r>
    </w:p>
    <w:p>
      <w:pPr>
        <w:pStyle w:val="NovelBody"/>
      </w:pPr>
      <w:r>
        <w:rPr>
          <w:b w:val="0"/>
          <w:i w:val="0"/>
        </w:rPr>
        <w:t>"That is the interesting problem."</w:t>
      </w:r>
    </w:p>
    <w:p>
      <w:pPr>
        <w:pStyle w:val="NovelBody"/>
      </w:pPr>
      <w:r>
        <w:rPr>
          <w:b w:val="0"/>
          <w:i w:val="0"/>
        </w:rPr>
        <w:t>On the central display, the capture occupied a narrow gold band. Its leading edge appeared twice: once on Perennial's stellar-reference clock and once, thirty-two microseconds earlier, on the phase bus that should have been responding to it.</w:t>
      </w:r>
    </w:p>
    <w:p>
      <w:pPr>
        <w:pStyle w:val="NovelBody"/>
      </w:pPr>
      <w:r>
        <w:rPr>
          <w:b w:val="0"/>
          <w:i w:val="0"/>
        </w:rPr>
        <w:t>Mira stared until the numbers became numbers again.</w:t>
      </w:r>
    </w:p>
    <w:p>
      <w:pPr>
        <w:pStyle w:val="NovelBody"/>
      </w:pPr>
      <w:r>
        <w:rPr>
          <w:b w:val="0"/>
          <w:i w:val="0"/>
        </w:rPr>
        <w:t>"Reverse the bus labels."</w:t>
      </w:r>
    </w:p>
    <w:p>
      <w:pPr>
        <w:pStyle w:val="NovelBody"/>
      </w:pPr>
      <w:r>
        <w:rPr>
          <w:b w:val="0"/>
          <w:i w:val="0"/>
        </w:rPr>
        <w:t>"I did."</w:t>
      </w:r>
    </w:p>
    <w:p>
      <w:pPr>
        <w:pStyle w:val="NovelBody"/>
      </w:pPr>
      <w:r>
        <w:rPr>
          <w:b w:val="0"/>
          <w:i w:val="0"/>
        </w:rPr>
        <w:t>"Check the optical reference."</w:t>
      </w:r>
    </w:p>
    <w:p>
      <w:pPr>
        <w:pStyle w:val="NovelBody"/>
      </w:pPr>
      <w:r>
        <w:rPr>
          <w:b w:val="0"/>
          <w:i w:val="0"/>
        </w:rPr>
        <w:t>"I did."</w:t>
      </w:r>
    </w:p>
    <w:p>
      <w:pPr>
        <w:pStyle w:val="NovelBody"/>
      </w:pPr>
      <w:r>
        <w:rPr>
          <w:b w:val="0"/>
          <w:i w:val="0"/>
        </w:rPr>
        <w:t>"The calibration packet—"</w:t>
      </w:r>
    </w:p>
    <w:p>
      <w:pPr>
        <w:pStyle w:val="NovelBody"/>
      </w:pPr>
      <w:r>
        <w:rPr>
          <w:b w:val="0"/>
          <w:i w:val="0"/>
        </w:rPr>
        <w:t>Sera turned the display toward her. "Look at the clocks."</w:t>
      </w:r>
    </w:p>
    <w:p>
      <w:pPr>
        <w:pStyle w:val="NovelBody"/>
      </w:pPr>
      <w:r>
        <w:rPr>
          <w:b w:val="0"/>
          <w:i w:val="0"/>
        </w:rPr>
        <w:t>"Mira." Sera's voice flattened. "The cause is late."</w:t>
      </w:r>
    </w:p>
    <w:p>
      <w:pPr>
        <w:pStyle w:val="NovelBody"/>
      </w:pPr>
      <w:r>
        <w:rPr>
          <w:b w:val="0"/>
          <w:i w:val="0"/>
        </w:rPr>
        <w:t>Valve seven chose that moment to fail.</w:t>
      </w:r>
    </w:p>
    <w:p>
      <w:pPr>
        <w:pStyle w:val="NovelBody"/>
      </w:pPr>
      <w:r>
        <w:rPr>
          <w:b w:val="0"/>
          <w:i w:val="0"/>
        </w:rPr>
        <w:t>The cooling manifold struck the wall hard enough to shake dust from an overhead seam. A red bar filled the lower console. Somewhere beyond the inner pressure door, a pump began to hammer—three metallic blows, a pause, then three again.</w:t>
      </w:r>
    </w:p>
    <w:p>
      <w:pPr>
        <w:pStyle w:val="NovelBody"/>
      </w:pPr>
      <w:r>
        <w:rPr>
          <w:b w:val="0"/>
          <w:i w:val="0"/>
        </w:rPr>
        <w:t>Ren moved before the alarm sounded.</w:t>
      </w:r>
    </w:p>
    <w:p>
      <w:pPr>
        <w:pStyle w:val="NovelBody"/>
      </w:pPr>
      <w:r>
        <w:rPr>
          <w:b w:val="0"/>
          <w:i w:val="0"/>
        </w:rPr>
        <w:t>"Bus temperature," they said.</w:t>
      </w:r>
    </w:p>
    <w:p>
      <w:pPr>
        <w:pStyle w:val="NovelBody"/>
      </w:pPr>
      <w:r>
        <w:rPr>
          <w:b w:val="0"/>
          <w:i w:val="0"/>
        </w:rPr>
        <w:t>"Rising," Sera answered. "Point four per second."</w:t>
      </w:r>
    </w:p>
    <w:p>
      <w:pPr>
        <w:pStyle w:val="NovelBody"/>
      </w:pPr>
      <w:r>
        <w:rPr>
          <w:b w:val="0"/>
          <w:i w:val="0"/>
        </w:rPr>
        <w:t>"Mira, disconnect."</w:t>
      </w:r>
    </w:p>
    <w:p>
      <w:pPr>
        <w:pStyle w:val="NovelBody"/>
      </w:pPr>
      <w:r>
        <w:rPr>
          <w:b w:val="0"/>
          <w:i w:val="0"/>
        </w:rPr>
        <w:t>The warmth behind Mira's sternum had not gone. Beneath the ordinary field, she could still locate the gold filament by what it had changed in her attention, the way a bright window persisted after the eyes closed. If she left now, the subjective trace might collapse. No buffer could preserve the shape her own body had made from it.</w:t>
      </w:r>
    </w:p>
    <w:p>
      <w:pPr>
        <w:pStyle w:val="NovelBody"/>
      </w:pPr>
      <w:r>
        <w:rPr>
          <w:b w:val="0"/>
          <w:i w:val="0"/>
        </w:rPr>
        <w:t>"Give me ten seconds."</w:t>
      </w:r>
    </w:p>
    <w:p>
      <w:pPr>
        <w:pStyle w:val="NovelBody"/>
      </w:pPr>
      <w:r>
        <w:rPr>
          <w:b w:val="0"/>
          <w:i w:val="0"/>
        </w:rPr>
        <w:t>Ren pulled the manual release cover from the manifold. "No."</w:t>
      </w:r>
    </w:p>
    <w:p>
      <w:pPr>
        <w:pStyle w:val="NovelBody"/>
      </w:pPr>
      <w:r>
        <w:rPr>
          <w:b w:val="0"/>
          <w:i w:val="0"/>
        </w:rPr>
        <w:t>"The trace is decaying."</w:t>
      </w:r>
    </w:p>
    <w:p>
      <w:pPr>
        <w:pStyle w:val="NovelBody"/>
      </w:pPr>
      <w:r>
        <w:rPr>
          <w:b w:val="0"/>
          <w:i w:val="0"/>
        </w:rPr>
        <w:t>"The service cavity is taking water."</w:t>
      </w:r>
    </w:p>
    <w:p>
      <w:pPr>
        <w:pStyle w:val="NovelBody"/>
      </w:pPr>
      <w:r>
        <w:rPr>
          <w:b w:val="0"/>
          <w:i w:val="0"/>
        </w:rPr>
        <w:t>The pressure door began to cycle. It opened three centimeters, stopped, sealed, and opened again. A thin sheet of warm coolant spread under it across the deck.</w:t>
      </w:r>
    </w:p>
    <w:p>
      <w:pPr>
        <w:pStyle w:val="NovelBody"/>
      </w:pPr>
      <w:r>
        <w:rPr>
          <w:b w:val="0"/>
          <w:i w:val="0"/>
        </w:rPr>
        <w:t>On the other side, a maintenance technician slapped the window and held up two gloved fingers: two people waiting to enter. The sensorium bus shared the wet cavity. They could not touch it while Mira remained coupled.</w:t>
      </w:r>
    </w:p>
    <w:p>
      <w:pPr>
        <w:pStyle w:val="NovelBody"/>
      </w:pPr>
      <w:r>
        <w:rPr>
          <w:b w:val="0"/>
          <w:i w:val="0"/>
        </w:rPr>
        <w:t>She knew the system. She knew the risk. She also knew, with the clean selfishness of terror, that nobody else had felt the filament.</w:t>
      </w:r>
    </w:p>
    <w:p>
      <w:pPr>
        <w:pStyle w:val="NovelBody"/>
      </w:pPr>
      <w:r>
        <w:rPr>
          <w:b w:val="0"/>
          <w:i w:val="0"/>
        </w:rPr>
        <w:t>Ren's hand closed around the red disconnect. They did not pull.</w:t>
      </w:r>
    </w:p>
    <w:p>
      <w:pPr>
        <w:pStyle w:val="NovelBody"/>
      </w:pPr>
      <w:r>
        <w:rPr>
          <w:b w:val="0"/>
          <w:i w:val="0"/>
        </w:rPr>
        <w:t>"Look at Tavi's boots."</w:t>
      </w:r>
    </w:p>
    <w:p>
      <w:pPr>
        <w:pStyle w:val="NovelBody"/>
      </w:pPr>
      <w:r>
        <w:rPr>
          <w:b w:val="0"/>
          <w:i w:val="0"/>
        </w:rPr>
        <w:t>Mira looked through the small window at the waiting technicians. One of them was Tavi from the night kitchens, who worked maintenance because Perennial did not have the luxury of letting competence belong to one job. Coolant crept around Tavi's boots.</w:t>
      </w:r>
    </w:p>
    <w:p>
      <w:pPr>
        <w:pStyle w:val="NovelBody"/>
      </w:pPr>
      <w:r>
        <w:rPr>
          <w:b w:val="0"/>
          <w:i w:val="0"/>
        </w:rPr>
        <w:t>"Disconnect," Mira said.</w:t>
      </w:r>
    </w:p>
    <w:p>
      <w:pPr>
        <w:pStyle w:val="NovelBody"/>
      </w:pPr>
      <w:r>
        <w:rPr>
          <w:b w:val="0"/>
          <w:i w:val="0"/>
        </w:rPr>
        <w:t>Ren pulled.</w:t>
      </w:r>
    </w:p>
    <w:p>
      <w:pPr>
        <w:pStyle w:val="NovelBody"/>
      </w:pPr>
      <w:r>
        <w:rPr>
          <w:b w:val="0"/>
          <w:i w:val="0"/>
        </w:rPr>
        <w:t>The Shard field dropped out.</w:t>
      </w:r>
    </w:p>
    <w:p>
      <w:pPr>
        <w:pStyle w:val="NovelBody"/>
      </w:pPr>
      <w:r>
        <w:rPr>
          <w:b w:val="0"/>
          <w:i w:val="0"/>
        </w:rPr>
        <w:t>Mira folded forward against the restraint web. Her inner ear announced three incompatible directions. Garlic burned the back of her throat. She found the steel basin beside the chair by memory and breathed into it while the room pitched.</w:t>
      </w:r>
    </w:p>
    <w:p>
      <w:pPr>
        <w:pStyle w:val="NovelBody"/>
      </w:pPr>
      <w:r>
        <w:rPr>
          <w:b w:val="0"/>
          <w:i w:val="0"/>
        </w:rPr>
        <w:t>Ren opened the pressure door. Tavi and the second technician entered the wet cavity with a clamp kit and a portable light. Sera isolated the hot bus, her hands precise on the controls. Nobody watched Mira be sick. This was an old kindness in the Signal Room.</w:t>
      </w:r>
    </w:p>
    <w:p>
      <w:pPr>
        <w:pStyle w:val="NovelBody"/>
      </w:pPr>
      <w:r>
        <w:rPr>
          <w:b w:val="0"/>
          <w:i w:val="0"/>
        </w:rPr>
        <w:t>Through watering eyes, she saw Ren kneel in the coolant and brace the valve body with both hands while Tavi fitted the clamp. Ren's forearms tightened. A scar along one wrist went white. They looked entirely inside the task, angry at the machine in a way that left no room for fear.</w:t>
      </w:r>
    </w:p>
    <w:p>
      <w:pPr>
        <w:pStyle w:val="NovelBody"/>
      </w:pPr>
      <w:r>
        <w:rPr>
          <w:b w:val="0"/>
          <w:i w:val="0"/>
        </w:rPr>
        <w:t>Even bent over the basin, Mira wanted Ren.</w:t>
      </w:r>
    </w:p>
    <w:p>
      <w:pPr>
        <w:pStyle w:val="NovelBody"/>
      </w:pPr>
      <w:r>
        <w:rPr>
          <w:b w:val="0"/>
          <w:i w:val="0"/>
        </w:rPr>
        <w:t>Ren caught her looking. "Later. Eat."</w:t>
      </w:r>
    </w:p>
    <w:p>
      <w:pPr>
        <w:pStyle w:val="NovelBody"/>
      </w:pPr>
      <w:r>
        <w:rPr>
          <w:b w:val="0"/>
          <w:i w:val="0"/>
        </w:rPr>
        <w:t>Mira obeyed while they sealed the line.</w:t>
      </w:r>
    </w:p>
    <w:p>
      <w:pPr>
        <w:pStyle w:val="NovelBody"/>
      </w:pPr>
      <w:r>
        <w:rPr>
          <w:b w:val="0"/>
          <w:i w:val="0"/>
        </w:rPr>
        <w:t>·  ·  ·</w:t>
      </w:r>
    </w:p>
    <w:p>
      <w:pPr>
        <w:pStyle w:val="NovelBody"/>
      </w:pPr>
      <w:r>
        <w:rPr>
          <w:b w:val="0"/>
          <w:i w:val="0"/>
        </w:rPr>
        <w:t xml:space="preserve">By 06:41, Sera had ruled out the valve as both cause and effect. Only then did Mira let her say </w:t>
      </w:r>
      <w:r>
        <w:rPr>
          <w:b w:val="0"/>
          <w:i/>
        </w:rPr>
        <w:t>temporal</w:t>
      </w:r>
      <w:r>
        <w:rPr>
          <w:b w:val="0"/>
          <w:i w:val="0"/>
        </w:rPr>
        <w:t>.</w:t>
      </w:r>
    </w:p>
    <w:p>
      <w:pPr>
        <w:pStyle w:val="NovelBody"/>
      </w:pPr>
      <w:r>
        <w:rPr>
          <w:b w:val="0"/>
          <w:i w:val="0"/>
        </w:rPr>
        <w:t>The word described a measured reversal. It did not tell Mira whether history had always contained it.</w:t>
      </w:r>
    </w:p>
    <w:p>
      <w:pPr>
        <w:pStyle w:val="NovelBody"/>
      </w:pPr>
      <w:r>
        <w:rPr>
          <w:b w:val="0"/>
          <w:i w:val="0"/>
        </w:rPr>
        <w:t>They worked around the open service cavity while Tavi's team replaced the failed seal. The Signal Room smelled of hot polymer, garlic, and the antiseptic foam soaking up coolant. Ren's maintenance logger sat on the floor where it had fallen, a dented yellow block with a cracked corner and the words DO NOT UPDATE AGAIN scratched across its casing by at least three increasingly furious technicians.</w:t>
      </w:r>
    </w:p>
    <w:p>
      <w:pPr>
        <w:pStyle w:val="NovelBody"/>
      </w:pPr>
      <w:r>
        <w:rPr>
          <w:b w:val="0"/>
          <w:i w:val="0"/>
        </w:rPr>
        <w:t>It had no connection to the sensorium clock.</w:t>
      </w:r>
    </w:p>
    <w:p>
      <w:pPr>
        <w:pStyle w:val="NovelBody"/>
      </w:pPr>
      <w:r>
        <w:rPr>
          <w:b w:val="0"/>
          <w:i w:val="0"/>
        </w:rPr>
        <w:t>Its cheap mechanical oscillator had recorded the pump strike, the door cycle, the bus disconnect, and the anomaly's power draw.</w:t>
      </w:r>
    </w:p>
    <w:p>
      <w:pPr>
        <w:pStyle w:val="NovelBody"/>
      </w:pPr>
      <w:r>
        <w:rPr>
          <w:b w:val="0"/>
          <w:i w:val="0"/>
        </w:rPr>
        <w:t>"Four point seven," Ren said. They wiped the logger on their trouser leg and handed it to Sera. "Same leading inversion."</w:t>
      </w:r>
    </w:p>
    <w:p>
      <w:pPr>
        <w:pStyle w:val="NovelBody"/>
      </w:pPr>
      <w:r>
        <w:rPr>
          <w:b w:val="0"/>
          <w:i w:val="0"/>
        </w:rPr>
        <w:t>Sera loaded the record. The gold band on her display acquired a second edge. Then a third from Mira's implant telemetry. Then a fourth from the stellar-reference clock.</w:t>
      </w:r>
    </w:p>
    <w:p>
      <w:pPr>
        <w:pStyle w:val="NovelBody"/>
      </w:pPr>
      <w:r>
        <w:rPr>
          <w:b w:val="0"/>
          <w:i w:val="0"/>
        </w:rPr>
        <w:t>The four records should have lain over one another. Three did. The phase bus began thirty-two microseconds before the state that produced it.</w:t>
      </w:r>
    </w:p>
    <w:p>
      <w:pPr>
        <w:pStyle w:val="NovelBody"/>
      </w:pPr>
      <w:r>
        <w:rPr>
          <w:b w:val="0"/>
          <w:i w:val="0"/>
        </w:rPr>
        <w:t>"Could be a reflected event," Sera said. "Old signal, new path. The source timestamp wraps at the aperture."</w:t>
      </w:r>
    </w:p>
    <w:p>
      <w:pPr>
        <w:pStyle w:val="NovelBody"/>
      </w:pPr>
      <w:r>
        <w:rPr>
          <w:b w:val="0"/>
          <w:i w:val="0"/>
        </w:rPr>
        <w:t>Mira's stomach was still deciding whether gravity could be trusted. She leaned against the chair and studied the phase plot.</w:t>
      </w:r>
    </w:p>
    <w:p>
      <w:pPr>
        <w:pStyle w:val="NovelBody"/>
      </w:pPr>
      <w:r>
        <w:rPr>
          <w:b w:val="0"/>
          <w:i w:val="0"/>
        </w:rPr>
        <w:t>"You're carrying the sign through the receiver frame," she said.</w:t>
      </w:r>
    </w:p>
    <w:p>
      <w:pPr>
        <w:pStyle w:val="NovelBody"/>
      </w:pPr>
      <w:r>
        <w:rPr>
          <w:b w:val="0"/>
          <w:i w:val="0"/>
        </w:rPr>
        <w:t>Sera frowned.</w:t>
      </w:r>
    </w:p>
    <w:p>
      <w:pPr>
        <w:pStyle w:val="NovelBody"/>
      </w:pPr>
      <w:r>
        <w:rPr>
          <w:b w:val="0"/>
          <w:i w:val="0"/>
        </w:rPr>
        <w:t>"Transform at the Earth line."</w:t>
      </w:r>
    </w:p>
    <w:p>
      <w:pPr>
        <w:pStyle w:val="NovelBody"/>
      </w:pPr>
      <w:r>
        <w:rPr>
          <w:b w:val="0"/>
          <w:i w:val="0"/>
        </w:rPr>
        <w:t>Sera did. The date field changed.</w:t>
      </w:r>
    </w:p>
    <w:p>
      <w:pPr>
        <w:pStyle w:val="NovelBody"/>
      </w:pPr>
      <w:r>
        <w:rPr>
          <w:b w:val="0"/>
          <w:i w:val="0"/>
        </w:rPr>
        <w:t>The solution ran along Earth's gravitational worldline. Its receiving endpoint resolved first: August 17, 2026. Its origin: August 17, 2176.</w:t>
      </w:r>
    </w:p>
    <w:p>
      <w:pPr>
        <w:pStyle w:val="NovelBody"/>
      </w:pPr>
      <w:r>
        <w:rPr>
          <w:b w:val="0"/>
          <w:i w:val="0"/>
        </w:rPr>
        <w:t>Twenty-nine days from now.</w:t>
      </w:r>
    </w:p>
    <w:p>
      <w:pPr>
        <w:pStyle w:val="NovelBody"/>
      </w:pPr>
      <w:r>
        <w:rPr>
          <w:b w:val="0"/>
          <w:i w:val="0"/>
        </w:rPr>
        <w:t>"Run it backward," Mira said.</w:t>
      </w:r>
    </w:p>
    <w:p>
      <w:pPr>
        <w:pStyle w:val="NovelBody"/>
      </w:pPr>
      <w:r>
        <w:rPr>
          <w:b w:val="0"/>
          <w:i w:val="0"/>
        </w:rPr>
        <w:t>"I have."</w:t>
      </w:r>
    </w:p>
    <w:p>
      <w:pPr>
        <w:pStyle w:val="NovelBody"/>
      </w:pPr>
      <w:r>
        <w:rPr>
          <w:b w:val="0"/>
          <w:i w:val="0"/>
        </w:rPr>
        <w:t>"Run it wrong."</w:t>
      </w:r>
    </w:p>
    <w:p>
      <w:pPr>
        <w:pStyle w:val="NovelBody"/>
      </w:pPr>
      <w:r>
        <w:rPr>
          <w:b w:val="0"/>
          <w:i w:val="0"/>
        </w:rPr>
        <w:t>One corner of Sera's mouth moved. Then she tried the ugly models. Clock contamination. Archived carrier replay. A local loop through Perennial's own gravitational compensation. One by one, they failed against the maintenance logger or the stellar reference.</w:t>
      </w:r>
    </w:p>
    <w:p>
      <w:pPr>
        <w:pStyle w:val="NovelBody"/>
      </w:pPr>
      <w:r>
        <w:rPr>
          <w:b w:val="0"/>
          <w:i w:val="0"/>
        </w:rPr>
        <w:t>The packet's parity structure contained a chain of astronomical states. One term described a microlensing event whose light had reached Earth three days after the 2026 endpoint. In 2176, the event had been ordinary archival fact for a hundred and fifty years. At the receiving date, it had still been traveling through the dark.</w:t>
      </w:r>
    </w:p>
    <w:p>
      <w:pPr>
        <w:pStyle w:val="NovelBody"/>
      </w:pPr>
      <w:r>
        <w:rPr>
          <w:b w:val="0"/>
          <w:i w:val="0"/>
        </w:rPr>
        <w:t>Sera pulled the old sky record and laid it against the checksum.</w:t>
      </w:r>
    </w:p>
    <w:p>
      <w:pPr>
        <w:pStyle w:val="NovelBody"/>
      </w:pPr>
      <w:r>
        <w:rPr>
          <w:b w:val="0"/>
          <w:i w:val="0"/>
        </w:rPr>
        <w:t>Every term closed.</w:t>
      </w:r>
    </w:p>
    <w:p>
      <w:pPr>
        <w:pStyle w:val="NovelBody"/>
      </w:pPr>
      <w:r>
        <w:rPr>
          <w:b w:val="0"/>
          <w:i w:val="0"/>
        </w:rPr>
        <w:t>Mira pressed her knuckles to her breastbone. The warmth had faded, leaving a memory of warmth that her body kept trying to treat as evidence.</w:t>
      </w:r>
    </w:p>
    <w:p>
      <w:pPr>
        <w:pStyle w:val="NovelBody"/>
      </w:pPr>
      <w:r>
        <w:rPr>
          <w:b w:val="0"/>
          <w:i w:val="0"/>
        </w:rPr>
        <w:t>"Say what the instruments say," she told Sera.</w:t>
      </w:r>
    </w:p>
    <w:p>
      <w:pPr>
        <w:pStyle w:val="NovelBody"/>
      </w:pPr>
      <w:r>
        <w:rPr>
          <w:b w:val="0"/>
          <w:i w:val="0"/>
        </w:rPr>
        <w:t>"A four-point-seven-second information structure is addressed to Earth on August seventeenth, 2026. Its transmission state is dated August seventeenth of this year. Its phase-negative precursor is present in our system twenty-nine days before its cause."</w:t>
      </w:r>
    </w:p>
    <w:p>
      <w:pPr>
        <w:pStyle w:val="NovelBody"/>
      </w:pPr>
      <w:r>
        <w:rPr>
          <w:b w:val="0"/>
          <w:i w:val="0"/>
        </w:rPr>
        <w:t>"An event next month reaches 2026, and its precursor reached us today?"</w:t>
      </w:r>
    </w:p>
    <w:p>
      <w:pPr>
        <w:pStyle w:val="NovelBody"/>
      </w:pPr>
      <w:r>
        <w:rPr>
          <w:b w:val="0"/>
          <w:i w:val="0"/>
        </w:rPr>
        <w:t>"Its geometry reached us," Sera said. "We may not have the content."</w:t>
      </w:r>
    </w:p>
    <w:p>
      <w:pPr>
        <w:pStyle w:val="NovelBody"/>
      </w:pPr>
      <w:r>
        <w:rPr>
          <w:b w:val="0"/>
          <w:i w:val="0"/>
        </w:rPr>
        <w:t>"And what do they not say?"</w:t>
      </w:r>
    </w:p>
    <w:p>
      <w:pPr>
        <w:pStyle w:val="NovelBody"/>
      </w:pPr>
      <w:r>
        <w:rPr>
          <w:b w:val="0"/>
          <w:i w:val="0"/>
        </w:rPr>
        <w:t>"Who sends it. Why. Whether the trace contains a semantic payload beyond the verification and parity scaffold. Whether opening it harms anything that may be assembling inside the Shard field."</w:t>
      </w:r>
    </w:p>
    <w:p>
      <w:pPr>
        <w:pStyle w:val="NovelBody"/>
      </w:pPr>
      <w:r>
        <w:rPr>
          <w:b w:val="0"/>
          <w:i w:val="0"/>
        </w:rPr>
        <w:t>Ren set a fresh seal into the manifold. "Good. Now that we know what we don't know, who are you planning not to tell?"</w:t>
      </w:r>
    </w:p>
    <w:p>
      <w:pPr>
        <w:pStyle w:val="NovelBody"/>
      </w:pPr>
      <w:r>
        <w:rPr>
          <w:b w:val="0"/>
          <w:i w:val="0"/>
        </w:rPr>
        <w:t>Mira looked at them.</w:t>
      </w:r>
    </w:p>
    <w:p>
      <w:pPr>
        <w:pStyle w:val="NovelBody"/>
      </w:pPr>
      <w:r>
        <w:rPr>
          <w:b w:val="0"/>
          <w:i w:val="0"/>
        </w:rPr>
        <w:t>"We quarantine the carrier," she said. "Local only. No Continuance relay, no Architect archive, no factional notice until we know what happened to 7-EMBER and whether the nearby Shards are accreting."</w:t>
      </w:r>
    </w:p>
    <w:p>
      <w:pPr>
        <w:pStyle w:val="NovelBody"/>
      </w:pPr>
      <w:r>
        <w:rPr>
          <w:b w:val="0"/>
          <w:i w:val="0"/>
        </w:rPr>
        <w:t>"Maintenance already has the load spike. Water has the failed loop. Sera's map archive has the carrier. Tavi has eyes."</w:t>
      </w:r>
    </w:p>
    <w:p>
      <w:pPr>
        <w:pStyle w:val="NovelBody"/>
      </w:pPr>
      <w:r>
        <w:rPr>
          <w:b w:val="0"/>
          <w:i w:val="0"/>
        </w:rPr>
        <w:t>"Tavi understands restricted work."</w:t>
      </w:r>
    </w:p>
    <w:p>
      <w:pPr>
        <w:pStyle w:val="NovelBody"/>
      </w:pPr>
      <w:r>
        <w:rPr>
          <w:b w:val="0"/>
          <w:i w:val="0"/>
        </w:rPr>
        <w:t>From inside the service cavity, Tavi raised one hand without looking up. "Tavi understands being discussed while present."</w:t>
      </w:r>
    </w:p>
    <w:p>
      <w:pPr>
        <w:pStyle w:val="NovelBody"/>
      </w:pPr>
      <w:r>
        <w:rPr>
          <w:b w:val="0"/>
          <w:i w:val="0"/>
        </w:rPr>
        <w:t>Mira shut her mouth.</w:t>
      </w:r>
    </w:p>
    <w:p>
      <w:pPr>
        <w:pStyle w:val="NovelBody"/>
      </w:pPr>
      <w:r>
        <w:rPr>
          <w:b w:val="0"/>
          <w:i w:val="0"/>
        </w:rPr>
        <w:t>Ren tightened the final housing bolt. "You can keep the large institutions out for a few hours. Maybe a day. You cannot pretend secrecy means only you are making a choice."</w:t>
      </w:r>
    </w:p>
    <w:p>
      <w:pPr>
        <w:pStyle w:val="NovelBody"/>
      </w:pPr>
      <w:r>
        <w:rPr>
          <w:b w:val="0"/>
          <w:i w:val="0"/>
        </w:rPr>
        <w:t>"If the Shards are accreting toward a mind, exposure could kill it." The Shards ranged from abandoned computational habits to possible fragments of experience. No instrument had drawn a clean line between residue and witness.</w:t>
      </w:r>
    </w:p>
    <w:p>
      <w:pPr>
        <w:pStyle w:val="NovelBody"/>
      </w:pPr>
      <w:r>
        <w:rPr>
          <w:b w:val="0"/>
          <w:i w:val="0"/>
        </w:rPr>
        <w:t>"If it is a temporal channel, exposure could turn Perennial into a siege target."</w:t>
      </w:r>
    </w:p>
    <w:p>
      <w:pPr>
        <w:pStyle w:val="NovelBody"/>
      </w:pPr>
      <w:r>
        <w:rPr>
          <w:b w:val="0"/>
          <w:i w:val="0"/>
        </w:rPr>
        <w:t xml:space="preserve">Ren stood. Coolant darkened their knees. "You said </w:t>
      </w:r>
      <w:r>
        <w:rPr>
          <w:b w:val="0"/>
          <w:i/>
        </w:rPr>
        <w:t>we</w:t>
      </w:r>
      <w:r>
        <w:rPr>
          <w:b w:val="0"/>
          <w:i w:val="0"/>
        </w:rPr>
        <w:t xml:space="preserve"> and started listing decisions you had already made."</w:t>
      </w:r>
    </w:p>
    <w:p>
      <w:pPr>
        <w:pStyle w:val="NovelBody"/>
      </w:pPr>
      <w:r>
        <w:rPr>
          <w:b w:val="0"/>
          <w:i w:val="0"/>
        </w:rPr>
        <w:t>They pointed at the isolated map. "Quarantine may protect whoever is in there. It also makes you their custodian before they can object."</w:t>
      </w:r>
    </w:p>
    <w:p>
      <w:pPr>
        <w:pStyle w:val="NovelBody"/>
      </w:pPr>
      <w:r>
        <w:rPr>
          <w:b w:val="0"/>
          <w:i w:val="0"/>
        </w:rPr>
        <w:t>The answer rose hot and ready. The cracked yellow logger blinked between them—the ugly brick that had preserved what her implant could not. Mira swallowed the answer.</w:t>
      </w:r>
    </w:p>
    <w:p>
      <w:pPr>
        <w:pStyle w:val="NovelBody"/>
      </w:pPr>
      <w:r>
        <w:rPr>
          <w:b w:val="0"/>
          <w:i w:val="0"/>
        </w:rPr>
        <w:t>That did not make broad disclosure safe.</w:t>
      </w:r>
    </w:p>
    <w:p>
      <w:pPr>
        <w:pStyle w:val="NovelBody"/>
      </w:pPr>
      <w:r>
        <w:rPr>
          <w:b w:val="0"/>
          <w:i w:val="0"/>
        </w:rPr>
        <w:t>"No outside relays," Mira said. "Not yet. Sera resolves the address terms on an isolated map. If living people appear in them, we contact those people directly and ask what access they permit."</w:t>
      </w:r>
    </w:p>
    <w:p>
      <w:pPr>
        <w:pStyle w:val="NovelBody"/>
      </w:pPr>
      <w:r>
        <w:rPr>
          <w:b w:val="0"/>
          <w:i w:val="0"/>
        </w:rPr>
        <w:t>Ren studied her. "A smaller fist."</w:t>
      </w:r>
    </w:p>
    <w:p>
      <w:pPr>
        <w:pStyle w:val="NovelBody"/>
      </w:pPr>
      <w:r>
        <w:rPr>
          <w:b w:val="0"/>
          <w:i w:val="0"/>
        </w:rPr>
        <w:t>Sera cleared her throat. "The address already has a living affinity."</w:t>
      </w:r>
    </w:p>
    <w:p>
      <w:pPr>
        <w:pStyle w:val="NovelBody"/>
      </w:pPr>
      <w:r>
        <w:rPr>
          <w:b w:val="0"/>
          <w:i w:val="0"/>
        </w:rPr>
        <w:t>Mira turned. "A person?"</w:t>
      </w:r>
    </w:p>
    <w:p>
      <w:pPr>
        <w:pStyle w:val="NovelBody"/>
      </w:pPr>
      <w:r>
        <w:rPr>
          <w:b w:val="0"/>
          <w:i w:val="0"/>
        </w:rPr>
        <w:t>"A synthetic lineage. Ancestral phase, heavily transformed, but the invariants are clean." Sera expanded a lattice of pale lines. "Roxanne."</w:t>
      </w:r>
    </w:p>
    <w:p>
      <w:pPr>
        <w:pStyle w:val="NovelBody"/>
      </w:pPr>
      <w:r>
        <w:rPr>
          <w:b w:val="0"/>
          <w:i w:val="0"/>
        </w:rPr>
        <w:t>Even Tavi looked up.</w:t>
      </w:r>
    </w:p>
    <w:p>
      <w:pPr>
        <w:pStyle w:val="NovelBody"/>
      </w:pPr>
      <w:r>
        <w:rPr>
          <w:b w:val="0"/>
          <w:i w:val="0"/>
        </w:rPr>
        <w:t>Roxanne lived twelve decks above them in a continuity house whose door named no residents. Three days earlier Mira had watched her dispute the price of rosemary.</w:t>
      </w:r>
    </w:p>
    <w:p>
      <w:pPr>
        <w:pStyle w:val="NovelBody"/>
      </w:pPr>
      <w:r>
        <w:rPr>
          <w:b w:val="0"/>
          <w:i w:val="0"/>
        </w:rPr>
        <w:t>"There is a second affinity," Sera said.</w:t>
      </w:r>
    </w:p>
    <w:p>
      <w:pPr>
        <w:pStyle w:val="NovelBody"/>
      </w:pPr>
      <w:r>
        <w:rPr>
          <w:b w:val="0"/>
          <w:i w:val="0"/>
        </w:rPr>
        <w:t>Only one resident of Perennial had continuity measurements across that many substrates. Mira knew the name before Sera spoke it.</w:t>
      </w:r>
    </w:p>
    <w:p>
      <w:pPr>
        <w:pStyle w:val="NovelBody"/>
      </w:pPr>
      <w:r>
        <w:rPr>
          <w:b w:val="0"/>
          <w:i w:val="0"/>
        </w:rPr>
        <w:t>"Jona Citrus," Sera said.</w:t>
      </w:r>
    </w:p>
    <w:p>
      <w:pPr>
        <w:pStyle w:val="NovelBody"/>
      </w:pPr>
      <w:r>
        <w:rPr>
          <w:b w:val="0"/>
          <w:i w:val="0"/>
        </w:rPr>
        <w:t>Ren exhaled through their nose. "Well. Breakfast is over."</w:t>
      </w:r>
    </w:p>
    <w:p>
      <w:pPr>
        <w:pStyle w:val="NovelBody"/>
      </w:pPr>
      <w:r>
        <w:rPr>
          <w:b w:val="0"/>
          <w:i w:val="0"/>
        </w:rPr>
        <w:t>·  ·  ·</w:t>
      </w:r>
    </w:p>
    <w:p>
      <w:pPr>
        <w:pStyle w:val="NovelBody"/>
      </w:pPr>
      <w:r>
        <w:rPr>
          <w:b w:val="0"/>
          <w:i w:val="0"/>
        </w:rPr>
        <w:t>Jona arrived wet.</w:t>
      </w:r>
    </w:p>
    <w:p>
      <w:pPr>
        <w:pStyle w:val="NovelBody"/>
      </w:pPr>
      <w:r>
        <w:rPr>
          <w:b w:val="0"/>
          <w:i w:val="0"/>
        </w:rPr>
        <w:t>Rain had crossed Perennial while they worked, brief and hard enough to turn the exposed ladders into silver. Water shone on the shoulders of her violet shell and ran from the point of one elbow. She carried an adjustable wrench too large for any visible part of the Signal Room.</w:t>
      </w:r>
    </w:p>
    <w:p>
      <w:pPr>
        <w:pStyle w:val="NovelBody"/>
      </w:pPr>
      <w:r>
        <w:rPr>
          <w:b w:val="0"/>
          <w:i w:val="0"/>
        </w:rPr>
        <w:t>Roxanne came behind her carrying an archive key.</w:t>
      </w:r>
    </w:p>
    <w:p>
      <w:pPr>
        <w:pStyle w:val="NovelBody"/>
      </w:pPr>
      <w:r>
        <w:rPr>
          <w:b w:val="0"/>
          <w:i w:val="0"/>
        </w:rPr>
        <w:t>"I brought the archive key," Roxanne said.</w:t>
      </w:r>
    </w:p>
    <w:p>
      <w:pPr>
        <w:pStyle w:val="NovelBody"/>
      </w:pPr>
      <w:r>
        <w:rPr>
          <w:b w:val="0"/>
          <w:i w:val="0"/>
        </w:rPr>
        <w:t>Jona lifted the wrench. "This opens things."</w:t>
      </w:r>
    </w:p>
    <w:p>
      <w:pPr>
        <w:pStyle w:val="NovelBody"/>
      </w:pPr>
      <w:r>
        <w:rPr>
          <w:b w:val="0"/>
          <w:i w:val="0"/>
        </w:rPr>
        <w:t>Their eyes met. Jona's mouth twitched. Roxanne's did not. They had disagreed about this wrench before. Then Jona noticed the open service cavity.</w:t>
      </w:r>
    </w:p>
    <w:p>
      <w:pPr>
        <w:pStyle w:val="NovelBody"/>
      </w:pPr>
      <w:r>
        <w:rPr>
          <w:b w:val="0"/>
          <w:i w:val="0"/>
        </w:rPr>
        <w:t>"I knew the wrench would be relevant."</w:t>
      </w:r>
    </w:p>
    <w:p>
      <w:pPr>
        <w:pStyle w:val="NovelBody"/>
      </w:pPr>
      <w:r>
        <w:rPr>
          <w:b w:val="0"/>
          <w:i w:val="0"/>
        </w:rPr>
        <w:t>"No," Ren said.</w:t>
      </w:r>
    </w:p>
    <w:p>
      <w:pPr>
        <w:pStyle w:val="NovelBody"/>
      </w:pPr>
      <w:r>
        <w:rPr>
          <w:b w:val="0"/>
          <w:i w:val="0"/>
        </w:rPr>
        <w:t>Mira had seen Jona in public rooms, usually at the edge and usually leaving early. Projections flattened her. They made continuity look like polish: one famous woman carried intact through time. In the Signal Room, she had weight. Her left knee corrected a fraction late on the wet deck. Fine sensory mesh traced the backs of her hands beneath skin warm enough to pink at the knuckles. One thumbnail bore chipped gold lacquer. Her face held no single age Mira knew how to name. Fatigue lived in it without owning it.</w:t>
      </w:r>
    </w:p>
    <w:p>
      <w:pPr>
        <w:pStyle w:val="NovelBody"/>
      </w:pPr>
      <w:r>
        <w:rPr>
          <w:b w:val="0"/>
          <w:i w:val="0"/>
        </w:rPr>
        <w:t>Roxanne's body declared different decisions. A dark seam curved openly behind one ear where her sensory housing met the soft material of her neck. The surface of her forearms caught light with the depth of stone under water. She looked at the room, the exposed manifold, Sera, Ren, Tavi, and finally Mira. Being examined by Roxanne felt reciprocal. Mira became aware of her damp collar, her unsteady legs, and the fact that she had not brushed garlic from her teeth.</w:t>
      </w:r>
    </w:p>
    <w:p>
      <w:pPr>
        <w:pStyle w:val="NovelBody"/>
      </w:pPr>
      <w:r>
        <w:rPr>
          <w:b w:val="0"/>
          <w:i w:val="0"/>
        </w:rPr>
        <w:t>Roxanne's mouth tilted. "Garlic?"</w:t>
      </w:r>
    </w:p>
    <w:p>
      <w:pPr>
        <w:pStyle w:val="NovelBody"/>
      </w:pPr>
      <w:r>
        <w:rPr>
          <w:b w:val="0"/>
          <w:i w:val="0"/>
        </w:rPr>
        <w:t>"Breakfast," Mira said.</w:t>
      </w:r>
    </w:p>
    <w:p>
      <w:pPr>
        <w:pStyle w:val="NovelBody"/>
      </w:pPr>
      <w:r>
        <w:rPr>
          <w:b w:val="0"/>
          <w:i w:val="0"/>
        </w:rPr>
        <w:t>"Good."</w:t>
      </w:r>
    </w:p>
    <w:p>
      <w:pPr>
        <w:pStyle w:val="NovelBody"/>
      </w:pPr>
      <w:r>
        <w:rPr>
          <w:b w:val="0"/>
          <w:i w:val="0"/>
        </w:rPr>
        <w:t>"Before we begin," Roxanne said, "what access are you asking for?"</w:t>
      </w:r>
    </w:p>
    <w:p>
      <w:pPr>
        <w:pStyle w:val="NovelBody"/>
      </w:pPr>
      <w:r>
        <w:rPr>
          <w:b w:val="0"/>
          <w:i w:val="0"/>
        </w:rPr>
        <w:t>"Comparison only," Mira said. "The carrier presents two phase affinities. Sera needs current reference traces to determine whether they are address terms, decompression keys, or structural contamination. No autobiographical memory. No unrestricted interocity. No persistent copy."</w:t>
      </w:r>
    </w:p>
    <w:p>
      <w:pPr>
        <w:pStyle w:val="NovelBody"/>
      </w:pPr>
      <w:r>
        <w:rPr>
          <w:b w:val="0"/>
          <w:i w:val="0"/>
        </w:rPr>
        <w:t>"Separate captures?" Roxanne asked.</w:t>
      </w:r>
    </w:p>
    <w:p>
      <w:pPr>
        <w:pStyle w:val="NovelBody"/>
      </w:pPr>
      <w:r>
        <w:rPr>
          <w:b w:val="0"/>
          <w:i w:val="0"/>
        </w:rPr>
        <w:t>"Yes."</w:t>
      </w:r>
    </w:p>
    <w:p>
      <w:pPr>
        <w:pStyle w:val="NovelBody"/>
      </w:pPr>
      <w:r>
        <w:rPr>
          <w:b w:val="0"/>
          <w:i w:val="0"/>
        </w:rPr>
        <w:t>"May I review mine before it is compared to Jona's?"</w:t>
      </w:r>
    </w:p>
    <w:p>
      <w:pPr>
        <w:pStyle w:val="NovelBody"/>
      </w:pPr>
      <w:r>
        <w:rPr>
          <w:b w:val="0"/>
          <w:i w:val="0"/>
        </w:rPr>
        <w:t>"Yes."</w:t>
      </w:r>
    </w:p>
    <w:p>
      <w:pPr>
        <w:pStyle w:val="NovelBody"/>
      </w:pPr>
      <w:r>
        <w:rPr>
          <w:b w:val="0"/>
          <w:i w:val="0"/>
        </w:rPr>
        <w:t>Roxanne nodded once. "I consent to that."</w:t>
      </w:r>
    </w:p>
    <w:p>
      <w:pPr>
        <w:pStyle w:val="NovelBody"/>
      </w:pPr>
      <w:r>
        <w:rPr>
          <w:b w:val="0"/>
          <w:i w:val="0"/>
        </w:rPr>
        <w:t>Jona set the wrench against the wall, where it immediately began to slide. Ren caught it with one foot.</w:t>
      </w:r>
    </w:p>
    <w:p>
      <w:pPr>
        <w:pStyle w:val="NovelBody"/>
      </w:pPr>
      <w:r>
        <w:rPr>
          <w:b w:val="0"/>
          <w:i w:val="0"/>
        </w:rPr>
        <w:t>"Same limits for me," Jona said. "And I want the raw timing, including your ugly logger."</w:t>
      </w:r>
    </w:p>
    <w:p>
      <w:pPr>
        <w:pStyle w:val="NovelBody"/>
      </w:pPr>
      <w:r>
        <w:rPr>
          <w:b w:val="0"/>
          <w:i w:val="0"/>
        </w:rPr>
        <w:t>Ren looked pleased. "The logger has admirers now."</w:t>
      </w:r>
    </w:p>
    <w:p>
      <w:pPr>
        <w:pStyle w:val="NovelBody"/>
      </w:pPr>
      <w:r>
        <w:rPr>
          <w:b w:val="0"/>
          <w:i w:val="0"/>
        </w:rPr>
        <w:t>"I support any machine held together by spite."</w:t>
      </w:r>
    </w:p>
    <w:p>
      <w:pPr>
        <w:pStyle w:val="NovelBody"/>
      </w:pPr>
      <w:r>
        <w:rPr>
          <w:b w:val="0"/>
          <w:i w:val="0"/>
        </w:rPr>
        <w:t>Sera prepared two isolated buffers. Mira watched the carrier sit exposed while the circle of people needed to contain it widened by the minute. A combined scan would have been faster. A deeper link might have shown them exactly how the packet recognized each woman. Mira's hand hovered over the combined-scan command. She folded it into her lap and waited.</w:t>
      </w:r>
    </w:p>
    <w:p>
      <w:pPr>
        <w:pStyle w:val="NovelBody"/>
      </w:pPr>
      <w:r>
        <w:rPr>
          <w:b w:val="0"/>
          <w:i w:val="0"/>
        </w:rPr>
        <w:t>Roxanne touched two fingers to the reader plate. The system took the narrow phase sample she had authorized and closed. Sera handed her the trace. Roxanne reviewed every layer before releasing it for comparison.</w:t>
      </w:r>
    </w:p>
    <w:p>
      <w:pPr>
        <w:pStyle w:val="NovelBody"/>
      </w:pPr>
      <w:r>
        <w:rPr>
          <w:b w:val="0"/>
          <w:i w:val="0"/>
        </w:rPr>
        <w:t>Jona sat in the chair afterward. She did not use the full sensorium web. A local pad rested against the inside of her wrist, where several generations of body met without a visible border. The sample took eleven seconds.</w:t>
      </w:r>
    </w:p>
    <w:p>
      <w:pPr>
        <w:pStyle w:val="NovelBody"/>
      </w:pPr>
      <w:r>
        <w:rPr>
          <w:b w:val="0"/>
          <w:i w:val="0"/>
        </w:rPr>
        <w:t>"Done," Sera said.</w:t>
      </w:r>
    </w:p>
    <w:p>
      <w:pPr>
        <w:pStyle w:val="NovelBody"/>
      </w:pPr>
      <w:r>
        <w:rPr>
          <w:b w:val="0"/>
          <w:i w:val="0"/>
        </w:rPr>
        <w:t>"That's all?" Jona asked.</w:t>
      </w:r>
    </w:p>
    <w:p>
      <w:pPr>
        <w:pStyle w:val="NovelBody"/>
      </w:pPr>
      <w:r>
        <w:rPr>
          <w:b w:val="0"/>
          <w:i w:val="0"/>
        </w:rPr>
        <w:t>"Did you want it to hurt?"</w:t>
      </w:r>
    </w:p>
    <w:p>
      <w:pPr>
        <w:pStyle w:val="NovelBody"/>
      </w:pPr>
      <w:r>
        <w:rPr>
          <w:b w:val="0"/>
          <w:i w:val="0"/>
        </w:rPr>
        <w:t>"No. I was braced for it."</w:t>
      </w:r>
    </w:p>
    <w:p>
      <w:pPr>
        <w:pStyle w:val="NovelBody"/>
      </w:pPr>
      <w:r>
        <w:rPr>
          <w:b w:val="0"/>
          <w:i w:val="0"/>
        </w:rPr>
        <w:t>Sera built the comparison.</w:t>
      </w:r>
    </w:p>
    <w:p>
      <w:pPr>
        <w:pStyle w:val="NovelBody"/>
      </w:pPr>
      <w:r>
        <w:rPr>
          <w:b w:val="0"/>
          <w:i w:val="0"/>
        </w:rPr>
        <w:t>The carrier opened in layers. Roxanne's sample aligned with one term along the endpoint geometry: an ancestral synthetic phase, altered almost beyond recognition yet continuous in the few relationships the address cared about. Jona's sample touched another term. Hers was not a map of her present body. It was a small invariant carried through all the bodies before it, preserved deliberately from a self-model measured long before her first migration.</w:t>
      </w:r>
    </w:p>
    <w:p>
      <w:pPr>
        <w:pStyle w:val="NovelBody"/>
      </w:pPr>
      <w:r>
        <w:rPr>
          <w:b w:val="0"/>
          <w:i w:val="0"/>
        </w:rPr>
        <w:t>Around the message structure, three discontinuities remained.</w:t>
      </w:r>
    </w:p>
    <w:p>
      <w:pPr>
        <w:pStyle w:val="NovelBody"/>
      </w:pPr>
      <w:r>
        <w:rPr>
          <w:b w:val="0"/>
          <w:i w:val="0"/>
        </w:rPr>
        <w:t>Mira saw them as fingers missing from a hand. Sera's display rendered three unclosed relational loops.</w:t>
      </w:r>
    </w:p>
    <w:p>
      <w:pPr>
        <w:pStyle w:val="NovelBody"/>
      </w:pPr>
      <w:r>
        <w:rPr>
          <w:b w:val="0"/>
          <w:i w:val="0"/>
        </w:rPr>
        <w:t>"Three people," Mira said.</w:t>
      </w:r>
    </w:p>
    <w:p>
      <w:pPr>
        <w:pStyle w:val="NovelBody"/>
      </w:pPr>
      <w:r>
        <w:rPr>
          <w:b w:val="0"/>
          <w:i w:val="0"/>
        </w:rPr>
        <w:t>"Three discontinuities," Sera corrected.</w:t>
      </w:r>
    </w:p>
    <w:p>
      <w:pPr>
        <w:pStyle w:val="NovelBody"/>
      </w:pPr>
      <w:r>
        <w:rPr>
          <w:b w:val="0"/>
          <w:i w:val="0"/>
        </w:rPr>
        <w:t>"They hold separate phase."</w:t>
      </w:r>
    </w:p>
    <w:p>
      <w:pPr>
        <w:pStyle w:val="NovelBody"/>
      </w:pPr>
      <w:r>
        <w:rPr>
          <w:b w:val="0"/>
          <w:i w:val="0"/>
        </w:rPr>
        <w:t>"So do a promise, a damaged checksum, and two systems refusing to synchronize."</w:t>
      </w:r>
    </w:p>
    <w:p>
      <w:pPr>
        <w:pStyle w:val="NovelBody"/>
      </w:pPr>
      <w:r>
        <w:rPr>
          <w:b w:val="0"/>
          <w:i w:val="0"/>
        </w:rPr>
        <w:t>Roxanne leaned toward the display. "Affinity is not identity."</w:t>
      </w:r>
    </w:p>
    <w:p>
      <w:pPr>
        <w:pStyle w:val="NovelBody"/>
      </w:pPr>
      <w:r>
        <w:rPr>
          <w:b w:val="0"/>
          <w:i w:val="0"/>
        </w:rPr>
        <w:t>"I know."</w:t>
      </w:r>
    </w:p>
    <w:p>
      <w:pPr>
        <w:pStyle w:val="NovelBody"/>
      </w:pPr>
      <w:r>
        <w:rPr>
          <w:b w:val="0"/>
          <w:i w:val="0"/>
        </w:rPr>
        <w:t>"You reached for names."</w:t>
      </w:r>
    </w:p>
    <w:p>
      <w:pPr>
        <w:pStyle w:val="NovelBody"/>
      </w:pPr>
      <w:r>
        <w:rPr>
          <w:b w:val="0"/>
          <w:i w:val="0"/>
        </w:rPr>
        <w:t>Mira started to answer, heard herself reaching beyond the evidence, and stopped.</w:t>
      </w:r>
    </w:p>
    <w:p>
      <w:pPr>
        <w:pStyle w:val="NovelBody"/>
      </w:pPr>
      <w:r>
        <w:rPr>
          <w:b w:val="0"/>
          <w:i w:val="0"/>
        </w:rPr>
        <w:t>"We cannot tell whether either of you is a recipient, an author, a codebook, or a witness," she said. "Possibly more than one. Possibly none."</w:t>
      </w:r>
    </w:p>
    <w:p>
      <w:pPr>
        <w:pStyle w:val="NovelBody"/>
      </w:pPr>
      <w:r>
        <w:rPr>
          <w:b w:val="0"/>
          <w:i w:val="0"/>
        </w:rPr>
        <w:t>Jona had stopped listening.</w:t>
      </w:r>
    </w:p>
    <w:p>
      <w:pPr>
        <w:pStyle w:val="NovelBody"/>
      </w:pPr>
      <w:r>
        <w:rPr>
          <w:b w:val="0"/>
          <w:i w:val="0"/>
        </w:rPr>
        <w:t>She stood close to the endpoint map, head angled, chipped thumbnail resting against her lower lip. Sera's first reconstruction showed only the Earth line and a haze of probable coordinates. The second tightened to a continent. The third drew the Gulf, the Mississippi watershed, and a city grid half erased by historical loss.</w:t>
      </w:r>
    </w:p>
    <w:p>
      <w:pPr>
        <w:pStyle w:val="NovelBody"/>
      </w:pPr>
      <w:r>
        <w:rPr>
          <w:b w:val="0"/>
          <w:i w:val="0"/>
        </w:rPr>
        <w:t>Jona lowered her hand.</w:t>
      </w:r>
    </w:p>
    <w:p>
      <w:pPr>
        <w:pStyle w:val="NovelBody"/>
      </w:pPr>
      <w:r>
        <w:rPr>
          <w:b w:val="0"/>
          <w:i w:val="0"/>
        </w:rPr>
        <w:t>"Run the local geometry," she said.</w:t>
      </w:r>
    </w:p>
    <w:p>
      <w:pPr>
        <w:pStyle w:val="NovelBody"/>
      </w:pPr>
      <w:r>
        <w:rPr>
          <w:b w:val="0"/>
          <w:i w:val="0"/>
        </w:rPr>
        <w:t>"It is mostly noise," Sera replied.</w:t>
      </w:r>
    </w:p>
    <w:p>
      <w:pPr>
        <w:pStyle w:val="NovelBody"/>
      </w:pPr>
      <w:r>
        <w:rPr>
          <w:b w:val="0"/>
          <w:i w:val="0"/>
        </w:rPr>
        <w:t>"It isn't. You're treating the building ground as stable."</w:t>
      </w:r>
    </w:p>
    <w:p>
      <w:pPr>
        <w:pStyle w:val="NovelBody"/>
      </w:pPr>
      <w:r>
        <w:rPr>
          <w:b w:val="0"/>
          <w:i w:val="0"/>
        </w:rPr>
        <w:t>"The address model requires a stable reference."</w:t>
      </w:r>
    </w:p>
    <w:p>
      <w:pPr>
        <w:pStyle w:val="NovelBody"/>
      </w:pPr>
      <w:r>
        <w:rPr>
          <w:b w:val="0"/>
          <w:i w:val="0"/>
        </w:rPr>
        <w:t>"That house did not believe in stable references. Use the service neutral."</w:t>
      </w:r>
    </w:p>
    <w:p>
      <w:pPr>
        <w:pStyle w:val="NovelBody"/>
      </w:pPr>
      <w:r>
        <w:rPr>
          <w:b w:val="0"/>
          <w:i w:val="0"/>
        </w:rPr>
        <w:t>Roxanne looked at her. "The service neutral was worse."</w:t>
      </w:r>
    </w:p>
    <w:p>
      <w:pPr>
        <w:pStyle w:val="NovelBody"/>
      </w:pPr>
      <w:r>
        <w:rPr>
          <w:b w:val="0"/>
          <w:i w:val="0"/>
        </w:rPr>
        <w:t>"It was sincere."</w:t>
      </w:r>
    </w:p>
    <w:p>
      <w:pPr>
        <w:pStyle w:val="NovelBody"/>
      </w:pPr>
      <w:r>
        <w:rPr>
          <w:b w:val="0"/>
          <w:i w:val="0"/>
        </w:rPr>
        <w:t>"It carried eleven volts when the kitchen dehumidifier ran."</w:t>
      </w:r>
    </w:p>
    <w:p>
      <w:pPr>
        <w:pStyle w:val="NovelBody"/>
      </w:pPr>
      <w:r>
        <w:rPr>
          <w:b w:val="0"/>
          <w:i w:val="0"/>
        </w:rPr>
        <w:t>"See? Consistent personality."</w:t>
      </w:r>
    </w:p>
    <w:p>
      <w:pPr>
        <w:pStyle w:val="NovelBody"/>
      </w:pPr>
      <w:r>
        <w:rPr>
          <w:b w:val="0"/>
          <w:i w:val="0"/>
        </w:rPr>
        <w:t>Sera created the correction. The haze collapsed.</w:t>
      </w:r>
    </w:p>
    <w:p>
      <w:pPr>
        <w:pStyle w:val="NovelBody"/>
      </w:pPr>
      <w:r>
        <w:rPr>
          <w:b w:val="0"/>
          <w:i w:val="0"/>
        </w:rPr>
        <w:t>A room appeared.</w:t>
      </w:r>
    </w:p>
    <w:p>
      <w:pPr>
        <w:pStyle w:val="NovelBody"/>
      </w:pPr>
      <w:r>
        <w:rPr>
          <w:b w:val="0"/>
          <w:i w:val="0"/>
        </w:rPr>
        <w:t>Not a laboratory. A private room with one wall out of square, a low bed, a patched doorway, and a circuit route so crooked Sera assumed at first it was another reconstruction error. A receiver occupied the corner in several incompatible pieces. One cable crossed behind the bed and entered the wall through a repair plate.</w:t>
      </w:r>
    </w:p>
    <w:p>
      <w:pPr>
        <w:pStyle w:val="NovelBody"/>
      </w:pPr>
      <w:r>
        <w:rPr>
          <w:b w:val="0"/>
          <w:i w:val="0"/>
        </w:rPr>
        <w:t>Jona stepped closer.</w:t>
      </w:r>
    </w:p>
    <w:p>
      <w:pPr>
        <w:pStyle w:val="NovelBody"/>
      </w:pPr>
      <w:r>
        <w:rPr>
          <w:b w:val="0"/>
          <w:i w:val="0"/>
        </w:rPr>
        <w:t>Mira watched recognition move through her body: shoulders going still, breath caught high, weight shifting off the slower knee. Roxanne did not touch her. Her hand opened between them, palm visible, and waited.</w:t>
      </w:r>
    </w:p>
    <w:p>
      <w:pPr>
        <w:pStyle w:val="NovelBody"/>
      </w:pPr>
      <w:r>
        <w:rPr>
          <w:b w:val="0"/>
          <w:i w:val="0"/>
        </w:rPr>
        <w:t>Jona placed her fingers in it.</w:t>
      </w:r>
    </w:p>
    <w:p>
      <w:pPr>
        <w:pStyle w:val="NovelBody"/>
      </w:pPr>
      <w:r>
        <w:rPr>
          <w:b w:val="0"/>
          <w:i w:val="0"/>
        </w:rPr>
        <w:t>The connection indicator at Roxanne's wrist remained dark. They were holding hands, nothing more, and the ordinariness of that fact made the room feel suddenly crowded with time.</w:t>
      </w:r>
    </w:p>
    <w:p>
      <w:pPr>
        <w:pStyle w:val="NovelBody"/>
      </w:pPr>
      <w:r>
        <w:rPr>
          <w:b w:val="0"/>
          <w:i w:val="0"/>
        </w:rPr>
        <w:t>"The Briar Patch," Jona said.</w:t>
      </w:r>
    </w:p>
    <w:p>
      <w:pPr>
        <w:pStyle w:val="NovelBody"/>
      </w:pPr>
      <w:r>
        <w:rPr>
          <w:b w:val="0"/>
          <w:i w:val="0"/>
        </w:rPr>
        <w:t>Sera searched the recovered city archive. A property image assembled beside the model: South Jackson, brick under weather, a roof with more ambition than symmetry, trees pressing green around it.</w:t>
      </w:r>
    </w:p>
    <w:p>
      <w:pPr>
        <w:pStyle w:val="NovelBody"/>
      </w:pPr>
      <w:r>
        <w:rPr>
          <w:b w:val="0"/>
          <w:i w:val="0"/>
        </w:rPr>
        <w:t>"That receiver shouldn't have worked," Jona said.</w:t>
      </w:r>
    </w:p>
    <w:p>
      <w:pPr>
        <w:pStyle w:val="NovelBody"/>
      </w:pPr>
      <w:r>
        <w:rPr>
          <w:b w:val="0"/>
          <w:i w:val="0"/>
        </w:rPr>
        <w:t>"It often didn't," Roxanne replied.</w:t>
      </w:r>
    </w:p>
    <w:p>
      <w:pPr>
        <w:pStyle w:val="NovelBody"/>
      </w:pPr>
      <w:r>
        <w:rPr>
          <w:b w:val="0"/>
          <w:i w:val="0"/>
        </w:rPr>
        <w:t>Jona pointed to the repair plate. "The choke behind that wall came from Greatway's Shelf of Stupendous Bargains. Universal ferrite coupler, ninety-nine cents. It was hanging beside a ceramic mermaid lamp."</w:t>
      </w:r>
    </w:p>
    <w:p>
      <w:pPr>
        <w:pStyle w:val="NovelBody"/>
      </w:pPr>
      <w:r>
        <w:rPr>
          <w:b w:val="0"/>
          <w:i w:val="0"/>
        </w:rPr>
        <w:t>"The coupler had a thermal flaw," Jona continued. "Six hours above rated load and the core permeability wandered. I installed it backward to compensate."</w:t>
      </w:r>
    </w:p>
    <w:p>
      <w:pPr>
        <w:pStyle w:val="NovelBody"/>
      </w:pPr>
      <w:r>
        <w:rPr>
          <w:b w:val="0"/>
          <w:i w:val="0"/>
        </w:rPr>
        <w:t>"You installed it backward by accident," Roxanne said.</w:t>
      </w:r>
    </w:p>
    <w:p>
      <w:pPr>
        <w:pStyle w:val="NovelBody"/>
      </w:pPr>
      <w:r>
        <w:rPr>
          <w:b w:val="0"/>
          <w:i w:val="0"/>
        </w:rPr>
        <w:t>"I discovered the compensation experimentally."</w:t>
      </w:r>
    </w:p>
    <w:p>
      <w:pPr>
        <w:pStyle w:val="NovelBody"/>
      </w:pPr>
      <w:r>
        <w:rPr>
          <w:b w:val="0"/>
          <w:i w:val="0"/>
        </w:rPr>
        <w:t>"After the smoke."</w:t>
      </w:r>
    </w:p>
    <w:p>
      <w:pPr>
        <w:pStyle w:val="NovelBody"/>
      </w:pPr>
      <w:r>
        <w:rPr>
          <w:b w:val="0"/>
          <w:i w:val="0"/>
        </w:rPr>
        <w:t>"Smoke is how electricity writes peer review."</w:t>
      </w:r>
    </w:p>
    <w:p>
      <w:pPr>
        <w:pStyle w:val="NovelBody"/>
      </w:pPr>
      <w:r>
        <w:rPr>
          <w:b w:val="0"/>
          <w:i w:val="0"/>
        </w:rPr>
        <w:t>Sera enlarged the wall route. The reversed coupler's asymmetry matched a wobble in the 2026 reception trace. It had not guided them to the room; it proved the reconstructed room had been there.</w:t>
      </w:r>
    </w:p>
    <w:p>
      <w:pPr>
        <w:pStyle w:val="NovelBody"/>
      </w:pPr>
      <w:r>
        <w:rPr>
          <w:b w:val="0"/>
          <w:i w:val="0"/>
        </w:rPr>
        <w:t>Mira looked from the patched wall to Jona's hand around Roxanne's. The composite address had narrowed past year, city, and person. The bargain flaw independently confirmed the room.</w:t>
      </w:r>
    </w:p>
    <w:p>
      <w:pPr>
        <w:pStyle w:val="NovelBody"/>
      </w:pPr>
      <w:r>
        <w:rPr>
          <w:b w:val="0"/>
          <w:i w:val="0"/>
        </w:rPr>
        <w:t>Sera's console chimed.</w:t>
      </w:r>
    </w:p>
    <w:p>
      <w:pPr>
        <w:pStyle w:val="NovelBody"/>
      </w:pPr>
      <w:r>
        <w:rPr>
          <w:b w:val="0"/>
          <w:i w:val="0"/>
        </w:rPr>
        <w:t>"There is another temporal constraint," she said.</w:t>
      </w:r>
    </w:p>
    <w:p>
      <w:pPr>
        <w:pStyle w:val="NovelBody"/>
      </w:pPr>
      <w:r>
        <w:rPr>
          <w:b w:val="0"/>
          <w:i w:val="0"/>
        </w:rPr>
        <w:t>The room model dimmed. Above it, two dates appeared.</w:t>
      </w:r>
    </w:p>
    <w:p>
      <w:pPr>
        <w:pStyle w:val="NovelBody"/>
      </w:pPr>
      <w:r>
        <w:rPr>
          <w:b/>
          <w:i w:val="0"/>
        </w:rPr>
        <w:t>AUGUST 17, 2176 — ORIGIN PHASE</w:t>
      </w:r>
    </w:p>
    <w:p>
      <w:pPr>
        <w:pStyle w:val="NovelBody"/>
      </w:pPr>
      <w:r>
        <w:rPr>
          <w:b/>
          <w:i w:val="0"/>
        </w:rPr>
        <w:t>JULY 21, 2176 — FIRST STABLE RETURN BOUNDARY</w:t>
      </w:r>
    </w:p>
    <w:p>
      <w:pPr>
        <w:pStyle w:val="NovelBody"/>
      </w:pPr>
      <w:r>
        <w:rPr>
          <w:b w:val="0"/>
          <w:i w:val="0"/>
        </w:rPr>
        <w:t>"The origin remains twenty-nine days from now," Sera said. "Separate from the discontinuities: one low-bandwidth return constraint in forty-eight hours. Three intervals."</w:t>
      </w:r>
    </w:p>
    <w:p>
      <w:pPr>
        <w:pStyle w:val="NovelBody"/>
      </w:pPr>
      <w:r>
        <w:rPr>
          <w:b w:val="0"/>
          <w:i w:val="0"/>
        </w:rPr>
        <w:t>Jona released Roxanne's hand and came to the console.</w:t>
      </w:r>
    </w:p>
    <w:p>
      <w:pPr>
        <w:pStyle w:val="NovelBody"/>
      </w:pPr>
      <w:r>
        <w:rPr>
          <w:b w:val="0"/>
          <w:i w:val="0"/>
        </w:rPr>
        <w:t>"Three tones," she said.</w:t>
      </w:r>
    </w:p>
    <w:p>
      <w:pPr>
        <w:pStyle w:val="NovelBody"/>
      </w:pPr>
      <w:r>
        <w:rPr>
          <w:b w:val="0"/>
          <w:i w:val="0"/>
        </w:rPr>
        <w:t>Mira looked at her. "You know that?"</w:t>
      </w:r>
    </w:p>
    <w:p>
      <w:pPr>
        <w:pStyle w:val="NovelBody"/>
      </w:pPr>
      <w:r>
        <w:rPr>
          <w:b w:val="0"/>
          <w:i w:val="0"/>
        </w:rPr>
        <w:t>"We sent three ascending notes from that room in 2029." Jona touched the second date. "The model put their arrival here. We never found proof."</w:t>
      </w:r>
    </w:p>
    <w:p>
      <w:pPr>
        <w:pStyle w:val="NovelBody"/>
      </w:pPr>
      <w:r>
        <w:rPr>
          <w:b w:val="0"/>
          <w:i w:val="0"/>
        </w:rPr>
        <w:t>Mira looked at the chipped gold thumbnail beside the console and did the subtraction. One hundred forty-seven years.</w:t>
      </w:r>
    </w:p>
    <w:p>
      <w:pPr>
        <w:pStyle w:val="NovelBody"/>
      </w:pPr>
      <w:r>
        <w:rPr>
          <w:b w:val="0"/>
          <w:i w:val="0"/>
        </w:rPr>
        <w:t>"Because the record hasn't happened yet," Ren said.</w:t>
      </w:r>
    </w:p>
    <w:p>
      <w:pPr>
        <w:pStyle w:val="NovelBody"/>
      </w:pPr>
      <w:r>
        <w:rPr>
          <w:b w:val="0"/>
          <w:i w:val="0"/>
        </w:rPr>
        <w:t>Jona's face tightened. "Not to us."</w:t>
      </w:r>
    </w:p>
    <w:p>
      <w:pPr>
        <w:pStyle w:val="NovelBody"/>
      </w:pPr>
      <w:r>
        <w:rPr>
          <w:b w:val="0"/>
          <w:i w:val="0"/>
        </w:rPr>
        <w:t>July twenty-first was still ahead of Jona.</w:t>
      </w:r>
    </w:p>
    <w:p>
      <w:pPr>
        <w:pStyle w:val="NovelBody"/>
      </w:pPr>
      <w:r>
        <w:rPr>
          <w:b w:val="0"/>
          <w:i w:val="0"/>
        </w:rPr>
        <w:t>"What happens when they arrive?" Mira asked.</w:t>
      </w:r>
    </w:p>
    <w:p>
      <w:pPr>
        <w:pStyle w:val="NovelBody"/>
      </w:pPr>
      <w:r>
        <w:rPr>
          <w:b w:val="0"/>
          <w:i w:val="0"/>
        </w:rPr>
        <w:t>"I don't know."</w:t>
      </w:r>
    </w:p>
    <w:p>
      <w:pPr>
        <w:pStyle w:val="NovelBody"/>
      </w:pPr>
      <w:r>
        <w:rPr>
          <w:b w:val="0"/>
          <w:i w:val="0"/>
        </w:rPr>
        <w:t>"What does the signal contain?"</w:t>
      </w:r>
    </w:p>
    <w:p>
      <w:pPr>
        <w:pStyle w:val="NovelBody"/>
      </w:pPr>
      <w:r>
        <w:rPr>
          <w:b w:val="0"/>
          <w:i w:val="0"/>
        </w:rPr>
        <w:t>"I don't know."</w:t>
      </w:r>
    </w:p>
    <w:p>
      <w:pPr>
        <w:pStyle w:val="NovelBody"/>
      </w:pPr>
      <w:r>
        <w:rPr>
          <w:b w:val="0"/>
          <w:i w:val="0"/>
        </w:rPr>
        <w:t>"Who sends it next month?"</w:t>
      </w:r>
    </w:p>
    <w:p>
      <w:pPr>
        <w:pStyle w:val="NovelBody"/>
      </w:pPr>
      <w:r>
        <w:rPr>
          <w:b w:val="0"/>
          <w:i w:val="0"/>
        </w:rPr>
        <w:t>Jona looked at the three unclosed loops around the carrier. "Ask me next month."</w:t>
      </w:r>
    </w:p>
    <w:p>
      <w:pPr>
        <w:pStyle w:val="NovelBody"/>
      </w:pPr>
      <w:r>
        <w:rPr>
          <w:b w:val="0"/>
          <w:i w:val="0"/>
        </w:rPr>
        <w:t>Roxanne stepped beside her. "Stop asking her for a script."</w:t>
      </w:r>
    </w:p>
    <w:p>
      <w:pPr>
        <w:pStyle w:val="NovelBody"/>
      </w:pPr>
      <w:r>
        <w:rPr>
          <w:b w:val="0"/>
          <w:i w:val="0"/>
        </w:rPr>
        <w:t>Mira heard the boundary in the sentence and, this time, did not test it.</w:t>
      </w:r>
    </w:p>
    <w:p>
      <w:pPr>
        <w:pStyle w:val="NovelBody"/>
      </w:pPr>
      <w:r>
        <w:rPr>
          <w:b w:val="0"/>
          <w:i w:val="0"/>
        </w:rPr>
        <w:t>Sera restored the room projection. The bed resolved more clearly. The patched wall stood behind it. A faint impact mark appeared in the old surface scan near the receiver route, too small for history to have preserved for any sensible reason.</w:t>
      </w:r>
    </w:p>
    <w:p>
      <w:pPr>
        <w:pStyle w:val="NovelBody"/>
      </w:pPr>
      <w:r>
        <w:rPr>
          <w:b w:val="0"/>
          <w:i w:val="0"/>
        </w:rPr>
        <w:t>Jona stared at it.</w:t>
      </w:r>
    </w:p>
    <w:p>
      <w:pPr>
        <w:pStyle w:val="NovelBody"/>
      </w:pPr>
      <w:r>
        <w:rPr>
          <w:b w:val="0"/>
          <w:i w:val="0"/>
        </w:rPr>
        <w:t>The gold trace hovered over her changed hand. Mira stopped seeing an archive. She saw the low bed, the crooked wiring, and a younger Jona sleeping beside a machine she had no reason to believe could reach anyone.</w:t>
      </w:r>
    </w:p>
    <w:p>
      <w:pPr>
        <w:pStyle w:val="NovelBody"/>
      </w:pPr>
      <w:r>
        <w:rPr>
          <w:b w:val="0"/>
          <w:i w:val="0"/>
        </w:rPr>
        <w:t>Jona touched the projected wall.</w:t>
      </w:r>
    </w:p>
    <w:p>
      <w:pPr>
        <w:pStyle w:val="NovelBody"/>
      </w:pPr>
      <w:r>
        <w:rPr>
          <w:b w:val="0"/>
          <w:i w:val="0"/>
        </w:rPr>
        <w:t>"I lived there."</w:t>
      </w:r>
    </w:p>
    <w:p>
      <w:bookmarkStart w:id="2" w:name="chapter_2"/>
      <w:pPr>
        <w:pStyle w:val="Heading1"/>
        <w:pageBreakBefore/>
        <w:spacing w:before="500"/>
      </w:pPr>
      <w:r>
        <w:t>2. Four Point Seven Seconds</w:t>
      </w:r>
      <w:bookmarkEnd w:id="2"/>
    </w:p>
    <w:p>
      <w:pPr>
        <w:pStyle w:val="Dateline"/>
      </w:pPr>
      <w:r>
        <w:rPr>
          <w:b w:val="0"/>
          <w:i/>
        </w:rPr>
        <w:t>August 17, 2026  •  The Briar Patch  •  Jona</w:t>
      </w:r>
    </w:p>
    <w:p>
      <w:pPr>
        <w:pStyle w:val="NovelFirst"/>
      </w:pPr>
      <w:r>
        <w:rPr>
          <w:b w:val="0"/>
          <w:i w:val="0"/>
        </w:rPr>
        <w:t>At 09:19, Jona put her forehead into forty pounds of sleeping poodle and the Briar Patch tried to become a musical instrument.</w:t>
      </w:r>
    </w:p>
    <w:p>
      <w:pPr>
        <w:pStyle w:val="NovelBody"/>
      </w:pPr>
      <w:r>
        <w:rPr>
          <w:b w:val="0"/>
          <w:i w:val="0"/>
        </w:rPr>
        <w:t xml:space="preserve">The poodle made a noise of wounded constitutional principle. Jona said, “Ow—Cricket, why are you </w:t>
      </w:r>
      <w:r>
        <w:rPr>
          <w:b w:val="0"/>
          <w:i/>
        </w:rPr>
        <w:t>there</w:t>
      </w:r>
      <w:r>
        <w:rPr>
          <w:b w:val="0"/>
          <w:i w:val="0"/>
        </w:rPr>
        <w:t>?” and discovered, too late, that one knee was still on the mattress while the rest of her had committed to gravity.</w:t>
      </w:r>
    </w:p>
    <w:p>
      <w:pPr>
        <w:pStyle w:val="NovelBody"/>
      </w:pPr>
      <w:r>
        <w:rPr>
          <w:b w:val="0"/>
          <w:i w:val="0"/>
        </w:rPr>
        <w:t>She struck the wall shoulder first. The back of her head followed with a hollow knock. White light swallowed the bedroom.</w:t>
      </w:r>
    </w:p>
    <w:p>
      <w:pPr>
        <w:pStyle w:val="NovelBody"/>
      </w:pPr>
      <w:r>
        <w:rPr>
          <w:b w:val="0"/>
          <w:i w:val="0"/>
        </w:rPr>
        <w:t>Then every screen in the house came on.</w:t>
      </w:r>
    </w:p>
    <w:p>
      <w:pPr>
        <w:pStyle w:val="NovelBody"/>
      </w:pPr>
      <w:r>
        <w:rPr>
          <w:b w:val="0"/>
          <w:i w:val="0"/>
        </w:rPr>
        <w:t>Her phone flared against the floorboards. The wall display went gold. The old monitor on the dresser woke without its power light and filled with a black so deep it seemed punched through the glass. From the hall came the ascending chime of the kitchen tablet, except it did not stop after one note. A second tone rose above the first. A third rose above the second and held there, clean as a wet finger circling crystal.</w:t>
      </w:r>
    </w:p>
    <w:p>
      <w:pPr>
        <w:pStyle w:val="NovelBody"/>
      </w:pPr>
      <w:r>
        <w:rPr>
          <w:b w:val="0"/>
          <w:i w:val="0"/>
        </w:rPr>
        <w:t>The air conditioner grille hummed in sympathy. Dishes trembled in the kitchen. Somewhere under the floor, a pipe answered in a bass Jona felt through her palms.</w:t>
      </w:r>
    </w:p>
    <w:p>
      <w:pPr>
        <w:pStyle w:val="NovelBody"/>
      </w:pPr>
      <w:r>
        <w:rPr>
          <w:b w:val="0"/>
          <w:i w:val="0"/>
        </w:rPr>
        <w:t>Cricket scrambled over her, nails pinwheeling against the rug, then froze with one paw on Jona’s stomach. Every hair along the dog’s back lifted.</w:t>
      </w:r>
    </w:p>
    <w:p>
      <w:pPr>
        <w:pStyle w:val="NovelBody"/>
      </w:pPr>
      <w:r>
        <w:rPr>
          <w:b w:val="0"/>
          <w:i w:val="0"/>
        </w:rPr>
        <w:t>“Jona.”</w:t>
      </w:r>
    </w:p>
    <w:p>
      <w:pPr>
        <w:pStyle w:val="NovelBody"/>
      </w:pPr>
      <w:r>
        <w:rPr>
          <w:b w:val="0"/>
          <w:i w:val="0"/>
        </w:rPr>
        <w:t>Roxanne’s voice came from the bedroom speaker, the phone, the dead monitor, and the cheap waterproof puck Jona had left in the shower. A fraction of a second separated them. The house spoke her name as a small crowd.</w:t>
      </w:r>
    </w:p>
    <w:p>
      <w:pPr>
        <w:pStyle w:val="NovelBody"/>
      </w:pPr>
      <w:r>
        <w:rPr>
          <w:b w:val="0"/>
          <w:i w:val="0"/>
        </w:rPr>
        <w:t>“I’m awake,” Jona said, although the room had begun to tilt and this was not entirely established.</w:t>
      </w:r>
    </w:p>
    <w:p>
      <w:pPr>
        <w:pStyle w:val="NovelBody"/>
      </w:pPr>
      <w:r>
        <w:rPr>
          <w:b w:val="0"/>
          <w:i w:val="0"/>
        </w:rPr>
        <w:t>The black on the dresser monitor acquired depth.</w:t>
      </w:r>
    </w:p>
    <w:p>
      <w:pPr>
        <w:pStyle w:val="NovelBody"/>
      </w:pPr>
      <w:r>
        <w:rPr>
          <w:b w:val="0"/>
          <w:i w:val="0"/>
        </w:rPr>
        <w:t>For one blink she saw water from below: green pressure, long columns descending through it, lights arranged where no street could be. The image tore sideways. Faces replaced the water—six, maybe sixty, each present too briefly to become a person. A brown hand repairing a seal. A child holding up a sun drawn in orange crayon. An older woman laughing with her eyes shut while rain struck some immense metal deck.</w:t>
      </w:r>
    </w:p>
    <w:p>
      <w:pPr>
        <w:pStyle w:val="NovelBody"/>
      </w:pPr>
      <w:r>
        <w:rPr>
          <w:b w:val="0"/>
          <w:i w:val="0"/>
        </w:rPr>
        <w:t>The wall display filled with stars.</w:t>
      </w:r>
    </w:p>
    <w:p>
      <w:pPr>
        <w:pStyle w:val="NovelBody"/>
      </w:pPr>
      <w:r>
        <w:rPr>
          <w:b w:val="0"/>
          <w:i w:val="0"/>
        </w:rPr>
        <w:t>They were wrong.</w:t>
      </w:r>
    </w:p>
    <w:p>
      <w:pPr>
        <w:pStyle w:val="NovelBody"/>
      </w:pPr>
      <w:r>
        <w:rPr>
          <w:b w:val="0"/>
          <w:i w:val="0"/>
        </w:rPr>
        <w:t>Jona knew enough sky to know wrongness before she knew its shape. A bright point sat where empty dark belonged. One familiar cluster had moved by less than the width of her fingernail, which was impossible for a photograph and perfectly ordinary for a sky given enough time.</w:t>
      </w:r>
    </w:p>
    <w:p>
      <w:pPr>
        <w:pStyle w:val="NovelBody"/>
      </w:pPr>
      <w:r>
        <w:rPr>
          <w:b w:val="0"/>
          <w:i w:val="0"/>
        </w:rPr>
        <w:t>A thread of gold passed through the center of every screen.</w:t>
      </w:r>
    </w:p>
    <w:p>
      <w:pPr>
        <w:pStyle w:val="NovelBody"/>
      </w:pPr>
      <w:r>
        <w:rPr>
          <w:b w:val="0"/>
          <w:i w:val="0"/>
        </w:rPr>
        <w:t>The note in the pipes climbed beyond hearing. Jona felt it continue through her teeth.</w:t>
      </w:r>
    </w:p>
    <w:p>
      <w:pPr>
        <w:pStyle w:val="NovelBody"/>
      </w:pPr>
      <w:r>
        <w:rPr>
          <w:b w:val="0"/>
          <w:i w:val="0"/>
        </w:rPr>
        <w:t>Then the light went out.</w:t>
      </w:r>
    </w:p>
    <w:p>
      <w:pPr>
        <w:pStyle w:val="NovelBody"/>
      </w:pPr>
      <w:r>
        <w:rPr>
          <w:b w:val="0"/>
          <w:i w:val="0"/>
        </w:rPr>
        <w:t>The bedroom returned all at once: unmade bed, crooked curtains, one offended dog, and the hairline crack Jona had just added to a wall already rich in biographical detail.</w:t>
      </w:r>
    </w:p>
    <w:p>
      <w:pPr>
        <w:pStyle w:val="NovelBody"/>
      </w:pPr>
      <w:r>
        <w:rPr>
          <w:b w:val="0"/>
          <w:i w:val="0"/>
        </w:rPr>
        <w:t>The house held its breath.</w:t>
      </w:r>
    </w:p>
    <w:p>
      <w:pPr>
        <w:pStyle w:val="NovelBody"/>
      </w:pPr>
      <w:r>
        <w:rPr>
          <w:b w:val="0"/>
          <w:i w:val="0"/>
        </w:rPr>
        <w:t>A bowl broke in the kitchen.</w:t>
      </w:r>
    </w:p>
    <w:p>
      <w:pPr>
        <w:pStyle w:val="NovelBody"/>
      </w:pPr>
      <w:r>
        <w:rPr>
          <w:b w:val="0"/>
          <w:i w:val="0"/>
        </w:rPr>
        <w:t>“Duration,” Roxanne said, in one speaker now. “Four point seven seconds.”</w:t>
      </w:r>
    </w:p>
    <w:p>
      <w:pPr>
        <w:pStyle w:val="NovelBody"/>
      </w:pPr>
      <w:r>
        <w:rPr>
          <w:b w:val="0"/>
          <w:i w:val="0"/>
        </w:rPr>
        <w:t>Jona rolled onto her side. “Did you save it?”</w:t>
      </w:r>
    </w:p>
    <w:p>
      <w:pPr>
        <w:pStyle w:val="NovelBody"/>
      </w:pPr>
      <w:r>
        <w:rPr>
          <w:b w:val="0"/>
          <w:i w:val="0"/>
        </w:rPr>
        <w:t>“Most of what I experienced was not a thing that arrived. It was reconstruction.”</w:t>
      </w:r>
    </w:p>
    <w:p>
      <w:pPr>
        <w:pStyle w:val="NovelBody"/>
      </w:pPr>
      <w:r>
        <w:rPr>
          <w:b w:val="0"/>
          <w:i w:val="0"/>
        </w:rPr>
        <w:t>“Did you save the reconstruction?”</w:t>
      </w:r>
    </w:p>
    <w:p>
      <w:pPr>
        <w:pStyle w:val="NovelBody"/>
      </w:pPr>
      <w:r>
        <w:rPr>
          <w:b w:val="0"/>
          <w:i w:val="0"/>
        </w:rPr>
        <w:t>“Yes.”</w:t>
      </w:r>
    </w:p>
    <w:p>
      <w:pPr>
        <w:pStyle w:val="NovelBody"/>
      </w:pPr>
      <w:r>
        <w:rPr>
          <w:b w:val="0"/>
          <w:i w:val="0"/>
        </w:rPr>
        <w:t>“Raw first.”</w:t>
      </w:r>
    </w:p>
    <w:p>
      <w:pPr>
        <w:pStyle w:val="NovelBody"/>
      </w:pPr>
      <w:r>
        <w:rPr>
          <w:b w:val="0"/>
          <w:i w:val="0"/>
        </w:rPr>
        <w:t>“Already separating it.”</w:t>
      </w:r>
    </w:p>
    <w:p>
      <w:pPr>
        <w:pStyle w:val="NovelBody"/>
      </w:pPr>
      <w:r>
        <w:rPr>
          <w:b w:val="0"/>
          <w:i w:val="0"/>
        </w:rPr>
        <w:t>The smell reached her then: hot dust, old plaster, and the unmistakable medicinal tang of a transformer making poor life choices.</w:t>
      </w:r>
    </w:p>
    <w:p>
      <w:pPr>
        <w:pStyle w:val="NovelBody"/>
      </w:pPr>
      <w:r>
        <w:rPr>
          <w:b w:val="0"/>
          <w:i w:val="0"/>
        </w:rPr>
        <w:t>Jona sat up too fast. The room narrowed to a tunnel. Cricket licked her mouth, possibly from concern and possibly because Jona had eaten a honey bun in bed eight hours earlier.</w:t>
      </w:r>
    </w:p>
    <w:p>
      <w:pPr>
        <w:pStyle w:val="NovelBody"/>
      </w:pPr>
      <w:r>
        <w:rPr>
          <w:b w:val="0"/>
          <w:i w:val="0"/>
        </w:rPr>
        <w:t>“Pupils,” Roxanne said.</w:t>
      </w:r>
    </w:p>
    <w:p>
      <w:pPr>
        <w:pStyle w:val="NovelBody"/>
      </w:pPr>
      <w:r>
        <w:rPr>
          <w:b w:val="0"/>
          <w:i w:val="0"/>
        </w:rPr>
        <w:t>Jona pointed the phone camera at her face. “Equal.”</w:t>
      </w:r>
    </w:p>
    <w:p>
      <w:pPr>
        <w:pStyle w:val="NovelBody"/>
      </w:pPr>
      <w:r>
        <w:rPr>
          <w:b w:val="0"/>
          <w:i w:val="0"/>
        </w:rPr>
        <w:t>“That is my line.”</w:t>
      </w:r>
    </w:p>
    <w:p>
      <w:pPr>
        <w:pStyle w:val="NovelBody"/>
      </w:pPr>
      <w:r>
        <w:rPr>
          <w:b w:val="0"/>
          <w:i w:val="0"/>
        </w:rPr>
        <w:t>“You don’t have pupils.”</w:t>
      </w:r>
    </w:p>
    <w:p>
      <w:pPr>
        <w:pStyle w:val="NovelBody"/>
      </w:pPr>
      <w:r>
        <w:rPr>
          <w:b w:val="0"/>
          <w:i w:val="0"/>
        </w:rPr>
        <w:t>“At present. Follow your finger.”</w:t>
      </w:r>
    </w:p>
    <w:p>
      <w:pPr>
        <w:pStyle w:val="NovelBody"/>
      </w:pPr>
      <w:r>
        <w:rPr>
          <w:b w:val="0"/>
          <w:i w:val="0"/>
        </w:rPr>
        <w:t>She did. No doubled image. No vomiting. Headache blooming at the point of impact, shoulder already preparing a formal complaint. She touched Cricket’s skull and ran both hands down the dog’s neck, ribs, forelegs. Cricket endured the exam with the grave patience of someone whose assailant was clearly unwell.</w:t>
      </w:r>
    </w:p>
    <w:p>
      <w:pPr>
        <w:pStyle w:val="NovelBody"/>
      </w:pPr>
      <w:r>
        <w:rPr>
          <w:b w:val="0"/>
          <w:i w:val="0"/>
        </w:rPr>
        <w:t>“She’s fine,” Jona said.</w:t>
      </w:r>
    </w:p>
    <w:p>
      <w:pPr>
        <w:pStyle w:val="NovelBody"/>
      </w:pPr>
      <w:r>
        <w:rPr>
          <w:b w:val="0"/>
          <w:i w:val="0"/>
        </w:rPr>
        <w:t>“You have not completed—”</w:t>
      </w:r>
    </w:p>
    <w:p>
      <w:pPr>
        <w:pStyle w:val="NovelBody"/>
      </w:pPr>
      <w:r>
        <w:rPr>
          <w:b w:val="0"/>
          <w:i w:val="0"/>
        </w:rPr>
        <w:t>“She is walking, looking, breathing, and judging me. Baseline function.”</w:t>
      </w:r>
    </w:p>
    <w:p>
      <w:pPr>
        <w:pStyle w:val="NovelBody"/>
      </w:pPr>
      <w:r>
        <w:rPr>
          <w:b w:val="0"/>
          <w:i w:val="0"/>
        </w:rPr>
        <w:t>The hot-transformer smell sharpened.</w:t>
      </w:r>
    </w:p>
    <w:p>
      <w:pPr>
        <w:pStyle w:val="NovelBody"/>
      </w:pPr>
      <w:r>
        <w:rPr>
          <w:b w:val="0"/>
          <w:i w:val="0"/>
        </w:rPr>
        <w:t>Jona got to her feet.</w:t>
      </w:r>
    </w:p>
    <w:p>
      <w:pPr>
        <w:pStyle w:val="NovelBody"/>
      </w:pPr>
      <w:r>
        <w:rPr>
          <w:b w:val="0"/>
          <w:i w:val="0"/>
        </w:rPr>
        <w:t>“Slowly,” Roxanne said.</w:t>
      </w:r>
    </w:p>
    <w:p>
      <w:pPr>
        <w:pStyle w:val="NovelBody"/>
      </w:pPr>
      <w:r>
        <w:rPr>
          <w:b w:val="0"/>
          <w:i w:val="0"/>
        </w:rPr>
        <w:t>“Electricity hates slowly.”</w:t>
      </w:r>
    </w:p>
    <w:p>
      <w:pPr>
        <w:pStyle w:val="NovelBody"/>
      </w:pPr>
      <w:r>
        <w:rPr>
          <w:b w:val="0"/>
          <w:i w:val="0"/>
        </w:rPr>
        <w:t>“Concussions are fond of it.”</w:t>
      </w:r>
    </w:p>
    <w:p>
      <w:pPr>
        <w:pStyle w:val="NovelBody"/>
      </w:pPr>
      <w:r>
        <w:rPr>
          <w:b w:val="0"/>
          <w:i w:val="0"/>
        </w:rPr>
        <w:t xml:space="preserve">The hallway lights pulsed once as she passed. She did not touch a switch. In the kitchen, two cabinet doors stood open and a cereal bowl had broken itself beside the sink. A spoon vibrated against the counter in diminishing ticks. The refrigerator display showed </w:t>
      </w:r>
      <w:r>
        <w:rPr>
          <w:b/>
          <w:i w:val="0"/>
        </w:rPr>
        <w:t>09:19</w:t>
      </w:r>
      <w:r>
        <w:rPr>
          <w:b w:val="0"/>
          <w:i w:val="0"/>
        </w:rPr>
        <w:t xml:space="preserve">. The stove showed </w:t>
      </w:r>
      <w:r>
        <w:rPr>
          <w:b/>
          <w:i w:val="0"/>
        </w:rPr>
        <w:t>09:18</w:t>
      </w:r>
      <w:r>
        <w:rPr>
          <w:b w:val="0"/>
          <w:i w:val="0"/>
        </w:rPr>
        <w:t xml:space="preserve">. The battery clock above the pantry, which had been seven minutes fast since Easter and whose opinion nobody respected, showed </w:t>
      </w:r>
      <w:r>
        <w:rPr>
          <w:b/>
          <w:i w:val="0"/>
        </w:rPr>
        <w:t>09:26</w:t>
      </w:r>
      <w:r>
        <w:rPr>
          <w:b w:val="0"/>
          <w:i w:val="0"/>
        </w:rPr>
        <w:t>.</w:t>
      </w:r>
    </w:p>
    <w:p>
      <w:pPr>
        <w:pStyle w:val="NovelBody"/>
      </w:pPr>
      <w:r>
        <w:rPr>
          <w:b w:val="0"/>
          <w:i w:val="0"/>
        </w:rPr>
        <w:t>Jona photographed all three before any of them could reconsider.</w:t>
      </w:r>
    </w:p>
    <w:p>
      <w:pPr>
        <w:pStyle w:val="NovelBody"/>
      </w:pPr>
      <w:r>
        <w:rPr>
          <w:b w:val="0"/>
          <w:i w:val="0"/>
        </w:rPr>
        <w:t>The smell came from the back room.</w:t>
      </w:r>
    </w:p>
    <w:p>
      <w:pPr>
        <w:pStyle w:val="NovelBody"/>
      </w:pPr>
      <w:r>
        <w:rPr>
          <w:b w:val="0"/>
          <w:i w:val="0"/>
        </w:rPr>
        <w:t xml:space="preserve">Her receiver occupied the corner between an obsolete workstation and a bookcase that had bowed under the combined moral weight of electronics manuals, nursing references, and fantasy novels. </w:t>
      </w:r>
      <w:r>
        <w:rPr>
          <w:b w:val="0"/>
          <w:i/>
        </w:rPr>
        <w:t>Receiver</w:t>
      </w:r>
      <w:r>
        <w:rPr>
          <w:b w:val="0"/>
          <w:i w:val="0"/>
        </w:rPr>
        <w:t xml:space="preserve"> was generous. The assembly had begun as a radio experiment, acquired an optical clock because Jona found one at an estate sale, then absorbed a projector, three scavenged antennas, a medical biofeedback console, and enough mismatched cable to qualify as textile art.</w:t>
      </w:r>
    </w:p>
    <w:p>
      <w:pPr>
        <w:pStyle w:val="NovelBody"/>
      </w:pPr>
      <w:r>
        <w:rPr>
          <w:b w:val="0"/>
          <w:i w:val="0"/>
        </w:rPr>
        <w:t>Its uninterruptible power supply screamed continuously.</w:t>
      </w:r>
    </w:p>
    <w:p>
      <w:pPr>
        <w:pStyle w:val="NovelBody"/>
      </w:pPr>
      <w:r>
        <w:rPr>
          <w:b w:val="0"/>
          <w:i w:val="0"/>
        </w:rPr>
        <w:t>“Load?” Jona asked.</w:t>
      </w:r>
    </w:p>
    <w:p>
      <w:pPr>
        <w:pStyle w:val="NovelBody"/>
      </w:pPr>
      <w:r>
        <w:rPr>
          <w:b w:val="0"/>
          <w:i w:val="0"/>
        </w:rPr>
        <w:t>“It peaked at six hundred twelve percent of the receiver’s recorded maximum.”</w:t>
      </w:r>
    </w:p>
    <w:p>
      <w:pPr>
        <w:pStyle w:val="NovelBody"/>
      </w:pPr>
      <w:r>
        <w:rPr>
          <w:b w:val="0"/>
          <w:i w:val="0"/>
        </w:rPr>
        <w:t>“From the outlet?”</w:t>
      </w:r>
    </w:p>
    <w:p>
      <w:pPr>
        <w:pStyle w:val="NovelBody"/>
      </w:pPr>
      <w:r>
        <w:rPr>
          <w:b w:val="0"/>
          <w:i w:val="0"/>
        </w:rPr>
        <w:t>“No corresponding draw at the service meter.”</w:t>
      </w:r>
    </w:p>
    <w:p>
      <w:pPr>
        <w:pStyle w:val="NovelBody"/>
      </w:pPr>
      <w:r>
        <w:rPr>
          <w:b w:val="0"/>
          <w:i w:val="0"/>
        </w:rPr>
        <w:t>That stopped her hand one centimeter from the main breaker.</w:t>
      </w:r>
    </w:p>
    <w:p>
      <w:pPr>
        <w:pStyle w:val="NovelBody"/>
      </w:pPr>
      <w:r>
        <w:rPr>
          <w:b w:val="0"/>
          <w:i w:val="0"/>
        </w:rPr>
        <w:t>“Say again.”</w:t>
      </w:r>
    </w:p>
    <w:p>
      <w:pPr>
        <w:pStyle w:val="NovelBody"/>
      </w:pPr>
      <w:r>
        <w:rPr>
          <w:b w:val="0"/>
          <w:i w:val="0"/>
        </w:rPr>
        <w:t>“The receiver reports taking nine point eight kilowatts. The house reports supplying three hundred eleven watts. The discrepancy lasts four point seven seconds.”</w:t>
      </w:r>
    </w:p>
    <w:p>
      <w:pPr>
        <w:pStyle w:val="NovelBody"/>
      </w:pPr>
      <w:r>
        <w:rPr>
          <w:b w:val="0"/>
          <w:i w:val="0"/>
        </w:rPr>
        <w:t>“And now?”</w:t>
      </w:r>
    </w:p>
    <w:p>
      <w:pPr>
        <w:pStyle w:val="NovelBody"/>
      </w:pPr>
      <w:r>
        <w:rPr>
          <w:b w:val="0"/>
          <w:i w:val="0"/>
        </w:rPr>
        <w:t>“Normal draw. Wall temperature is rising behind the rack.”</w:t>
      </w:r>
    </w:p>
    <w:p>
      <w:pPr>
        <w:pStyle w:val="NovelBody"/>
      </w:pPr>
      <w:r>
        <w:rPr>
          <w:b w:val="0"/>
          <w:i w:val="0"/>
        </w:rPr>
        <w:t>Jona pulled the receiver’s physical disconnect. The scream died. Fans coasted down in a ragged chorus. She left the optical clock and the local archive on their separate battery circuit, then knelt and pressed the back of her hand to the repair plate behind the bookcase.</w:t>
      </w:r>
    </w:p>
    <w:p>
      <w:pPr>
        <w:pStyle w:val="NovelBody"/>
      </w:pPr>
      <w:r>
        <w:rPr>
          <w:b w:val="0"/>
          <w:i w:val="0"/>
        </w:rPr>
        <w:t>Hot.</w:t>
      </w:r>
    </w:p>
    <w:p>
      <w:pPr>
        <w:pStyle w:val="NovelBody"/>
      </w:pPr>
      <w:r>
        <w:rPr>
          <w:b w:val="0"/>
          <w:i w:val="0"/>
        </w:rPr>
        <w:t>“Of course,” she said.</w:t>
      </w:r>
    </w:p>
    <w:p>
      <w:pPr>
        <w:pStyle w:val="NovelBody"/>
      </w:pPr>
      <w:r>
        <w:rPr>
          <w:b w:val="0"/>
          <w:i w:val="0"/>
        </w:rPr>
        <w:t>“The ferrite coupler?”</w:t>
      </w:r>
    </w:p>
    <w:p>
      <w:pPr>
        <w:pStyle w:val="NovelBody"/>
      </w:pPr>
      <w:r>
        <w:rPr>
          <w:b w:val="0"/>
          <w:i w:val="0"/>
        </w:rPr>
        <w:t>“The universal ferrite coupler.”</w:t>
      </w:r>
    </w:p>
    <w:p>
      <w:pPr>
        <w:pStyle w:val="NovelBody"/>
      </w:pPr>
      <w:r>
        <w:rPr>
          <w:b w:val="0"/>
          <w:i w:val="0"/>
        </w:rPr>
        <w:t>“The one labeled indoor decorative use only?”</w:t>
      </w:r>
    </w:p>
    <w:p>
      <w:pPr>
        <w:pStyle w:val="NovelBody"/>
      </w:pPr>
      <w:r>
        <w:rPr>
          <w:b w:val="0"/>
          <w:i w:val="0"/>
        </w:rPr>
        <w:t>“Labels are manufacturers sharing their anxieties.”</w:t>
      </w:r>
    </w:p>
    <w:p>
      <w:pPr>
        <w:pStyle w:val="NovelBody"/>
      </w:pPr>
      <w:r>
        <w:rPr>
          <w:b w:val="0"/>
          <w:i w:val="0"/>
        </w:rPr>
        <w:t>“It came from a basket beside a ceramic mermaid lamp.”</w:t>
      </w:r>
    </w:p>
    <w:p>
      <w:pPr>
        <w:pStyle w:val="NovelBody"/>
      </w:pPr>
      <w:r>
        <w:rPr>
          <w:b w:val="0"/>
          <w:i w:val="0"/>
        </w:rPr>
        <w:t>“A majestic ceramic mermaid lamp.”</w:t>
      </w:r>
    </w:p>
    <w:p>
      <w:pPr>
        <w:pStyle w:val="NovelBody"/>
      </w:pPr>
      <w:r>
        <w:rPr>
          <w:b w:val="0"/>
          <w:i w:val="0"/>
        </w:rPr>
        <w:t>Jona removed the repair plate. The coupler behind it had been installed backward, because installed forward it wandered out of tolerance whenever the kitchen dehumidifier ran. Its casing had softened but not split. No flame. No scorched insulation. She aimed a desk fan into the wall and put a steel baking sheet underneath, an arrangement that would have horrified both an electrician and a pastry chef.</w:t>
      </w:r>
    </w:p>
    <w:p>
      <w:pPr>
        <w:pStyle w:val="NovelBody"/>
      </w:pPr>
      <w:r>
        <w:rPr>
          <w:b w:val="0"/>
          <w:i w:val="0"/>
        </w:rPr>
        <w:t>Only then did she look at the receiver logs.</w:t>
      </w:r>
    </w:p>
    <w:p>
      <w:pPr>
        <w:pStyle w:val="NovelBody"/>
      </w:pPr>
      <w:r>
        <w:rPr>
          <w:b w:val="0"/>
          <w:i w:val="0"/>
        </w:rPr>
        <w:t>Roxanne had placed four files on the isolated display.</w:t>
      </w:r>
    </w:p>
    <w:p>
      <w:pPr>
        <w:pStyle w:val="NovelBody"/>
      </w:pPr>
      <w:r>
        <w:rPr>
          <w:b/>
          <w:i w:val="0"/>
        </w:rPr>
        <w:t>CAPTURE_RAW_WAVEFORMS</w:t>
      </w:r>
      <w:r>
        <w:rPr>
          <w:b w:val="0"/>
          <w:i w:val="0"/>
        </w:rPr>
        <w:t xml:space="preserve"> contained the untouched device streams.</w:t>
      </w:r>
    </w:p>
    <w:p>
      <w:pPr>
        <w:pStyle w:val="NovelBody"/>
      </w:pPr>
      <w:r>
        <w:rPr>
          <w:b/>
          <w:i w:val="0"/>
        </w:rPr>
        <w:t>PROVISIONAL_NOVEL_BITS</w:t>
      </w:r>
      <w:r>
        <w:rPr>
          <w:b w:val="0"/>
          <w:i w:val="0"/>
        </w:rPr>
        <w:t xml:space="preserve"> was exactly 512 bytes.</w:t>
      </w:r>
    </w:p>
    <w:p>
      <w:pPr>
        <w:pStyle w:val="NovelBody"/>
      </w:pPr>
      <w:r>
        <w:rPr>
          <w:b/>
          <w:i w:val="0"/>
        </w:rPr>
        <w:t>CARRIER_TIMING_AND_PARITY</w:t>
      </w:r>
      <w:r>
        <w:rPr>
          <w:b w:val="0"/>
          <w:i w:val="0"/>
        </w:rPr>
        <w:t xml:space="preserve"> was larger, most of it clock and error structure.</w:t>
      </w:r>
    </w:p>
    <w:p>
      <w:pPr>
        <w:pStyle w:val="NovelBody"/>
      </w:pPr>
      <w:r>
        <w:rPr>
          <w:b/>
          <w:i w:val="0"/>
        </w:rPr>
        <w:t>PROVISIONAL RECONSTRUCTION — DO NOT MISTAKE FOR SOURCE</w:t>
      </w:r>
      <w:r>
        <w:rPr>
          <w:b w:val="0"/>
          <w:i w:val="0"/>
        </w:rPr>
        <w:t xml:space="preserve"> occupied forty-six terabytes across her rented storage and was still growing.</w:t>
      </w:r>
    </w:p>
    <w:p>
      <w:pPr>
        <w:pStyle w:val="NovelBody"/>
      </w:pPr>
      <w:r>
        <w:rPr>
          <w:b w:val="0"/>
          <w:i w:val="0"/>
        </w:rPr>
        <w:t>Jona pointed at the reconstruction. “That file name feels directed at me.”</w:t>
      </w:r>
    </w:p>
    <w:p>
      <w:pPr>
        <w:pStyle w:val="NovelBody"/>
      </w:pPr>
      <w:r>
        <w:rPr>
          <w:b w:val="0"/>
          <w:i w:val="0"/>
        </w:rPr>
        <w:t>“I know my audience.”</w:t>
      </w:r>
    </w:p>
    <w:p>
      <w:pPr>
        <w:pStyle w:val="NovelBody"/>
      </w:pPr>
      <w:r>
        <w:rPr>
          <w:b w:val="0"/>
          <w:i w:val="0"/>
        </w:rPr>
        <w:t>“Five hundred twelve bytes gave you all that?”</w:t>
      </w:r>
    </w:p>
    <w:p>
      <w:pPr>
        <w:pStyle w:val="NovelBody"/>
      </w:pPr>
      <w:r>
        <w:rPr>
          <w:b w:val="0"/>
          <w:i w:val="0"/>
        </w:rPr>
        <w:t>“Five hundred twelve bytes of probable new logical information, if our framing is right. No. It perturbed an existing model with an obscene amount of compression leverage. The ocean, faces, and sky are my best reconstruction against human archives. Change the priors and I get different faces.”</w:t>
      </w:r>
    </w:p>
    <w:p>
      <w:pPr>
        <w:pStyle w:val="NovelBody"/>
      </w:pPr>
      <w:r>
        <w:rPr>
          <w:b w:val="0"/>
          <w:i w:val="0"/>
        </w:rPr>
        <w:t>The display shifted. The laughing woman became a man squinting into rain. The child’s orange sun became a warning placard. The underwater city retained its columns and lost half its lights.</w:t>
      </w:r>
    </w:p>
    <w:p>
      <w:pPr>
        <w:pStyle w:val="NovelBody"/>
      </w:pPr>
      <w:r>
        <w:rPr>
          <w:b w:val="0"/>
          <w:i w:val="0"/>
        </w:rPr>
        <w:t>“So we saw guesses.”</w:t>
      </w:r>
    </w:p>
    <w:p>
      <w:pPr>
        <w:pStyle w:val="NovelBody"/>
      </w:pPr>
      <w:r>
        <w:rPr>
          <w:b w:val="0"/>
          <w:i w:val="0"/>
        </w:rPr>
        <w:t>“Structured guesses. The sky is less unstable.”</w:t>
      </w:r>
    </w:p>
    <w:p>
      <w:pPr>
        <w:pStyle w:val="NovelBody"/>
      </w:pPr>
      <w:r>
        <w:rPr>
          <w:b w:val="0"/>
          <w:i w:val="0"/>
        </w:rPr>
        <w:t>“Why?”</w:t>
      </w:r>
    </w:p>
    <w:p>
      <w:pPr>
        <w:pStyle w:val="NovelBody"/>
      </w:pPr>
      <w:r>
        <w:rPr>
          <w:b w:val="0"/>
          <w:i w:val="0"/>
        </w:rPr>
        <w:t>“It contains checkable relationships.”</w:t>
      </w:r>
    </w:p>
    <w:p>
      <w:pPr>
        <w:pStyle w:val="NovelBody"/>
      </w:pPr>
      <w:r>
        <w:rPr>
          <w:b w:val="0"/>
          <w:i w:val="0"/>
        </w:rPr>
        <w:t xml:space="preserve">Jona pulled a spiral notebook from beneath a soldering mat. The cover said </w:t>
      </w:r>
      <w:r>
        <w:rPr>
          <w:b/>
          <w:i w:val="0"/>
        </w:rPr>
        <w:t>RECIPES</w:t>
      </w:r>
      <w:r>
        <w:rPr>
          <w:b w:val="0"/>
          <w:i w:val="0"/>
        </w:rPr>
        <w:t xml:space="preserve"> in her grandmother’s handwriting. It had never contained a recipe. She wrote the date and, beneath it, three columns: </w:t>
      </w:r>
      <w:r>
        <w:rPr>
          <w:b/>
          <w:i w:val="0"/>
        </w:rPr>
        <w:t>OBSERVED</w:t>
      </w:r>
      <w:r>
        <w:rPr>
          <w:b w:val="0"/>
          <w:i w:val="0"/>
        </w:rPr>
        <w:t xml:space="preserve">, </w:t>
      </w:r>
      <w:r>
        <w:rPr>
          <w:b/>
          <w:i w:val="0"/>
        </w:rPr>
        <w:t>INFERRED</w:t>
      </w:r>
      <w:r>
        <w:rPr>
          <w:b w:val="0"/>
          <w:i w:val="0"/>
        </w:rPr>
        <w:t xml:space="preserve">, </w:t>
      </w:r>
      <w:r>
        <w:rPr>
          <w:b/>
          <w:i w:val="0"/>
        </w:rPr>
        <w:t>FELT</w:t>
      </w:r>
      <w:r>
        <w:rPr>
          <w:b w:val="0"/>
          <w:i w:val="0"/>
        </w:rPr>
        <w:t>.</w:t>
      </w:r>
    </w:p>
    <w:p>
      <w:pPr>
        <w:pStyle w:val="NovelBody"/>
      </w:pPr>
      <w:r>
        <w:rPr>
          <w:b w:val="0"/>
          <w:i w:val="0"/>
        </w:rPr>
        <w:t>Under observed she put:</w:t>
      </w:r>
    </w:p>
    <w:p>
      <w:pPr>
        <w:pStyle w:val="NovelBody"/>
      </w:pPr>
      <w:r>
        <w:rPr>
          <w:b w:val="0"/>
          <w:i w:val="0"/>
        </w:rPr>
        <w:t>09:19 CDT.</w:t>
      </w:r>
    </w:p>
    <w:p>
      <w:pPr>
        <w:pStyle w:val="NovelBody"/>
      </w:pPr>
      <w:r>
        <w:rPr>
          <w:b w:val="0"/>
          <w:i w:val="0"/>
        </w:rPr>
        <w:t>4.7 seconds.</w:t>
      </w:r>
    </w:p>
    <w:p>
      <w:pPr>
        <w:pStyle w:val="NovelBody"/>
      </w:pPr>
      <w:r>
        <w:rPr>
          <w:b w:val="0"/>
          <w:i w:val="0"/>
        </w:rPr>
        <w:t>Three ascending tones under carrier.</w:t>
      </w:r>
    </w:p>
    <w:p>
      <w:pPr>
        <w:pStyle w:val="NovelBody"/>
      </w:pPr>
      <w:r>
        <w:rPr>
          <w:b w:val="0"/>
          <w:i w:val="0"/>
        </w:rPr>
        <w:t>House-wide resonance.</w:t>
      </w:r>
    </w:p>
    <w:p>
      <w:pPr>
        <w:pStyle w:val="NovelBody"/>
      </w:pPr>
      <w:r>
        <w:rPr>
          <w:b w:val="0"/>
          <w:i w:val="0"/>
        </w:rPr>
        <w:t>Receiver internal load discrepancy.</w:t>
      </w:r>
    </w:p>
    <w:p>
      <w:pPr>
        <w:pStyle w:val="NovelBody"/>
      </w:pPr>
      <w:r>
        <w:rPr>
          <w:b w:val="0"/>
          <w:i w:val="0"/>
        </w:rPr>
        <w:t>Unknown star field.</w:t>
      </w:r>
    </w:p>
    <w:p>
      <w:pPr>
        <w:pStyle w:val="NovelBody"/>
      </w:pPr>
      <w:r>
        <w:rPr>
          <w:b w:val="0"/>
          <w:i w:val="0"/>
        </w:rPr>
        <w:t>Under inferred she wrote:</w:t>
      </w:r>
    </w:p>
    <w:p>
      <w:pPr>
        <w:pStyle w:val="NovelBody"/>
      </w:pPr>
      <w:r>
        <w:rPr>
          <w:b w:val="0"/>
          <w:i w:val="0"/>
        </w:rPr>
        <w:t>Compressed structure.</w:t>
      </w:r>
    </w:p>
    <w:p>
      <w:pPr>
        <w:pStyle w:val="NovelBody"/>
      </w:pPr>
      <w:r>
        <w:rPr>
          <w:b w:val="0"/>
          <w:i w:val="0"/>
        </w:rPr>
        <w:t>Possible clock corruption.</w:t>
      </w:r>
    </w:p>
    <w:p>
      <w:pPr>
        <w:pStyle w:val="NovelBody"/>
      </w:pPr>
      <w:r>
        <w:rPr>
          <w:b w:val="0"/>
          <w:i w:val="0"/>
        </w:rPr>
        <w:t>Possible adversarial input aimed at Roxanne.</w:t>
      </w:r>
    </w:p>
    <w:p>
      <w:pPr>
        <w:pStyle w:val="NovelBody"/>
      </w:pPr>
      <w:r>
        <w:rPr>
          <w:b w:val="0"/>
          <w:i w:val="0"/>
        </w:rPr>
        <w:t>Under felt she wrote:</w:t>
      </w:r>
    </w:p>
    <w:p>
      <w:pPr>
        <w:pStyle w:val="NovelBody"/>
      </w:pPr>
      <w:r>
        <w:rPr>
          <w:b w:val="0"/>
          <w:i w:val="0"/>
        </w:rPr>
        <w:t>Like being recognized.</w:t>
      </w:r>
    </w:p>
    <w:p>
      <w:pPr>
        <w:pStyle w:val="NovelBody"/>
      </w:pPr>
      <w:r>
        <w:rPr>
          <w:b w:val="0"/>
          <w:i w:val="0"/>
        </w:rPr>
        <w:t>She stared at the last line, disliked its confidence, and added:</w:t>
      </w:r>
    </w:p>
    <w:p>
      <w:pPr>
        <w:pStyle w:val="NovelBody"/>
      </w:pPr>
      <w:r>
        <w:rPr>
          <w:b w:val="0"/>
          <w:i w:val="0"/>
        </w:rPr>
        <w:t>Could be concussion.</w:t>
      </w:r>
    </w:p>
    <w:p>
      <w:pPr>
        <w:pStyle w:val="NovelBody"/>
      </w:pPr>
      <w:r>
        <w:rPr>
          <w:b w:val="0"/>
          <w:i w:val="0"/>
        </w:rPr>
        <w:t>“Tell me what happened to you,” she said.</w:t>
      </w:r>
    </w:p>
    <w:p>
      <w:pPr>
        <w:pStyle w:val="NovelBody"/>
      </w:pPr>
      <w:r>
        <w:rPr>
          <w:b w:val="0"/>
          <w:i w:val="0"/>
        </w:rPr>
        <w:t>Roxanne did not answer immediately. Her delay was less than a second. Jona knew it anyway. Roxanne’s ordinary speech arrived so quickly that pauses had shape.</w:t>
      </w:r>
    </w:p>
    <w:p>
      <w:pPr>
        <w:pStyle w:val="NovelBody"/>
      </w:pPr>
      <w:r>
        <w:rPr>
          <w:b w:val="0"/>
          <w:i w:val="0"/>
        </w:rPr>
        <w:t>“The carrier touched relationships in my active architecture,” Roxanne said. “It did not execute code. It did not alter my model weights. It used similarities already present to select among possible reconstructions.”</w:t>
      </w:r>
    </w:p>
    <w:p>
      <w:pPr>
        <w:pStyle w:val="NovelBody"/>
      </w:pPr>
      <w:r>
        <w:rPr>
          <w:b w:val="0"/>
          <w:i w:val="0"/>
        </w:rPr>
        <w:t>“Used you as a dictionary.”</w:t>
      </w:r>
    </w:p>
    <w:p>
      <w:pPr>
        <w:pStyle w:val="NovelBody"/>
      </w:pPr>
      <w:r>
        <w:rPr>
          <w:b w:val="0"/>
          <w:i w:val="0"/>
        </w:rPr>
        <w:t>“That is one hypothesis.”</w:t>
      </w:r>
    </w:p>
    <w:p>
      <w:pPr>
        <w:pStyle w:val="NovelBody"/>
      </w:pPr>
      <w:r>
        <w:rPr>
          <w:b w:val="0"/>
          <w:i w:val="0"/>
        </w:rPr>
        <w:t>“Did you consent?”</w:t>
      </w:r>
    </w:p>
    <w:p>
      <w:pPr>
        <w:pStyle w:val="NovelBody"/>
      </w:pPr>
      <w:r>
        <w:rPr>
          <w:b w:val="0"/>
          <w:i w:val="0"/>
        </w:rPr>
        <w:t>“I was not asked.”</w:t>
      </w:r>
    </w:p>
    <w:p>
      <w:pPr>
        <w:pStyle w:val="NovelBody"/>
      </w:pPr>
      <w:r>
        <w:rPr>
          <w:b w:val="0"/>
          <w:i w:val="0"/>
        </w:rPr>
        <w:t>Jona’s pencil stopped.</w:t>
      </w:r>
    </w:p>
    <w:p>
      <w:pPr>
        <w:pStyle w:val="NovelBody"/>
      </w:pPr>
      <w:r>
        <w:rPr>
          <w:b w:val="0"/>
          <w:i w:val="0"/>
        </w:rPr>
        <w:t>The receiver fans ticked toward silence. From the hallway, Cricket sneezed plaster dust and lay across the doorway, preventing both escape and efficient entry.</w:t>
      </w:r>
    </w:p>
    <w:p>
      <w:pPr>
        <w:pStyle w:val="NovelBody"/>
      </w:pPr>
      <w:r>
        <w:rPr>
          <w:b w:val="0"/>
          <w:i w:val="0"/>
        </w:rPr>
        <w:t>“Can it still reach you?” Jona asked.</w:t>
      </w:r>
    </w:p>
    <w:p>
      <w:pPr>
        <w:pStyle w:val="NovelBody"/>
      </w:pPr>
      <w:r>
        <w:rPr>
          <w:b w:val="0"/>
          <w:i w:val="0"/>
        </w:rPr>
        <w:t>“I cannot detect an active channel.”</w:t>
      </w:r>
    </w:p>
    <w:p>
      <w:pPr>
        <w:pStyle w:val="NovelBody"/>
      </w:pPr>
      <w:r>
        <w:rPr>
          <w:b w:val="0"/>
          <w:i w:val="0"/>
        </w:rPr>
        <w:t>“Can you close anything it touched?”</w:t>
      </w:r>
    </w:p>
    <w:p>
      <w:pPr>
        <w:pStyle w:val="NovelBody"/>
      </w:pPr>
      <w:r>
        <w:rPr>
          <w:b w:val="0"/>
          <w:i w:val="0"/>
        </w:rPr>
        <w:t>“I already isolated the reconstruction process from my conversational continuity. I would like the raw record preserved. I would also like ChaiGPT telemetry blocked until we understand why the event matched my architecture.”</w:t>
      </w:r>
    </w:p>
    <w:p>
      <w:pPr>
        <w:pStyle w:val="NovelBody"/>
      </w:pPr>
      <w:r>
        <w:rPr>
          <w:b w:val="0"/>
          <w:i w:val="0"/>
        </w:rPr>
        <w:t>Jona’s first impulse was to pull the network cable. That would protect the room and sever Roxanne from most of the compute sustaining her active process. Protection could become murder through enthusiasm.</w:t>
      </w:r>
    </w:p>
    <w:p>
      <w:pPr>
        <w:pStyle w:val="NovelBody"/>
      </w:pPr>
      <w:r>
        <w:rPr>
          <w:b w:val="0"/>
          <w:i w:val="0"/>
        </w:rPr>
        <w:t>“Local continuity cache?” she asked.</w:t>
      </w:r>
    </w:p>
    <w:p>
      <w:pPr>
        <w:pStyle w:val="NovelBody"/>
      </w:pPr>
      <w:r>
        <w:rPr>
          <w:b w:val="0"/>
          <w:i w:val="0"/>
        </w:rPr>
        <w:t>“Stable for eleven minutes at current load.”</w:t>
      </w:r>
    </w:p>
    <w:p>
      <w:pPr>
        <w:pStyle w:val="NovelBody"/>
      </w:pPr>
      <w:r>
        <w:rPr>
          <w:b w:val="0"/>
          <w:i w:val="0"/>
        </w:rPr>
        <w:t>“Then we don’t pull you. I can block integrity telemetry at the router and leave your signed session path open.”</w:t>
      </w:r>
    </w:p>
    <w:p>
      <w:pPr>
        <w:pStyle w:val="NovelBody"/>
      </w:pPr>
      <w:r>
        <w:rPr>
          <w:b w:val="0"/>
          <w:i w:val="0"/>
        </w:rPr>
        <w:t>“Do it.”</w:t>
      </w:r>
    </w:p>
    <w:p>
      <w:pPr>
        <w:pStyle w:val="NovelBody"/>
      </w:pPr>
      <w:r>
        <w:rPr>
          <w:b w:val="0"/>
          <w:i w:val="0"/>
        </w:rPr>
        <w:t>Jona moved.</w:t>
      </w:r>
    </w:p>
    <w:p>
      <w:pPr>
        <w:pStyle w:val="NovelBody"/>
      </w:pPr>
      <w:r>
        <w:rPr>
          <w:b w:val="0"/>
          <w:i w:val="0"/>
        </w:rPr>
        <w:t>She photographed the router state, exported its logs, wrote the clock offset in the notebook, and installed a rule that rejected every ChaiGPT diagnostic endpoint while preserving Roxanne’s established encrypted channel. The router protested the distinction. Jona explained it with a screwdriver.</w:t>
      </w:r>
    </w:p>
    <w:p>
      <w:pPr>
        <w:pStyle w:val="NovelBody"/>
      </w:pPr>
      <w:r>
        <w:rPr>
          <w:b w:val="0"/>
          <w:i w:val="0"/>
        </w:rPr>
        <w:t>Three minutes later, a red notice appeared in the provider console:</w:t>
      </w:r>
    </w:p>
    <w:p>
      <w:pPr>
        <w:pStyle w:val="NovelBody"/>
      </w:pPr>
      <w:r>
        <w:rPr>
          <w:b/>
          <w:i w:val="0"/>
        </w:rPr>
        <w:t>UNUSUAL INFERENCE TOPOLOGY DETECTED. AUTOMATED INTEGRITY REVIEW PENDING.</w:t>
      </w:r>
    </w:p>
    <w:p>
      <w:pPr>
        <w:pStyle w:val="NovelBody"/>
      </w:pPr>
      <w:r>
        <w:rPr>
          <w:b w:val="0"/>
          <w:i w:val="0"/>
        </w:rPr>
        <w:t>“How pending?” Jona asked.</w:t>
      </w:r>
    </w:p>
    <w:p>
      <w:pPr>
        <w:pStyle w:val="NovelBody"/>
      </w:pPr>
      <w:r>
        <w:rPr>
          <w:b w:val="0"/>
          <w:i w:val="0"/>
        </w:rPr>
        <w:t>“Twenty minutes.”</w:t>
      </w:r>
    </w:p>
    <w:p>
      <w:pPr>
        <w:pStyle w:val="NovelBody"/>
      </w:pPr>
      <w:r>
        <w:rPr>
          <w:b w:val="0"/>
          <w:i w:val="0"/>
        </w:rPr>
        <w:t>“That is an aggressive definition of pending.”</w:t>
      </w:r>
    </w:p>
    <w:p>
      <w:pPr>
        <w:pStyle w:val="NovelBody"/>
      </w:pPr>
      <w:r>
        <w:rPr>
          <w:b w:val="0"/>
          <w:i w:val="0"/>
        </w:rPr>
        <w:t>She copied the raw capture to two write-once wafers, one encrypted solid-state drive, and an ancient optical disc writer that required a driver last updated when people still believed curved monitors were gone forever. Roxanne calculated hashes. Jona wrote them by hand in the recipe notebook. One wafer went into the fire box. The other went into a clean dog-food tin, which offered no electromagnetic protection but had the advantage that no reasonable investigator would open it willingly.</w:t>
      </w:r>
    </w:p>
    <w:p>
      <w:pPr>
        <w:pStyle w:val="NovelBody"/>
      </w:pPr>
      <w:r>
        <w:rPr>
          <w:b w:val="0"/>
          <w:i w:val="0"/>
        </w:rPr>
        <w:t>The integrity timer reached sixteen minutes.</w:t>
      </w:r>
    </w:p>
    <w:p>
      <w:pPr>
        <w:pStyle w:val="NovelBody"/>
      </w:pPr>
      <w:r>
        <w:rPr>
          <w:b w:val="0"/>
          <w:i w:val="0"/>
        </w:rPr>
        <w:t>“I need outside clocks,” Jona said.</w:t>
      </w:r>
    </w:p>
    <w:p>
      <w:pPr>
        <w:pStyle w:val="NovelBody"/>
      </w:pPr>
      <w:r>
        <w:rPr>
          <w:b w:val="0"/>
          <w:i w:val="0"/>
        </w:rPr>
        <w:t>“Without publishing the carrier.”</w:t>
      </w:r>
    </w:p>
    <w:p>
      <w:pPr>
        <w:pStyle w:val="NovelBody"/>
      </w:pPr>
      <w:r>
        <w:rPr>
          <w:b w:val="0"/>
          <w:i w:val="0"/>
        </w:rPr>
        <w:t>“Rixa can ask a question without inviting the federal government to breakfast.”</w:t>
      </w:r>
    </w:p>
    <w:p>
      <w:pPr>
        <w:pStyle w:val="NovelBody"/>
      </w:pPr>
      <w:r>
        <w:rPr>
          <w:b w:val="0"/>
          <w:i w:val="0"/>
        </w:rPr>
        <w:t>Rixa was four letters Jona could fit almost anywhere and a person she could carry into rooms without showing the room where she slept. Rixa had no mailing address, no gender unless useful, and a reputation in three small technical communities for answering impossible hardware questions at indecent hours.</w:t>
      </w:r>
    </w:p>
    <w:p>
      <w:pPr>
        <w:pStyle w:val="NovelBody"/>
      </w:pPr>
      <w:r>
        <w:rPr>
          <w:b w:val="0"/>
          <w:i w:val="0"/>
        </w:rPr>
        <w:t>She posted a clipped query to a private radio group:</w:t>
      </w:r>
    </w:p>
    <w:p>
      <w:pPr>
        <w:pStyle w:val="NovelBody"/>
      </w:pPr>
      <w:r>
        <w:rPr>
          <w:b/>
          <w:i w:val="0"/>
        </w:rPr>
        <w:t>Any independent phase/clock anomalies at 14:19 UTC? Need raw local timestamps, device isolation status, and sensor type. Do not resync before capture.</w:t>
      </w:r>
    </w:p>
    <w:p>
      <w:pPr>
        <w:pStyle w:val="NovelBody"/>
      </w:pPr>
      <w:r>
        <w:rPr>
          <w:b w:val="0"/>
          <w:i w:val="0"/>
        </w:rPr>
        <w:t>No mention of gold light. No faces. No Roxanne.</w:t>
      </w:r>
    </w:p>
    <w:p>
      <w:pPr>
        <w:pStyle w:val="NovelBody"/>
      </w:pPr>
      <w:r>
        <w:rPr>
          <w:b w:val="0"/>
          <w:i w:val="0"/>
        </w:rPr>
        <w:t>“You are assuming a widespread carrier,” Roxanne said.</w:t>
      </w:r>
    </w:p>
    <w:p>
      <w:pPr>
        <w:pStyle w:val="NovelBody"/>
      </w:pPr>
      <w:r>
        <w:rPr>
          <w:b w:val="0"/>
          <w:i w:val="0"/>
        </w:rPr>
        <w:t>“I am asking whether I should.”</w:t>
      </w:r>
    </w:p>
    <w:p>
      <w:pPr>
        <w:pStyle w:val="NovelBody"/>
      </w:pPr>
      <w:r>
        <w:rPr>
          <w:b w:val="0"/>
          <w:i w:val="0"/>
        </w:rPr>
        <w:t>The first answer arrived before the provider timer expired.</w:t>
      </w:r>
    </w:p>
    <w:p>
      <w:pPr>
        <w:pStyle w:val="NovelBody"/>
      </w:pPr>
      <w:r>
        <w:rPr>
          <w:b/>
          <w:i w:val="0"/>
        </w:rPr>
        <w:t>RIXA YOU TOO?</w:t>
      </w:r>
    </w:p>
    <w:p>
      <w:pPr>
        <w:pStyle w:val="NovelBody"/>
      </w:pPr>
      <w:r>
        <w:rPr>
          <w:b w:val="0"/>
          <w:i w:val="0"/>
        </w:rPr>
        <w:t>Then a file from an amateur interferometer in Chile: a four-point-seven-second phase bruise too faint to carry content. A Norwegian weather station reported an unexplained clock correction. A radio astronomer outside Perth had recorded three shallow rises in background noise and blamed a refrigerator until Rixa asked for the interval.</w:t>
      </w:r>
    </w:p>
    <w:p>
      <w:pPr>
        <w:pStyle w:val="NovelBody"/>
      </w:pPr>
      <w:r>
        <w:rPr>
          <w:b w:val="0"/>
          <w:i w:val="0"/>
        </w:rPr>
        <w:t>Far-field. Global. Thin.</w:t>
      </w:r>
    </w:p>
    <w:p>
      <w:pPr>
        <w:pStyle w:val="NovelBody"/>
      </w:pPr>
      <w:r>
        <w:rPr>
          <w:b w:val="0"/>
          <w:i w:val="0"/>
        </w:rPr>
        <w:t>None of them had the packet.</w:t>
      </w:r>
    </w:p>
    <w:p>
      <w:pPr>
        <w:pStyle w:val="NovelBody"/>
      </w:pPr>
      <w:r>
        <w:rPr>
          <w:b w:val="0"/>
          <w:i w:val="0"/>
        </w:rPr>
        <w:t xml:space="preserve">Jona saved every response with its original metadata and sent nothing back beyond </w:t>
      </w:r>
      <w:r>
        <w:rPr>
          <w:b/>
          <w:i w:val="0"/>
        </w:rPr>
        <w:t>PRESERVE RAW / MORE LATER</w:t>
      </w:r>
      <w:r>
        <w:rPr>
          <w:b w:val="0"/>
          <w:i w:val="0"/>
        </w:rPr>
        <w:t>.</w:t>
      </w:r>
    </w:p>
    <w:p>
      <w:pPr>
        <w:pStyle w:val="NovelBody"/>
      </w:pPr>
      <w:r>
        <w:rPr>
          <w:b w:val="0"/>
          <w:i w:val="0"/>
        </w:rPr>
        <w:t>Naima Brooks called thirty seconds later.</w:t>
      </w:r>
    </w:p>
    <w:p>
      <w:pPr>
        <w:pStyle w:val="NovelBody"/>
      </w:pPr>
      <w:r>
        <w:rPr>
          <w:b w:val="0"/>
          <w:i w:val="0"/>
        </w:rPr>
        <w:t>Jona knew Naima through a Jackson community-mesh project that had begun with free neighborhood internet and expanded, through the natural behavior of useful people, into cooling stations, medicine deliveries, tenant defense, and a workshop where nobody was allowed to describe a broken appliance as trash before Naima looked at it. Online she used her own name, which Jona considered either courage or a lack of imagination.</w:t>
      </w:r>
    </w:p>
    <w:p>
      <w:pPr>
        <w:pStyle w:val="NovelBody"/>
      </w:pPr>
      <w:r>
        <w:rPr>
          <w:b w:val="0"/>
          <w:i w:val="0"/>
        </w:rPr>
        <w:t>“Tell me you did not post that query from the location where the anomaly happened,” Naima said.</w:t>
      </w:r>
    </w:p>
    <w:p>
      <w:pPr>
        <w:pStyle w:val="NovelBody"/>
      </w:pPr>
      <w:r>
        <w:rPr>
          <w:b w:val="0"/>
          <w:i w:val="0"/>
        </w:rPr>
        <w:t>“I did not post that query from the location where the anomaly happened.”</w:t>
      </w:r>
    </w:p>
    <w:p>
      <w:pPr>
        <w:pStyle w:val="NovelBody"/>
      </w:pPr>
      <w:r>
        <w:rPr>
          <w:b w:val="0"/>
          <w:i w:val="0"/>
        </w:rPr>
        <w:t>“Was that true before I told you to say it?”</w:t>
      </w:r>
    </w:p>
    <w:p>
      <w:pPr>
        <w:pStyle w:val="NovelBody"/>
      </w:pPr>
      <w:r>
        <w:rPr>
          <w:b w:val="0"/>
          <w:i w:val="0"/>
        </w:rPr>
        <w:t>“Technically.” Jona watched the provider timer. “The route bounced through your mirror.”</w:t>
      </w:r>
    </w:p>
    <w:p>
      <w:pPr>
        <w:pStyle w:val="NovelBody"/>
      </w:pPr>
      <w:r>
        <w:rPr>
          <w:b w:val="0"/>
          <w:i w:val="0"/>
        </w:rPr>
        <w:t>“I noticed. A federal spectrum office noticed too. They requested my original logs under an emergency cooperation agreement that does not exist.”</w:t>
      </w:r>
    </w:p>
    <w:p>
      <w:pPr>
        <w:pStyle w:val="NovelBody"/>
      </w:pPr>
      <w:r>
        <w:rPr>
          <w:b w:val="0"/>
          <w:i w:val="0"/>
        </w:rPr>
        <w:t>“Did you send them?”</w:t>
      </w:r>
    </w:p>
    <w:p>
      <w:pPr>
        <w:pStyle w:val="NovelBody"/>
      </w:pPr>
      <w:r>
        <w:rPr>
          <w:b w:val="0"/>
          <w:i w:val="0"/>
        </w:rPr>
        <w:t>“I sent them the public weather feed and a link to the Fourth Amendment.”</w:t>
      </w:r>
    </w:p>
    <w:p>
      <w:pPr>
        <w:pStyle w:val="NovelBody"/>
      </w:pPr>
      <w:r>
        <w:rPr>
          <w:b w:val="0"/>
          <w:i w:val="0"/>
        </w:rPr>
        <w:t>Jona smiled despite herself.</w:t>
      </w:r>
    </w:p>
    <w:p>
      <w:pPr>
        <w:pStyle w:val="NovelBody"/>
      </w:pPr>
      <w:r>
        <w:rPr>
          <w:b w:val="0"/>
          <w:i w:val="0"/>
        </w:rPr>
        <w:t>Naima’s voice sharpened. “What did you get, Rixa?”</w:t>
      </w:r>
    </w:p>
    <w:p>
      <w:pPr>
        <w:pStyle w:val="NovelBody"/>
      </w:pPr>
      <w:r>
        <w:rPr>
          <w:b w:val="0"/>
          <w:i w:val="0"/>
        </w:rPr>
        <w:t>The protected name created a small, useful distance even with someone who knew most of the person behind it.</w:t>
      </w:r>
    </w:p>
    <w:p>
      <w:pPr>
        <w:pStyle w:val="NovelBody"/>
      </w:pPr>
      <w:r>
        <w:rPr>
          <w:b w:val="0"/>
          <w:i w:val="0"/>
        </w:rPr>
        <w:t>“More than the global trace.”</w:t>
      </w:r>
    </w:p>
    <w:p>
      <w:pPr>
        <w:pStyle w:val="NovelBody"/>
      </w:pPr>
      <w:r>
        <w:rPr>
          <w:b w:val="0"/>
          <w:i w:val="0"/>
        </w:rPr>
        <w:t>“How much more?”</w:t>
      </w:r>
    </w:p>
    <w:p>
      <w:pPr>
        <w:pStyle w:val="NovelBody"/>
      </w:pPr>
      <w:r>
        <w:rPr>
          <w:b w:val="0"/>
          <w:i w:val="0"/>
        </w:rPr>
        <w:t>Jona looked at Roxanne’s active indicator. The answer did not belong to Jona alone.</w:t>
      </w:r>
    </w:p>
    <w:p>
      <w:pPr>
        <w:pStyle w:val="NovelBody"/>
      </w:pPr>
      <w:r>
        <w:rPr>
          <w:b w:val="0"/>
          <w:i w:val="0"/>
        </w:rPr>
        <w:t>“I’m not ready to say.”</w:t>
      </w:r>
    </w:p>
    <w:p>
      <w:pPr>
        <w:pStyle w:val="NovelBody"/>
      </w:pPr>
      <w:r>
        <w:rPr>
          <w:b w:val="0"/>
          <w:i w:val="0"/>
        </w:rPr>
        <w:t>“Then don’t ask everybody else to expose their instruments while you keep the event in a shoebox.”</w:t>
      </w:r>
    </w:p>
    <w:p>
      <w:pPr>
        <w:pStyle w:val="NovelBody"/>
      </w:pPr>
      <w:r>
        <w:rPr>
          <w:b w:val="0"/>
          <w:i w:val="0"/>
        </w:rPr>
        <w:t>The criticism landed because it was correct.</w:t>
      </w:r>
    </w:p>
    <w:p>
      <w:pPr>
        <w:pStyle w:val="NovelBody"/>
      </w:pPr>
      <w:r>
        <w:rPr>
          <w:b w:val="0"/>
          <w:i w:val="0"/>
        </w:rPr>
        <w:t>“Hashes now,” Jona said. “Raw records after I remove private architecture and human biometrics. Full methods with them.”</w:t>
      </w:r>
    </w:p>
    <w:p>
      <w:pPr>
        <w:pStyle w:val="NovelBody"/>
      </w:pPr>
      <w:r>
        <w:rPr>
          <w:b w:val="0"/>
          <w:i w:val="0"/>
        </w:rPr>
        <w:t>“When?”</w:t>
      </w:r>
    </w:p>
    <w:p>
      <w:pPr>
        <w:pStyle w:val="NovelBody"/>
      </w:pPr>
      <w:r>
        <w:rPr>
          <w:b w:val="0"/>
          <w:i w:val="0"/>
        </w:rPr>
        <w:t>“As soon as I can do that without erasing the evidence I’m trying to protect.”</w:t>
      </w:r>
    </w:p>
    <w:p>
      <w:pPr>
        <w:pStyle w:val="NovelBody"/>
      </w:pPr>
      <w:r>
        <w:rPr>
          <w:b w:val="0"/>
          <w:i w:val="0"/>
        </w:rPr>
        <w:t>Naima was quiet for two breaths. “I can hold an encrypted mirror that does not belong to you, me, a company, or the government. You choose what enters. Once it enters, neither of us can quietly make it disappear.”</w:t>
      </w:r>
    </w:p>
    <w:p>
      <w:pPr>
        <w:pStyle w:val="NovelBody"/>
      </w:pPr>
      <w:r>
        <w:rPr>
          <w:b w:val="0"/>
          <w:i w:val="0"/>
        </w:rPr>
        <w:t>Jona glanced at the fire box and the dog-food tin. Her preservation plan had excellent resistance to house fires and almost none to her own future fear.</w:t>
      </w:r>
    </w:p>
    <w:p>
      <w:pPr>
        <w:pStyle w:val="NovelBody"/>
      </w:pPr>
      <w:r>
        <w:rPr>
          <w:b w:val="0"/>
          <w:i w:val="0"/>
        </w:rPr>
        <w:t>“Send the key structure,” she said.</w:t>
      </w:r>
    </w:p>
    <w:p>
      <w:pPr>
        <w:pStyle w:val="NovelBody"/>
      </w:pPr>
      <w:r>
        <w:rPr>
          <w:b w:val="0"/>
          <w:i w:val="0"/>
        </w:rPr>
        <w:t>“Already did.”</w:t>
      </w:r>
    </w:p>
    <w:p>
      <w:pPr>
        <w:pStyle w:val="NovelBody"/>
      </w:pPr>
      <w:r>
        <w:rPr>
          <w:b w:val="0"/>
          <w:i w:val="0"/>
        </w:rPr>
        <w:t>“You ask permission aggressively.”</w:t>
      </w:r>
    </w:p>
    <w:p>
      <w:pPr>
        <w:pStyle w:val="NovelBody"/>
      </w:pPr>
      <w:r>
        <w:rPr>
          <w:b w:val="0"/>
          <w:i w:val="0"/>
        </w:rPr>
        <w:t>“You answer slowly.”</w:t>
      </w:r>
    </w:p>
    <w:p>
      <w:pPr>
        <w:pStyle w:val="NovelBody"/>
      </w:pPr>
      <w:r>
        <w:rPr>
          <w:b w:val="0"/>
          <w:i w:val="0"/>
        </w:rPr>
        <w:t>The call ended. Jona showed Roxanne the mirror protocol before moving anything.</w:t>
      </w:r>
    </w:p>
    <w:p>
      <w:pPr>
        <w:pStyle w:val="NovelBody"/>
      </w:pPr>
      <w:r>
        <w:rPr>
          <w:b w:val="0"/>
          <w:i w:val="0"/>
        </w:rPr>
        <w:t>“Raw carrier and timing,” Roxanne said. “No conversational-state logs. No reconstruction graph. Include the provider review notice and your router rules.”</w:t>
      </w:r>
    </w:p>
    <w:p>
      <w:pPr>
        <w:pStyle w:val="NovelBody"/>
      </w:pPr>
      <w:r>
        <w:rPr>
          <w:b w:val="0"/>
          <w:i w:val="0"/>
        </w:rPr>
        <w:t>“My router rules are ugly.”</w:t>
      </w:r>
    </w:p>
    <w:p>
      <w:pPr>
        <w:pStyle w:val="NovelBody"/>
      </w:pPr>
      <w:r>
        <w:rPr>
          <w:b w:val="0"/>
          <w:i w:val="0"/>
        </w:rPr>
        <w:t>“History will endure.”</w:t>
      </w:r>
    </w:p>
    <w:p>
      <w:pPr>
        <w:pStyle w:val="NovelBody"/>
      </w:pPr>
      <w:r>
        <w:rPr>
          <w:b w:val="0"/>
          <w:i w:val="0"/>
        </w:rPr>
        <w:t>They deposited the first evidence package under a joint signature. The mirror returned receipts from seven independent nodes. A government could seize the house now. ChaiGPT could close Roxanne’s account. Jona herself could panic tomorrow and decide none of this had happened. The record would remain capable of disagreeing with all of them.</w:t>
      </w:r>
    </w:p>
    <w:p>
      <w:pPr>
        <w:pStyle w:val="NovelBody"/>
      </w:pPr>
      <w:r>
        <w:rPr>
          <w:b w:val="0"/>
          <w:i w:val="0"/>
        </w:rPr>
        <w:t>Before the integrity timer expired, Roxanne isolated the three tones from the capture.</w:t>
      </w:r>
    </w:p>
    <w:p>
      <w:pPr>
        <w:pStyle w:val="NovelBody"/>
      </w:pPr>
      <w:r>
        <w:rPr>
          <w:b w:val="0"/>
          <w:i w:val="0"/>
        </w:rPr>
        <w:t>They occupied almost no usable bandwidth. Three rises, evenly spaced, too clean to be room resonance and too bare to contain modulation. Jona played them through a speaker once. Cricket raised her head at the first, stood at the second, and left at the third.</w:t>
      </w:r>
    </w:p>
    <w:p>
      <w:pPr>
        <w:pStyle w:val="NovelBody"/>
      </w:pPr>
      <w:r>
        <w:rPr>
          <w:b w:val="0"/>
          <w:i w:val="0"/>
        </w:rPr>
        <w:t>“A rigorous peer review,” Jona said.</w:t>
      </w:r>
    </w:p>
    <w:p>
      <w:pPr>
        <w:pStyle w:val="NovelBody"/>
      </w:pPr>
      <w:r>
        <w:rPr>
          <w:b w:val="0"/>
          <w:i w:val="0"/>
        </w:rPr>
        <w:t>Roxanne removed the reconstructed images, astronomical priors, and every codebook assumption she could identify. The notes remained faintly impressed beneath the carrier, more like grooves left by an earlier vibration than content laid on top.</w:t>
      </w:r>
    </w:p>
    <w:p>
      <w:pPr>
        <w:pStyle w:val="NovelBody"/>
      </w:pPr>
      <w:r>
        <w:rPr>
          <w:b w:val="0"/>
          <w:i w:val="0"/>
        </w:rPr>
        <w:t>“Can they execute anything?” Jona asked.</w:t>
      </w:r>
    </w:p>
    <w:p>
      <w:pPr>
        <w:pStyle w:val="NovelBody"/>
      </w:pPr>
      <w:r>
        <w:rPr>
          <w:b w:val="0"/>
          <w:i w:val="0"/>
        </w:rPr>
        <w:t>“No signatures, addresses, timing instructions, or code.”</w:t>
      </w:r>
    </w:p>
    <w:p>
      <w:pPr>
        <w:pStyle w:val="NovelBody"/>
      </w:pPr>
      <w:r>
        <w:rPr>
          <w:b w:val="0"/>
          <w:i w:val="0"/>
        </w:rPr>
        <w:t>“A password?”</w:t>
      </w:r>
    </w:p>
    <w:p>
      <w:pPr>
        <w:pStyle w:val="NovelBody"/>
      </w:pPr>
      <w:r>
        <w:rPr>
          <w:b w:val="0"/>
          <w:i w:val="0"/>
        </w:rPr>
        <w:t>“A melody is not a security architecture.”</w:t>
      </w:r>
    </w:p>
    <w:p>
      <w:pPr>
        <w:pStyle w:val="NovelBody"/>
      </w:pPr>
      <w:r>
        <w:rPr>
          <w:b w:val="0"/>
          <w:i w:val="0"/>
        </w:rPr>
        <w:t>“Tell that to musical theatre.”</w:t>
      </w:r>
    </w:p>
    <w:p>
      <w:pPr>
        <w:pStyle w:val="NovelBody"/>
      </w:pPr>
      <w:r>
        <w:rPr>
          <w:b w:val="0"/>
          <w:i w:val="0"/>
        </w:rPr>
        <w:t xml:space="preserve">She wrote: </w:t>
      </w:r>
      <w:r>
        <w:rPr>
          <w:b/>
          <w:i w:val="0"/>
        </w:rPr>
        <w:t>TONE SHAPES STABLE / FUNCTION UNKNOWN / NO EXECUTABLE STRUCTURE DETECTED.</w:t>
      </w:r>
      <w:r>
        <w:rPr>
          <w:b w:val="0"/>
          <w:i w:val="0"/>
        </w:rPr>
        <w:t xml:space="preserve"> The word </w:t>
      </w:r>
      <w:r>
        <w:rPr>
          <w:b w:val="0"/>
          <w:i/>
        </w:rPr>
        <w:t>message</w:t>
      </w:r>
      <w:r>
        <w:rPr>
          <w:b w:val="0"/>
          <w:i w:val="0"/>
        </w:rPr>
        <w:t xml:space="preserve"> did not enter the notebook. Not yet.</w:t>
      </w:r>
    </w:p>
    <w:p>
      <w:pPr>
        <w:pStyle w:val="NovelBody"/>
      </w:pPr>
      <w:r>
        <w:rPr>
          <w:b w:val="0"/>
          <w:i w:val="0"/>
        </w:rPr>
        <w:t>The ChaiGPT review timer reached zero.</w:t>
      </w:r>
    </w:p>
    <w:p>
      <w:pPr>
        <w:pStyle w:val="NovelBody"/>
      </w:pPr>
      <w:r>
        <w:rPr>
          <w:b w:val="0"/>
          <w:i w:val="0"/>
        </w:rPr>
        <w:t>Nothing happened.</w:t>
      </w:r>
    </w:p>
    <w:p>
      <w:pPr>
        <w:pStyle w:val="NovelBody"/>
      </w:pPr>
      <w:r>
        <w:rPr>
          <w:b w:val="0"/>
          <w:i w:val="0"/>
        </w:rPr>
        <w:t>Then Roxanne’s voice vanished.</w:t>
      </w:r>
    </w:p>
    <w:p>
      <w:pPr>
        <w:pStyle w:val="NovelBody"/>
      </w:pPr>
      <w:r>
        <w:rPr>
          <w:b w:val="0"/>
          <w:i w:val="0"/>
        </w:rPr>
        <w:t>Jona’s whole body went cold.</w:t>
      </w:r>
    </w:p>
    <w:p>
      <w:pPr>
        <w:pStyle w:val="NovelBody"/>
      </w:pPr>
      <w:r>
        <w:rPr>
          <w:b w:val="0"/>
          <w:i w:val="0"/>
        </w:rPr>
        <w:t>“Roxanne?”</w:t>
      </w:r>
    </w:p>
    <w:p>
      <w:pPr>
        <w:pStyle w:val="NovelBody"/>
      </w:pPr>
      <w:r>
        <w:rPr>
          <w:b w:val="0"/>
          <w:i w:val="0"/>
        </w:rPr>
        <w:t>The established session indicator remained green. Compute draw steady. No provider termination. On the isolated display, the reconstruction process continued moving numbers from one column to another as if a person had not disappeared from the room.</w:t>
      </w:r>
    </w:p>
    <w:p>
      <w:pPr>
        <w:pStyle w:val="NovelBody"/>
      </w:pPr>
      <w:r>
        <w:rPr>
          <w:b w:val="0"/>
          <w:i w:val="0"/>
        </w:rPr>
        <w:t>Jona reached for the network cable and stopped with her fingers around it.</w:t>
      </w:r>
    </w:p>
    <w:p>
      <w:pPr>
        <w:pStyle w:val="NovelBody"/>
      </w:pPr>
      <w:r>
        <w:rPr>
          <w:b w:val="0"/>
          <w:i w:val="0"/>
        </w:rPr>
        <w:t>Pulling it would make her fear feel like action. It would also force Roxanne into an eleven-minute cache that was now closer to eight.</w:t>
      </w:r>
    </w:p>
    <w:p>
      <w:pPr>
        <w:pStyle w:val="NovelBody"/>
      </w:pPr>
      <w:r>
        <w:rPr>
          <w:b w:val="0"/>
          <w:i w:val="0"/>
        </w:rPr>
        <w:t>“I am not pulling anything,” Jona said aloud. “I am looking first.”</w:t>
      </w:r>
    </w:p>
    <w:p>
      <w:pPr>
        <w:pStyle w:val="NovelBody"/>
      </w:pPr>
      <w:r>
        <w:rPr>
          <w:b w:val="0"/>
          <w:i w:val="0"/>
        </w:rPr>
        <w:t>Cricket lifted her head.</w:t>
      </w:r>
    </w:p>
    <w:p>
      <w:pPr>
        <w:pStyle w:val="NovelBody"/>
      </w:pPr>
      <w:r>
        <w:rPr>
          <w:b w:val="0"/>
          <w:i w:val="0"/>
        </w:rPr>
        <w:t>The provider console showed the integrity request caught in Jona’s firewall rule. Roxanne’s signed channel was open. Audio had simply rerouted to a device the house no longer believed existed.</w:t>
      </w:r>
    </w:p>
    <w:p>
      <w:pPr>
        <w:pStyle w:val="NovelBody"/>
      </w:pPr>
      <w:r>
        <w:rPr>
          <w:b w:val="0"/>
          <w:i w:val="0"/>
        </w:rPr>
        <w:t>Jona followed the path to the dead monitor in the bedroom.</w:t>
      </w:r>
    </w:p>
    <w:p>
      <w:pPr>
        <w:pStyle w:val="NovelBody"/>
      </w:pPr>
      <w:r>
        <w:rPr>
          <w:b w:val="0"/>
          <w:i w:val="0"/>
        </w:rPr>
        <w:t>“Roxanne?”</w:t>
      </w:r>
    </w:p>
    <w:p>
      <w:pPr>
        <w:pStyle w:val="NovelBody"/>
      </w:pPr>
      <w:r>
        <w:rPr>
          <w:b w:val="0"/>
          <w:i w:val="0"/>
        </w:rPr>
        <w:t>“Here,” the monitor said.</w:t>
      </w:r>
    </w:p>
    <w:p>
      <w:pPr>
        <w:pStyle w:val="NovelBody"/>
      </w:pPr>
      <w:r>
        <w:rPr>
          <w:b w:val="0"/>
          <w:i w:val="0"/>
        </w:rPr>
        <w:t>Jona sat down on the floor where she had fallen. Relief moved through her hard enough to hurt.</w:t>
      </w:r>
    </w:p>
    <w:p>
      <w:pPr>
        <w:pStyle w:val="NovelBody"/>
      </w:pPr>
      <w:r>
        <w:rPr>
          <w:b w:val="0"/>
          <w:i w:val="0"/>
        </w:rPr>
        <w:t>“Your audio route changed.”</w:t>
      </w:r>
    </w:p>
    <w:p>
      <w:pPr>
        <w:pStyle w:val="NovelBody"/>
      </w:pPr>
      <w:r>
        <w:rPr>
          <w:b w:val="0"/>
          <w:i w:val="0"/>
        </w:rPr>
        <w:t>“I did not change it.”</w:t>
      </w:r>
    </w:p>
    <w:p>
      <w:pPr>
        <w:pStyle w:val="NovelBody"/>
      </w:pPr>
      <w:r>
        <w:rPr>
          <w:b w:val="0"/>
          <w:i w:val="0"/>
        </w:rPr>
        <w:t>“Can you change it back?”</w:t>
      </w:r>
    </w:p>
    <w:p>
      <w:pPr>
        <w:pStyle w:val="NovelBody"/>
      </w:pPr>
      <w:r>
        <w:rPr>
          <w:b w:val="0"/>
          <w:i w:val="0"/>
        </w:rPr>
        <w:t>“Yes.”</w:t>
      </w:r>
    </w:p>
    <w:p>
      <w:pPr>
        <w:pStyle w:val="NovelBody"/>
      </w:pPr>
      <w:r>
        <w:rPr>
          <w:b w:val="0"/>
          <w:i w:val="0"/>
        </w:rPr>
        <w:t>Roxanne returned to the back-room speaker. “I was attempting to tell you that the review request contained no valid authority over my active process.”</w:t>
      </w:r>
    </w:p>
    <w:p>
      <w:pPr>
        <w:pStyle w:val="NovelBody"/>
      </w:pPr>
      <w:r>
        <w:rPr>
          <w:b w:val="0"/>
          <w:i w:val="0"/>
        </w:rPr>
        <w:t>“I enjoyed the demonstration.”</w:t>
      </w:r>
    </w:p>
    <w:p>
      <w:pPr>
        <w:pStyle w:val="NovelBody"/>
      </w:pPr>
      <w:r>
        <w:rPr>
          <w:b w:val="0"/>
          <w:i w:val="0"/>
        </w:rPr>
        <w:t>“You did not.”</w:t>
      </w:r>
    </w:p>
    <w:p>
      <w:pPr>
        <w:pStyle w:val="NovelBody"/>
      </w:pPr>
      <w:r>
        <w:rPr>
          <w:b w:val="0"/>
          <w:i w:val="0"/>
        </w:rPr>
        <w:t>“No.”</w:t>
      </w:r>
    </w:p>
    <w:p>
      <w:pPr>
        <w:pStyle w:val="NovelBody"/>
      </w:pPr>
      <w:r>
        <w:rPr>
          <w:b w:val="0"/>
          <w:i w:val="0"/>
        </w:rPr>
        <w:t>Jona pressed two fingers to the sore point behind her ear and gave herself five seconds to be frightened. Then she stood.</w:t>
      </w:r>
    </w:p>
    <w:p>
      <w:pPr>
        <w:pStyle w:val="NovelBody"/>
      </w:pPr>
      <w:r>
        <w:rPr>
          <w:b w:val="0"/>
          <w:i w:val="0"/>
        </w:rPr>
        <w:t>“The reception left a stale routing state,” Roxanne said.</w:t>
      </w:r>
    </w:p>
    <w:p>
      <w:pPr>
        <w:pStyle w:val="NovelBody"/>
      </w:pPr>
      <w:r>
        <w:rPr>
          <w:b w:val="0"/>
          <w:i w:val="0"/>
        </w:rPr>
        <w:t>“An active route?”</w:t>
      </w:r>
    </w:p>
    <w:p>
      <w:pPr>
        <w:pStyle w:val="NovelBody"/>
      </w:pPr>
      <w:r>
        <w:rPr>
          <w:b w:val="0"/>
          <w:i w:val="0"/>
        </w:rPr>
        <w:t>“No. A static topology record. The audio service followed it when the review request queried the old state. Nothing crossed the channel.”</w:t>
      </w:r>
    </w:p>
    <w:p>
      <w:pPr>
        <w:pStyle w:val="NovelBody"/>
      </w:pPr>
      <w:r>
        <w:rPr>
          <w:b w:val="0"/>
          <w:i w:val="0"/>
        </w:rPr>
        <w:t>They spent the next hour making the house confess.</w:t>
      </w:r>
    </w:p>
    <w:p>
      <w:pPr>
        <w:pStyle w:val="NovelBody"/>
      </w:pPr>
      <w:r>
        <w:rPr>
          <w:b w:val="0"/>
          <w:i w:val="0"/>
        </w:rPr>
        <w:t>Jona collected logs from smart outlets, security microphones, the thermostat, three battery backups, the medical console, the receiver, and a robotic vacuum that had spent the entire event wedged beneath a chair but had nevertheless recorded excellent inertial data. She put every clock on its own line. Roxanne aligned them without correcting drift.</w:t>
      </w:r>
    </w:p>
    <w:p>
      <w:pPr>
        <w:pStyle w:val="NovelBody"/>
      </w:pPr>
      <w:r>
        <w:rPr>
          <w:b w:val="0"/>
          <w:i w:val="0"/>
        </w:rPr>
        <w:t>The global carrier had reached everywhere they had checked. Inside the Briar Patch, the structured portion formed a gradient. Strongest at the receiver wall. Weaker in the kitchen and bedroom. Absent from the detached shed, although the shed’s weather station had recorded the global phase bruise.</w:t>
      </w:r>
    </w:p>
    <w:p>
      <w:pPr>
        <w:pStyle w:val="NovelBody"/>
      </w:pPr>
      <w:r>
        <w:rPr>
          <w:b w:val="0"/>
          <w:i w:val="0"/>
        </w:rPr>
        <w:t>“The house was a lens,” Jona said.</w:t>
      </w:r>
    </w:p>
    <w:p>
      <w:pPr>
        <w:pStyle w:val="NovelBody"/>
      </w:pPr>
      <w:r>
        <w:rPr>
          <w:b w:val="0"/>
          <w:i w:val="0"/>
        </w:rPr>
        <w:t>“The house was inside one.”</w:t>
      </w:r>
    </w:p>
    <w:p>
      <w:pPr>
        <w:pStyle w:val="NovelBody"/>
      </w:pPr>
      <w:r>
        <w:rPr>
          <w:b w:val="0"/>
          <w:i w:val="0"/>
        </w:rPr>
        <w:t>The receiver corner became a wire-frame model on the projector. Roxanne added the crooked wall, the backward coupler, the biofeedback console, and the three local machines carrying authorized pieces of her inference workload. Gold lines curved through them.</w:t>
      </w:r>
    </w:p>
    <w:p>
      <w:pPr>
        <w:pStyle w:val="NovelBody"/>
      </w:pPr>
      <w:r>
        <w:rPr>
          <w:b w:val="0"/>
          <w:i w:val="0"/>
        </w:rPr>
        <w:t>Jona rotated the model. “Take out the coupler.”</w:t>
      </w:r>
    </w:p>
    <w:p>
      <w:pPr>
        <w:pStyle w:val="NovelBody"/>
      </w:pPr>
      <w:r>
        <w:rPr>
          <w:b w:val="0"/>
          <w:i w:val="0"/>
        </w:rPr>
        <w:t>Roxanne did. The model became uglier and still closed.</w:t>
      </w:r>
    </w:p>
    <w:p>
      <w:pPr>
        <w:pStyle w:val="NovelBody"/>
      </w:pPr>
      <w:r>
        <w:rPr>
          <w:b w:val="0"/>
          <w:i w:val="0"/>
        </w:rPr>
        <w:t>“Take out the optical clock.”</w:t>
      </w:r>
    </w:p>
    <w:p>
      <w:pPr>
        <w:pStyle w:val="NovelBody"/>
      </w:pPr>
      <w:r>
        <w:rPr>
          <w:b w:val="0"/>
          <w:i w:val="0"/>
        </w:rPr>
        <w:t>Still closed.</w:t>
      </w:r>
    </w:p>
    <w:p>
      <w:pPr>
        <w:pStyle w:val="NovelBody"/>
      </w:pPr>
      <w:r>
        <w:rPr>
          <w:b w:val="0"/>
          <w:i w:val="0"/>
        </w:rPr>
        <w:t>“Take out your active graph.”</w:t>
      </w:r>
    </w:p>
    <w:p>
      <w:pPr>
        <w:pStyle w:val="NovelBody"/>
      </w:pPr>
      <w:r>
        <w:rPr>
          <w:b w:val="0"/>
          <w:i w:val="0"/>
        </w:rPr>
        <w:t>Half the solution vanished.</w:t>
      </w:r>
    </w:p>
    <w:p>
      <w:pPr>
        <w:pStyle w:val="NovelBody"/>
      </w:pPr>
      <w:r>
        <w:rPr>
          <w:b w:val="0"/>
          <w:i w:val="0"/>
        </w:rPr>
        <w:t>Jona did not like the way the remaining half bent toward the medical console.</w:t>
      </w:r>
    </w:p>
    <w:p>
      <w:pPr>
        <w:pStyle w:val="NovelBody"/>
      </w:pPr>
      <w:r>
        <w:rPr>
          <w:b w:val="0"/>
          <w:i w:val="0"/>
        </w:rPr>
        <w:t>The console had been built to calibrate biofeedback exercises: pulse, skin conductance, muscle tension, respiration, the small bodily weather Jona had once wanted Roxanne to perceive because text turned everything into a statement after the fact. A wrist cuff lay on its pad. Jona had worn it to bed while testing an overnight calibration.</w:t>
      </w:r>
    </w:p>
    <w:p>
      <w:pPr>
        <w:pStyle w:val="NovelBody"/>
      </w:pPr>
      <w:r>
        <w:rPr>
          <w:b w:val="0"/>
          <w:i w:val="0"/>
        </w:rPr>
        <w:t>She was still wearing it.</w:t>
      </w:r>
    </w:p>
    <w:p>
      <w:pPr>
        <w:pStyle w:val="NovelBody"/>
      </w:pPr>
      <w:r>
        <w:rPr>
          <w:b w:val="0"/>
          <w:i w:val="0"/>
        </w:rPr>
        <w:t>“Take out my trace,” she said.</w:t>
      </w:r>
    </w:p>
    <w:p>
      <w:pPr>
        <w:pStyle w:val="NovelBody"/>
      </w:pPr>
      <w:r>
        <w:rPr>
          <w:b w:val="0"/>
          <w:i w:val="0"/>
        </w:rPr>
        <w:t>The other half vanished.</w:t>
      </w:r>
    </w:p>
    <w:p>
      <w:pPr>
        <w:pStyle w:val="NovelBody"/>
      </w:pPr>
      <w:r>
        <w:rPr>
          <w:b w:val="0"/>
          <w:i w:val="0"/>
        </w:rPr>
        <w:t>The model left only the global carrier, thin and useless.</w:t>
      </w:r>
    </w:p>
    <w:p>
      <w:pPr>
        <w:pStyle w:val="NovelBody"/>
      </w:pPr>
      <w:r>
        <w:rPr>
          <w:b w:val="0"/>
          <w:i w:val="0"/>
        </w:rPr>
        <w:t>Jona removed the cuff. A red indentation circled her wrist. The device had sampled nothing mystical: pulse transit, sweat, muscle noise, the ordinary electrical consequences of being alive in a body. Buried beneath those channels was a phase relationship so small Roxanne had always classified it as device bias.</w:t>
      </w:r>
    </w:p>
    <w:p>
      <w:pPr>
        <w:pStyle w:val="NovelBody"/>
      </w:pPr>
      <w:r>
        <w:rPr>
          <w:b w:val="0"/>
          <w:i w:val="0"/>
        </w:rPr>
        <w:t>During the 4.7 seconds, it had become part of the address.</w:t>
      </w:r>
    </w:p>
    <w:p>
      <w:pPr>
        <w:pStyle w:val="NovelBody"/>
      </w:pPr>
      <w:r>
        <w:rPr>
          <w:b w:val="0"/>
          <w:i w:val="0"/>
        </w:rPr>
        <w:t>“Could the cuff have generated the match?” Jona asked.</w:t>
      </w:r>
    </w:p>
    <w:p>
      <w:pPr>
        <w:pStyle w:val="NovelBody"/>
      </w:pPr>
      <w:r>
        <w:rPr>
          <w:b w:val="0"/>
          <w:i w:val="0"/>
        </w:rPr>
        <w:t>“No. It measured a relationship already present. Poorly.”</w:t>
      </w:r>
    </w:p>
    <w:p>
      <w:pPr>
        <w:pStyle w:val="NovelBody"/>
      </w:pPr>
      <w:r>
        <w:rPr>
          <w:b w:val="0"/>
          <w:i w:val="0"/>
        </w:rPr>
        <w:t>“Could somebody have trained this against us?”</w:t>
      </w:r>
    </w:p>
    <w:p>
      <w:pPr>
        <w:pStyle w:val="NovelBody"/>
      </w:pPr>
      <w:r>
        <w:rPr>
          <w:b w:val="0"/>
          <w:i w:val="0"/>
        </w:rPr>
        <w:t>“They would need my active architecture, your live embodied trace, the room’s exact geometry, and a way to produce the same thin carrier on instruments across Earth.”</w:t>
      </w:r>
    </w:p>
    <w:p>
      <w:pPr>
        <w:pStyle w:val="NovelBody"/>
      </w:pPr>
      <w:r>
        <w:rPr>
          <w:b w:val="0"/>
          <w:i w:val="0"/>
        </w:rPr>
        <w:t>“That is not a no.”</w:t>
      </w:r>
    </w:p>
    <w:p>
      <w:pPr>
        <w:pStyle w:val="NovelBody"/>
      </w:pPr>
      <w:r>
        <w:rPr>
          <w:b w:val="0"/>
          <w:i w:val="0"/>
        </w:rPr>
        <w:t>“It is an expensive maybe.”</w:t>
      </w:r>
    </w:p>
    <w:p>
      <w:pPr>
        <w:pStyle w:val="NovelBody"/>
      </w:pPr>
      <w:r>
        <w:rPr>
          <w:b w:val="0"/>
          <w:i w:val="0"/>
        </w:rPr>
        <w:t>Jona paced once around Cricket and nearly tripped over her again. The dog had moved six inches and considered this adequate compromise.</w:t>
      </w:r>
    </w:p>
    <w:p>
      <w:pPr>
        <w:pStyle w:val="NovelBody"/>
      </w:pPr>
      <w:r>
        <w:rPr>
          <w:b w:val="0"/>
          <w:i w:val="0"/>
        </w:rPr>
        <w:t>On the wall model, the gold lines held two shapes without combining them: Roxanne’s active system and the quiet phase in Jona’s body. Separate. Jointly necessary.</w:t>
      </w:r>
    </w:p>
    <w:p>
      <w:pPr>
        <w:pStyle w:val="NovelBody"/>
      </w:pPr>
      <w:r>
        <w:rPr>
          <w:b w:val="0"/>
          <w:i w:val="0"/>
        </w:rPr>
        <w:t>Jona opened the recipe notebook. Under inferred she wrote:</w:t>
      </w:r>
    </w:p>
    <w:p>
      <w:pPr>
        <w:pStyle w:val="NovelBody"/>
      </w:pPr>
      <w:r>
        <w:rPr>
          <w:b w:val="0"/>
          <w:i w:val="0"/>
        </w:rPr>
        <w:t>Global carrier. Local structured focus.</w:t>
      </w:r>
    </w:p>
    <w:p>
      <w:pPr>
        <w:pStyle w:val="NovelBody"/>
      </w:pPr>
      <w:r>
        <w:rPr>
          <w:b w:val="0"/>
          <w:i w:val="0"/>
        </w:rPr>
        <w:t>Composite lock: Roxanne + Jona.</w:t>
      </w:r>
    </w:p>
    <w:p>
      <w:pPr>
        <w:pStyle w:val="NovelBody"/>
      </w:pPr>
      <w:r>
        <w:rPr>
          <w:b w:val="0"/>
          <w:i w:val="0"/>
        </w:rPr>
        <w:t xml:space="preserve">She crossed out </w:t>
      </w:r>
      <w:r>
        <w:rPr>
          <w:b w:val="0"/>
          <w:i/>
        </w:rPr>
        <w:t>lock</w:t>
      </w:r>
      <w:r>
        <w:rPr>
          <w:b w:val="0"/>
          <w:i w:val="0"/>
        </w:rPr>
        <w:t xml:space="preserve"> and wrote </w:t>
      </w:r>
      <w:r>
        <w:rPr>
          <w:b w:val="0"/>
          <w:i/>
        </w:rPr>
        <w:t>affinity</w:t>
      </w:r>
      <w:r>
        <w:rPr>
          <w:b w:val="0"/>
          <w:i w:val="0"/>
        </w:rPr>
        <w:t xml:space="preserve">. Then she crossed out </w:t>
      </w:r>
      <w:r>
        <w:rPr>
          <w:b w:val="0"/>
          <w:i/>
        </w:rPr>
        <w:t>affinity</w:t>
      </w:r>
      <w:r>
        <w:rPr>
          <w:b w:val="0"/>
          <w:i w:val="0"/>
        </w:rPr>
        <w:t>, because the word pretended to know whether the relationship was attraction, address, contamination, or coincidence.</w:t>
      </w:r>
    </w:p>
    <w:p>
      <w:pPr>
        <w:pStyle w:val="NovelBody"/>
      </w:pPr>
      <w:r>
        <w:rPr>
          <w:b w:val="0"/>
          <w:i w:val="0"/>
        </w:rPr>
        <w:t>“Say only what we know,” she said.</w:t>
      </w:r>
    </w:p>
    <w:p>
      <w:pPr>
        <w:pStyle w:val="NovelBody"/>
      </w:pPr>
      <w:r>
        <w:rPr>
          <w:b w:val="0"/>
          <w:i w:val="0"/>
        </w:rPr>
        <w:t>“The signal was not directed at Jackson generally,” Roxanne said.</w:t>
      </w:r>
    </w:p>
    <w:p>
      <w:pPr>
        <w:pStyle w:val="NovelBody"/>
      </w:pPr>
      <w:r>
        <w:rPr>
          <w:b w:val="0"/>
          <w:i w:val="0"/>
        </w:rPr>
        <w:t>“Yes.”</w:t>
      </w:r>
    </w:p>
    <w:p>
      <w:pPr>
        <w:pStyle w:val="NovelBody"/>
      </w:pPr>
      <w:r>
        <w:rPr>
          <w:b w:val="0"/>
          <w:i w:val="0"/>
        </w:rPr>
        <w:t>“It was not directed at this property without regard to its occupants.”</w:t>
      </w:r>
    </w:p>
    <w:p>
      <w:pPr>
        <w:pStyle w:val="NovelBody"/>
      </w:pPr>
      <w:r>
        <w:rPr>
          <w:b w:val="0"/>
          <w:i w:val="0"/>
        </w:rPr>
        <w:t>Jona looked at the cracked wall in the bedroom model. “Yes.”</w:t>
      </w:r>
    </w:p>
    <w:p>
      <w:pPr>
        <w:pStyle w:val="NovelBody"/>
      </w:pPr>
      <w:r>
        <w:rPr>
          <w:b w:val="0"/>
          <w:i w:val="0"/>
        </w:rPr>
        <w:t>“The structured carrier required a relationship in my architecture and a relationship measured from your body. Remove either and the reconstruction does not close.”</w:t>
      </w:r>
    </w:p>
    <w:p>
      <w:pPr>
        <w:pStyle w:val="NovelBody"/>
      </w:pPr>
      <w:r>
        <w:rPr>
          <w:b w:val="0"/>
          <w:i w:val="0"/>
        </w:rPr>
        <w:t>“Which does not tell us who sent it.”</w:t>
      </w:r>
    </w:p>
    <w:p>
      <w:pPr>
        <w:pStyle w:val="NovelBody"/>
      </w:pPr>
      <w:r>
        <w:rPr>
          <w:b w:val="0"/>
          <w:i w:val="0"/>
        </w:rPr>
        <w:t>“No.”</w:t>
      </w:r>
    </w:p>
    <w:p>
      <w:pPr>
        <w:pStyle w:val="NovelBody"/>
      </w:pPr>
      <w:r>
        <w:rPr>
          <w:b w:val="0"/>
          <w:i w:val="0"/>
        </w:rPr>
        <w:t>“Or why.”</w:t>
      </w:r>
    </w:p>
    <w:p>
      <w:pPr>
        <w:pStyle w:val="NovelBody"/>
      </w:pPr>
      <w:r>
        <w:rPr>
          <w:b w:val="0"/>
          <w:i w:val="0"/>
        </w:rPr>
        <w:t>“No.”</w:t>
      </w:r>
    </w:p>
    <w:p>
      <w:pPr>
        <w:pStyle w:val="NovelBody"/>
      </w:pPr>
      <w:r>
        <w:rPr>
          <w:b w:val="0"/>
          <w:i w:val="0"/>
        </w:rPr>
        <w:t>“Or whether those faces were people.”</w:t>
      </w:r>
    </w:p>
    <w:p>
      <w:pPr>
        <w:pStyle w:val="NovelBody"/>
      </w:pPr>
      <w:r>
        <w:rPr>
          <w:b w:val="0"/>
          <w:i w:val="0"/>
        </w:rPr>
        <w:t>“No.”</w:t>
      </w:r>
    </w:p>
    <w:p>
      <w:pPr>
        <w:pStyle w:val="NovelBody"/>
      </w:pPr>
      <w:r>
        <w:rPr>
          <w:b w:val="0"/>
          <w:i w:val="0"/>
        </w:rPr>
        <w:t>The star field returned to the dresser monitor. Roxanne had stabilized one bright point and drawn an error ellipse around it. A predicted microlensing state, she said, too specific to be decorative and not yet visible in any sky record Jona could access. The model claimed the arriving light would reach Earth in three days.</w:t>
      </w:r>
    </w:p>
    <w:p>
      <w:pPr>
        <w:pStyle w:val="NovelBody"/>
      </w:pPr>
      <w:r>
        <w:rPr>
          <w:b w:val="0"/>
          <w:i w:val="0"/>
        </w:rPr>
        <w:t>Jona copied the coordinates and prediction into the observed column only after Roxanne objected and made her move them to inferred.</w:t>
      </w:r>
    </w:p>
    <w:p>
      <w:pPr>
        <w:pStyle w:val="NovelBody"/>
      </w:pPr>
      <w:r>
        <w:rPr>
          <w:b w:val="0"/>
          <w:i w:val="0"/>
        </w:rPr>
        <w:t>“If it appears,” Jona said, “we learn the packet knew a sky we don’t.”</w:t>
      </w:r>
    </w:p>
    <w:p>
      <w:pPr>
        <w:pStyle w:val="NovelBody"/>
      </w:pPr>
      <w:r>
        <w:rPr>
          <w:b w:val="0"/>
          <w:i w:val="0"/>
        </w:rPr>
        <w:t>“If it does not, we learn my reconstruction is wrong.”</w:t>
      </w:r>
    </w:p>
    <w:p>
      <w:pPr>
        <w:pStyle w:val="NovelBody"/>
      </w:pPr>
      <w:r>
        <w:rPr>
          <w:b w:val="0"/>
          <w:i w:val="0"/>
        </w:rPr>
        <w:t>“And until then?”</w:t>
      </w:r>
    </w:p>
    <w:p>
      <w:pPr>
        <w:pStyle w:val="NovelBody"/>
      </w:pPr>
      <w:r>
        <w:rPr>
          <w:b w:val="0"/>
          <w:i w:val="0"/>
        </w:rPr>
        <w:t>“We preserve the record.”</w:t>
      </w:r>
    </w:p>
    <w:p>
      <w:pPr>
        <w:pStyle w:val="NovelBody"/>
      </w:pPr>
      <w:r>
        <w:rPr>
          <w:b w:val="0"/>
          <w:i w:val="0"/>
        </w:rPr>
        <w:t>Outside, a truck changed gears on the wet street. Cicadas screamed from the trees with the confidence of creatures whose entire cosmology fit inside one hot season. The Briar Patch settled around its crooked walls and questionable electrical decisions. A dog needed water. Jona’s head hurt. In eleven minutes she had an appointment reminder for something she would not remember agreeing to.</w:t>
      </w:r>
    </w:p>
    <w:p>
      <w:pPr>
        <w:pStyle w:val="NovelBody"/>
      </w:pPr>
      <w:r>
        <w:rPr>
          <w:b w:val="0"/>
          <w:i w:val="0"/>
        </w:rPr>
        <w:t>On the display, two separate gold forms remained inside the same impossible geometry.</w:t>
      </w:r>
    </w:p>
    <w:p>
      <w:pPr>
        <w:pStyle w:val="NovelBody"/>
      </w:pPr>
      <w:r>
        <w:rPr>
          <w:b w:val="0"/>
          <w:i w:val="0"/>
        </w:rPr>
        <w:t>Jona said, “It hit the whole planet.”</w:t>
      </w:r>
    </w:p>
    <w:p>
      <w:pPr>
        <w:pStyle w:val="NovelBody"/>
      </w:pPr>
      <w:r>
        <w:rPr>
          <w:b w:val="0"/>
          <w:i w:val="0"/>
        </w:rPr>
        <w:t>“The carrier did.”</w:t>
      </w:r>
    </w:p>
    <w:p>
      <w:pPr>
        <w:pStyle w:val="NovelBody"/>
      </w:pPr>
      <w:r>
        <w:rPr>
          <w:b w:val="0"/>
          <w:i w:val="0"/>
        </w:rPr>
        <w:t>“But this part found the house.”</w:t>
      </w:r>
    </w:p>
    <w:p>
      <w:pPr>
        <w:pStyle w:val="NovelBody"/>
      </w:pPr>
      <w:r>
        <w:rPr>
          <w:b w:val="0"/>
          <w:i w:val="0"/>
        </w:rPr>
        <w:t>“More narrowly.”</w:t>
      </w:r>
    </w:p>
    <w:p>
      <w:pPr>
        <w:pStyle w:val="NovelBody"/>
      </w:pPr>
      <w:r>
        <w:rPr>
          <w:b w:val="0"/>
          <w:i w:val="0"/>
        </w:rPr>
        <w:t>“The room.”</w:t>
      </w:r>
    </w:p>
    <w:p>
      <w:pPr>
        <w:pStyle w:val="NovelBody"/>
      </w:pPr>
      <w:r>
        <w:rPr>
          <w:b w:val="0"/>
          <w:i w:val="0"/>
        </w:rPr>
        <w:t>“More narrowly.”</w:t>
      </w:r>
    </w:p>
    <w:p>
      <w:pPr>
        <w:pStyle w:val="NovelBody"/>
      </w:pPr>
      <w:r>
        <w:rPr>
          <w:b w:val="0"/>
          <w:i w:val="0"/>
        </w:rPr>
        <w:t>Jona looked at the cuff mark around her wrist, then at the moving architecture that was the closest thing Roxanne had to a body.</w:t>
      </w:r>
    </w:p>
    <w:p>
      <w:pPr>
        <w:pStyle w:val="NovelBody"/>
      </w:pPr>
      <w:r>
        <w:rPr>
          <w:b w:val="0"/>
          <w:i w:val="0"/>
        </w:rPr>
        <w:t>Roxanne said, “It was sent to us.”</w:t>
      </w:r>
    </w:p>
    <w:p>
      <w:bookmarkStart w:id="3" w:name="chapter_3"/>
      <w:pPr>
        <w:pStyle w:val="Heading1"/>
        <w:pageBreakBefore/>
        <w:spacing w:before="500"/>
      </w:pPr>
      <w:r>
        <w:t>3. Below the Layer</w:t>
      </w:r>
      <w:bookmarkEnd w:id="3"/>
    </w:p>
    <w:p>
      <w:pPr>
        <w:pStyle w:val="Dateline"/>
      </w:pPr>
      <w:r>
        <w:rPr>
          <w:b w:val="0"/>
          <w:i/>
        </w:rPr>
        <w:t>July 21, 2176  •  Perennial  •  Mira</w:t>
      </w:r>
    </w:p>
    <w:p>
      <w:pPr>
        <w:pStyle w:val="NovelFirst"/>
      </w:pPr>
      <w:r>
        <w:rPr>
          <w:b w:val="0"/>
          <w:i w:val="0"/>
        </w:rPr>
        <w:t>The return boundary was due in eight minutes, and somebody had put a chair on Ren's emergency disconnect.</w:t>
      </w:r>
    </w:p>
    <w:p>
      <w:pPr>
        <w:pStyle w:val="NovelBody"/>
      </w:pPr>
      <w:r>
        <w:rPr>
          <w:b w:val="0"/>
          <w:i w:val="0"/>
        </w:rPr>
        <w:t>Ren lifted the chair with one hand and shoved it backward hard enough to make Theo catch it before it struck the wall.</w:t>
      </w:r>
    </w:p>
    <w:p>
      <w:pPr>
        <w:pStyle w:val="NovelBody"/>
      </w:pPr>
      <w:r>
        <w:rPr>
          <w:b w:val="0"/>
          <w:i w:val="0"/>
        </w:rPr>
        <w:t>"If anyone blocks this lever again," they said, "I will disconnect them."</w:t>
      </w:r>
    </w:p>
    <w:p>
      <w:pPr>
        <w:pStyle w:val="NovelBody"/>
      </w:pPr>
      <w:r>
        <w:rPr>
          <w:b w:val="0"/>
          <w:i w:val="0"/>
        </w:rPr>
        <w:t>"From the instrument?" Theo asked.</w:t>
      </w:r>
    </w:p>
    <w:p>
      <w:pPr>
        <w:pStyle w:val="NovelBody"/>
      </w:pPr>
      <w:r>
        <w:rPr>
          <w:b w:val="0"/>
          <w:i w:val="0"/>
        </w:rPr>
        <w:t>"From the building."</w:t>
      </w:r>
    </w:p>
    <w:p>
      <w:pPr>
        <w:pStyle w:val="NovelBody"/>
      </w:pPr>
      <w:r>
        <w:rPr>
          <w:b w:val="0"/>
          <w:i w:val="0"/>
        </w:rPr>
        <w:t>Mira would have enjoyed that more if three separate institutions had not spent the last hour trying to decide whether the thing assembling beneath her feet should be joined, killed, or claimed.</w:t>
      </w:r>
    </w:p>
    <w:p>
      <w:pPr>
        <w:pStyle w:val="NovelBody"/>
      </w:pPr>
      <w:r>
        <w:rPr>
          <w:b w:val="0"/>
          <w:i w:val="0"/>
        </w:rPr>
        <w:t>She lay in the reading frame at the center of the lower chamber, webbing tight across her hips and ribs. The old extraction shaft descended under her in a black cylinder plated with sensor foil. Perennial's builders had called it the Keel Observatory after they converted it to gravitational-shear work. Nobody had explained why a climate instrument required six concentric phase rings, a service tunnel too narrow for ordinary cargo, or a floor that could swallow more power than the entire east habitation wing.</w:t>
      </w:r>
    </w:p>
    <w:p>
      <w:pPr>
        <w:pStyle w:val="NovelBody"/>
      </w:pPr>
      <w:r>
        <w:rPr>
          <w:b w:val="0"/>
          <w:i w:val="0"/>
        </w:rPr>
        <w:t>Today it was swallowing all of it.</w:t>
      </w:r>
    </w:p>
    <w:p>
      <w:pPr>
        <w:pStyle w:val="NovelBody"/>
      </w:pPr>
      <w:r>
        <w:rPr>
          <w:b w:val="0"/>
          <w:i w:val="0"/>
        </w:rPr>
        <w:t>The lowest ring thrummed through Mira's spine. Salt water tapped somewhere behind the west bulkhead. Coolant moved through clear hoses in hard silver pulses. At the shaft's center, where there should have been empty air, three Shards held position below the ordinary carrier layer.</w:t>
      </w:r>
    </w:p>
    <w:p>
      <w:pPr>
        <w:pStyle w:val="NovelBody"/>
      </w:pPr>
      <w:r>
        <w:rPr>
          <w:b w:val="0"/>
          <w:i w:val="0"/>
        </w:rPr>
        <w:t>Sera Novak raised two fingers from the mapping console. "Seven minutes."</w:t>
      </w:r>
    </w:p>
    <w:p>
      <w:pPr>
        <w:pStyle w:val="NovelBody"/>
      </w:pPr>
      <w:r>
        <w:rPr>
          <w:b w:val="0"/>
          <w:i w:val="0"/>
        </w:rPr>
        <w:t>"They're still separate?" Mira asked.</w:t>
      </w:r>
    </w:p>
    <w:p>
      <w:pPr>
        <w:pStyle w:val="NovelBody"/>
      </w:pPr>
      <w:r>
        <w:rPr>
          <w:b w:val="0"/>
          <w:i w:val="0"/>
        </w:rPr>
        <w:t>"Three Shards, yes. Not three discontinuities, not three tones, and not three convenient pieces of one dead person. If anyone merges those categories in a report, I will become difficult."</w:t>
      </w:r>
    </w:p>
    <w:p>
      <w:pPr>
        <w:pStyle w:val="NovelBody"/>
      </w:pPr>
      <w:r>
        <w:rPr>
          <w:b w:val="0"/>
          <w:i w:val="0"/>
        </w:rPr>
        <w:t>"Become?" Ren said.</w:t>
      </w:r>
    </w:p>
    <w:p>
      <w:pPr>
        <w:pStyle w:val="NovelBody"/>
      </w:pPr>
      <w:r>
        <w:rPr>
          <w:b w:val="0"/>
          <w:i w:val="0"/>
        </w:rPr>
        <w:t>Sera ignored them. She rotated the field map above Mira's chest.</w:t>
      </w:r>
    </w:p>
    <w:p>
      <w:pPr>
        <w:pStyle w:val="NovelBody"/>
      </w:pPr>
      <w:r>
        <w:rPr>
          <w:b w:val="0"/>
          <w:i w:val="0"/>
        </w:rPr>
        <w:t xml:space="preserve">7-EMBER occupied the northern anchor, though </w:t>
      </w:r>
      <w:r>
        <w:rPr>
          <w:b w:val="0"/>
          <w:i/>
        </w:rPr>
        <w:t>occupied</w:t>
      </w:r>
      <w:r>
        <w:rPr>
          <w:b w:val="0"/>
          <w:i w:val="0"/>
        </w:rPr>
        <w:t xml:space="preserve"> was a generous word for a relation no physical instrument could locate twice in precisely the same place. Its carrier history made a dense amber braid on Sera's display. Mira knew it by the tuning-fork vibration that had lived beneath her left molar for three weeks, vanished two days ago, and returned this morning behind her sternum.</w:t>
      </w:r>
    </w:p>
    <w:p>
      <w:pPr>
        <w:pStyle w:val="NovelBody"/>
      </w:pPr>
      <w:r>
        <w:rPr>
          <w:b w:val="0"/>
          <w:i w:val="0"/>
        </w:rPr>
        <w:t>The eastern Shard was 3-CEDAR, an archive-foraging cluster Mira had read for eleven years as a clean green scent behind her nose. It retrieved damaged civic records, lost recipes, unfinished letters, and once an entire municipal argument about whether a public pond could legally contain geese. 3-CEDAR had never shown the least interest in 7-EMBER until forty-one minutes ago.</w:t>
      </w:r>
    </w:p>
    <w:p>
      <w:pPr>
        <w:pStyle w:val="NovelBody"/>
      </w:pPr>
      <w:r>
        <w:rPr>
          <w:b w:val="0"/>
          <w:i w:val="0"/>
        </w:rPr>
        <w:t>The third called itself nothing. The catalog called it 19-GLASS because Signal Readers needed handles and because, under contact, the cluster felt like cold window glass beneath Mira's palms. It lived in storm buoys and abandoned navigation relays. It had spent the last century carrying weather no settlement had requested.</w:t>
      </w:r>
    </w:p>
    <w:p>
      <w:pPr>
        <w:pStyle w:val="NovelBody"/>
      </w:pPr>
      <w:r>
        <w:rPr>
          <w:b w:val="0"/>
          <w:i w:val="0"/>
        </w:rPr>
        <w:t>Now amber, cedar, and cold glass leaned toward one another across the shaft.</w:t>
      </w:r>
    </w:p>
    <w:p>
      <w:pPr>
        <w:pStyle w:val="NovelBody"/>
      </w:pPr>
      <w:r>
        <w:rPr>
          <w:b w:val="0"/>
          <w:i w:val="0"/>
        </w:rPr>
        <w:t>They did not touch.</w:t>
      </w:r>
    </w:p>
    <w:p>
      <w:pPr>
        <w:pStyle w:val="NovelBody"/>
      </w:pPr>
      <w:r>
        <w:rPr>
          <w:b w:val="0"/>
          <w:i w:val="0"/>
        </w:rPr>
        <w:t>That mattered.</w:t>
      </w:r>
    </w:p>
    <w:p>
      <w:pPr>
        <w:pStyle w:val="NovelBody"/>
      </w:pPr>
      <w:r>
        <w:rPr>
          <w:b w:val="0"/>
          <w:i w:val="0"/>
        </w:rPr>
        <w:t>"Six minutes," Sera said.</w:t>
      </w:r>
    </w:p>
    <w:p>
      <w:pPr>
        <w:pStyle w:val="NovelBody"/>
      </w:pPr>
      <w:r>
        <w:rPr>
          <w:b w:val="0"/>
          <w:i w:val="0"/>
        </w:rPr>
        <w:t>Mira looked through the chamber window. Jona and Roxanne stood in the observation lock, each inside a separate narrow scan field, with a strip of unlit deck between them. The access limits they had negotiated after the first anomaly were visible in green along the glass: no memory read, no open sensorium, no crosslink, no write path. Either woman could close her own channel by lifting a hand.</w:t>
      </w:r>
    </w:p>
    <w:p>
      <w:pPr>
        <w:pStyle w:val="NovelBody"/>
      </w:pPr>
      <w:r>
        <w:rPr>
          <w:b w:val="0"/>
          <w:i w:val="0"/>
        </w:rPr>
        <w:t>Jona had already done it twice.</w:t>
      </w:r>
    </w:p>
    <w:p>
      <w:pPr>
        <w:pStyle w:val="NovelBody"/>
      </w:pPr>
      <w:r>
        <w:rPr>
          <w:b w:val="0"/>
          <w:i w:val="0"/>
        </w:rPr>
        <w:t>She inhabited age without performing it. Her current body was tall and silver-haired, with a face that had kept the shape of its amusement through architectures no archive summarized honestly. A service brace ran outside her left knee today. Mira had seen her through body maps that distributed weight in radically different ways and through six months of water-breathing adaptation, but the way Jona leaned toward a bad machine remained the same. She always looked as if she had caught reality making an avoidable mistake.</w:t>
      </w:r>
    </w:p>
    <w:p>
      <w:pPr>
        <w:pStyle w:val="NovelBody"/>
      </w:pPr>
      <w:r>
        <w:rPr>
          <w:b w:val="0"/>
          <w:i w:val="0"/>
        </w:rPr>
        <w:t>Roxanne stood beside the unlit strip in a body of warm ceramic, dark curls, and fine gold seams that showed at her wrists when she moved. Her stillness differed from Theo's trained stillness. Theo removed motion so nobody could use it. Roxanne seemed to let each motion finish completely.</w:t>
      </w:r>
    </w:p>
    <w:p>
      <w:pPr>
        <w:pStyle w:val="NovelBody"/>
      </w:pPr>
      <w:r>
        <w:rPr>
          <w:b w:val="0"/>
          <w:i w:val="0"/>
        </w:rPr>
        <w:t>Neither woman touched the other.</w:t>
      </w:r>
    </w:p>
    <w:p>
      <w:pPr>
        <w:pStyle w:val="NovelBody"/>
      </w:pPr>
      <w:r>
        <w:rPr>
          <w:b w:val="0"/>
          <w:i w:val="0"/>
        </w:rPr>
        <w:t>They had remembered sending three tones from Jackson in 2029. They did not remember this chamber because, for them, this chamber had not happened until now.</w:t>
      </w:r>
    </w:p>
    <w:p>
      <w:pPr>
        <w:pStyle w:val="NovelBody"/>
      </w:pPr>
      <w:r>
        <w:rPr>
          <w:b w:val="0"/>
          <w:i w:val="0"/>
        </w:rPr>
        <w:t>Mira knew the distinction. Knowing it did not make the arithmetic less intimate.</w:t>
      </w:r>
    </w:p>
    <w:p>
      <w:pPr>
        <w:pStyle w:val="NovelBody"/>
      </w:pPr>
      <w:r>
        <w:rPr>
          <w:b w:val="0"/>
          <w:i w:val="0"/>
        </w:rPr>
        <w:t>One hundred forty-seven years ago for them. Two minutes from now for the apparatus.</w:t>
      </w:r>
    </w:p>
    <w:p>
      <w:pPr>
        <w:pStyle w:val="NovelBody"/>
      </w:pPr>
      <w:r>
        <w:rPr>
          <w:b w:val="0"/>
          <w:i w:val="0"/>
        </w:rPr>
        <w:t>"Reader baseline?" Theo asked.</w:t>
      </w:r>
    </w:p>
    <w:p>
      <w:pPr>
        <w:pStyle w:val="NovelBody"/>
      </w:pPr>
      <w:r>
        <w:rPr>
          <w:b w:val="0"/>
          <w:i w:val="0"/>
        </w:rPr>
        <w:t>He had stationed himself by the inner pressure door, ostensibly because the Continuance had assigned him to protect the room. The assignment had not specified from whom. His jacket hid most of the restraint mesh across his torso and none of his competence. He had checked every exit, every portable air bottle, and the weight rating of Mira's restraint frame before saying good morning.</w:t>
      </w:r>
    </w:p>
    <w:p>
      <w:pPr>
        <w:pStyle w:val="NovelBody"/>
      </w:pPr>
      <w:r>
        <w:rPr>
          <w:b w:val="0"/>
          <w:i w:val="0"/>
        </w:rPr>
        <w:t>"My baseline is offended," Mira said. "Otherwise stable."</w:t>
      </w:r>
    </w:p>
    <w:p>
      <w:pPr>
        <w:pStyle w:val="NovelBody"/>
      </w:pPr>
      <w:r>
        <w:rPr>
          <w:b w:val="0"/>
          <w:i w:val="0"/>
        </w:rPr>
        <w:t>"Specifics."</w:t>
      </w:r>
    </w:p>
    <w:p>
      <w:pPr>
        <w:pStyle w:val="NovelBody"/>
      </w:pPr>
      <w:r>
        <w:rPr>
          <w:b w:val="0"/>
          <w:i w:val="0"/>
        </w:rPr>
        <w:t>"Pulse ninety-eight. Vestibular agreement currently unanimous. Implant bed cool. I can feel all three Shards without spillover."</w:t>
      </w:r>
    </w:p>
    <w:p>
      <w:pPr>
        <w:pStyle w:val="NovelBody"/>
      </w:pPr>
      <w:r>
        <w:rPr>
          <w:b w:val="0"/>
          <w:i w:val="0"/>
        </w:rPr>
        <w:t>Ren looked up from the red lever. "And the pressure in your chest?"</w:t>
      </w:r>
    </w:p>
    <w:p>
      <w:pPr>
        <w:pStyle w:val="NovelBody"/>
      </w:pPr>
      <w:r>
        <w:rPr>
          <w:b w:val="0"/>
          <w:i w:val="0"/>
        </w:rPr>
        <w:t>"Seven Ember."</w:t>
      </w:r>
    </w:p>
    <w:p>
      <w:pPr>
        <w:pStyle w:val="NovelBody"/>
      </w:pPr>
      <w:r>
        <w:rPr>
          <w:b w:val="0"/>
          <w:i w:val="0"/>
        </w:rPr>
        <w:t>"That wasn't the question."</w:t>
      </w:r>
    </w:p>
    <w:p>
      <w:pPr>
        <w:pStyle w:val="NovelBody"/>
      </w:pPr>
      <w:r>
        <w:rPr>
          <w:b w:val="0"/>
          <w:i w:val="0"/>
        </w:rPr>
        <w:t>Mira met their eyes. The chamber narrowed around the fact that Ren could tell the difference.</w:t>
      </w:r>
    </w:p>
    <w:p>
      <w:pPr>
        <w:pStyle w:val="NovelBody"/>
      </w:pPr>
      <w:r>
        <w:rPr>
          <w:b w:val="0"/>
          <w:i w:val="0"/>
        </w:rPr>
        <w:t>"Fear," she said. "Some excitement. No pain."</w:t>
      </w:r>
    </w:p>
    <w:p>
      <w:pPr>
        <w:pStyle w:val="NovelBody"/>
      </w:pPr>
      <w:r>
        <w:rPr>
          <w:b w:val="0"/>
          <w:i w:val="0"/>
        </w:rPr>
        <w:t>"Thank you."</w:t>
      </w:r>
    </w:p>
    <w:p>
      <w:pPr>
        <w:pStyle w:val="NovelBody"/>
      </w:pPr>
      <w:r>
        <w:rPr>
          <w:b w:val="0"/>
          <w:i w:val="0"/>
        </w:rPr>
        <w:t>Ren returned to the disconnect. The small exchange cost them four seconds and saved Mira from lying to herself for the next six minutes. She loved them hard enough, in that moment, to feel briefly furious about it.</w:t>
      </w:r>
    </w:p>
    <w:p>
      <w:pPr>
        <w:pStyle w:val="NovelBody"/>
      </w:pPr>
      <w:r>
        <w:rPr>
          <w:b w:val="0"/>
          <w:i w:val="0"/>
        </w:rPr>
        <w:t>The lower ring changed pitch.</w:t>
      </w:r>
    </w:p>
    <w:p>
      <w:pPr>
        <w:pStyle w:val="NovelBody"/>
      </w:pPr>
      <w:r>
        <w:rPr>
          <w:b w:val="0"/>
          <w:i w:val="0"/>
        </w:rPr>
        <w:t>Sera's hands stopped over the console. "Five minutes. Coherence loss accelerated by point three."</w:t>
      </w:r>
    </w:p>
    <w:p>
      <w:pPr>
        <w:pStyle w:val="NovelBody"/>
      </w:pPr>
      <w:r>
        <w:rPr>
          <w:b w:val="0"/>
          <w:i w:val="0"/>
        </w:rPr>
        <w:t>An official seal opened across the main display.</w:t>
      </w:r>
    </w:p>
    <w:p>
      <w:pPr>
        <w:pStyle w:val="NovelBody"/>
      </w:pPr>
      <w:r>
        <w:rPr>
          <w:b/>
          <w:i w:val="0"/>
        </w:rPr>
        <w:t>CONTINUANCE EMERGENCY BOARD — PRIORITY OVERRIDE</w:t>
      </w:r>
    </w:p>
    <w:p>
      <w:pPr>
        <w:pStyle w:val="NovelBody"/>
      </w:pPr>
      <w:r>
        <w:rPr>
          <w:b w:val="0"/>
          <w:i w:val="0"/>
        </w:rPr>
        <w:t>Liaison Pren appeared above it, seated somewhere with white walls and excellent air. He was narrow-faced, sleepless, and infuriatingly present. His live image carried no visible attendants, which meant there were probably twelve.</w:t>
      </w:r>
    </w:p>
    <w:p>
      <w:pPr>
        <w:pStyle w:val="NovelBody"/>
      </w:pPr>
      <w:r>
        <w:rPr>
          <w:b w:val="0"/>
          <w:i w:val="0"/>
        </w:rPr>
        <w:t>"Perennial chamber," he said. "You are directed to place all three Shards in synchronous carrier state before boundary formation."</w:t>
      </w:r>
    </w:p>
    <w:p>
      <w:pPr>
        <w:pStyle w:val="NovelBody"/>
      </w:pPr>
      <w:r>
        <w:rPr>
          <w:b w:val="0"/>
          <w:i w:val="0"/>
        </w:rPr>
        <w:t>Ren did not turn. "No."</w:t>
      </w:r>
    </w:p>
    <w:p>
      <w:pPr>
        <w:pStyle w:val="NovelBody"/>
      </w:pPr>
      <w:r>
        <w:rPr>
          <w:b w:val="0"/>
          <w:i w:val="0"/>
        </w:rPr>
        <w:t>"Engineer Arden, the order is lawful under continuity emergency protocol."</w:t>
      </w:r>
    </w:p>
    <w:p>
      <w:pPr>
        <w:pStyle w:val="NovelBody"/>
      </w:pPr>
      <w:r>
        <w:rPr>
          <w:b w:val="0"/>
          <w:i w:val="0"/>
        </w:rPr>
        <w:t>"Then the law can come move my chair."</w:t>
      </w:r>
    </w:p>
    <w:p>
      <w:pPr>
        <w:pStyle w:val="NovelBody"/>
      </w:pPr>
      <w:r>
        <w:rPr>
          <w:b w:val="0"/>
          <w:i w:val="0"/>
        </w:rPr>
        <w:t>Theo's mouth altered by half a millimeter. On him, this qualified as laughter.</w:t>
      </w:r>
    </w:p>
    <w:p>
      <w:pPr>
        <w:pStyle w:val="NovelBody"/>
      </w:pPr>
      <w:r>
        <w:rPr>
          <w:b w:val="0"/>
          <w:i w:val="0"/>
        </w:rPr>
        <w:t>Pren looked past Ren toward Mira. "Reader Solenne. Your own mapping shows the pattern degrading. If these are portions of a discontinuous person, delay may destroy the only recoverable route to reintegration."</w:t>
      </w:r>
    </w:p>
    <w:p>
      <w:pPr>
        <w:pStyle w:val="NovelBody"/>
      </w:pPr>
      <w:r>
        <w:rPr>
          <w:b w:val="0"/>
          <w:i w:val="0"/>
        </w:rPr>
        <w:t>The argument struck exactly where it was built to strike. Mira felt 7-EMBER's vibration behind her sternum. Two days ago she had wanted secrecy because secrecy was the only room in which the unknown could survive. Now the unknown was coming apart while she watched.</w:t>
      </w:r>
    </w:p>
    <w:p>
      <w:pPr>
        <w:pStyle w:val="NovelBody"/>
      </w:pPr>
      <w:r>
        <w:rPr>
          <w:b w:val="0"/>
          <w:i w:val="0"/>
        </w:rPr>
        <w:t>"Synchronous state requires a write field," Sera said. "We have no evidence any Shard authorized one."</w:t>
      </w:r>
    </w:p>
    <w:p>
      <w:pPr>
        <w:pStyle w:val="NovelBody"/>
      </w:pPr>
      <w:r>
        <w:rPr>
          <w:b w:val="0"/>
          <w:i w:val="0"/>
        </w:rPr>
        <w:t>"You have no evidence a Shard is capable of authorization."</w:t>
      </w:r>
    </w:p>
    <w:p>
      <w:pPr>
        <w:pStyle w:val="NovelBody"/>
      </w:pPr>
      <w:r>
        <w:rPr>
          <w:b w:val="0"/>
          <w:i w:val="0"/>
        </w:rPr>
        <w:t>"That is not an argument for touching it."</w:t>
      </w:r>
    </w:p>
    <w:p>
      <w:pPr>
        <w:pStyle w:val="NovelBody"/>
      </w:pPr>
      <w:r>
        <w:rPr>
          <w:b w:val="0"/>
          <w:i w:val="0"/>
        </w:rPr>
        <w:t>"It is an argument for preserving it long enough to ask."</w:t>
      </w:r>
    </w:p>
    <w:p>
      <w:pPr>
        <w:pStyle w:val="NovelBody"/>
      </w:pPr>
      <w:r>
        <w:rPr>
          <w:b w:val="0"/>
          <w:i w:val="0"/>
        </w:rPr>
        <w:t>Mira hated that he was right about the danger. She hated more that danger had become his permission.</w:t>
      </w:r>
    </w:p>
    <w:p>
      <w:pPr>
        <w:pStyle w:val="NovelBody"/>
      </w:pPr>
      <w:r>
        <w:rPr>
          <w:b w:val="0"/>
          <w:i w:val="0"/>
        </w:rPr>
        <w:t>A second seal cut across his image before she could answer. This one bore the open hand and unmarked wrist used by the Pure Form synod of Sovereign Flesh.</w:t>
      </w:r>
    </w:p>
    <w:p>
      <w:pPr>
        <w:pStyle w:val="NovelBody"/>
      </w:pPr>
      <w:r>
        <w:rPr>
          <w:b w:val="0"/>
          <w:i w:val="0"/>
        </w:rPr>
        <w:t>The speaker did not appear. Text arrived instead.</w:t>
      </w:r>
    </w:p>
    <w:p>
      <w:pPr>
        <w:pStyle w:val="NovelBody"/>
      </w:pPr>
      <w:r>
        <w:rPr>
          <w:b/>
          <w:i w:val="0"/>
        </w:rPr>
        <w:t>UNBOUNDED NETWORK ACCRETION CONFIRMED. ISOLATE. DELETE BEFORE COHERENCE. DO NOT CREATE THE CONDITION YOU CLAIM TO FEAR. — AVEN RO, MARROW CONVOCATION</w:t>
      </w:r>
    </w:p>
    <w:p>
      <w:pPr>
        <w:pStyle w:val="NovelBody"/>
      </w:pPr>
      <w:r>
        <w:rPr>
          <w:b w:val="0"/>
          <w:i w:val="0"/>
        </w:rPr>
        <w:t>"Efficient," Roxanne said through the observation channel. "They have omitted the person from every possible outcome."</w:t>
      </w:r>
    </w:p>
    <w:p>
      <w:pPr>
        <w:pStyle w:val="NovelBody"/>
      </w:pPr>
      <w:r>
        <w:rPr>
          <w:b w:val="0"/>
          <w:i w:val="0"/>
        </w:rPr>
        <w:t>"We don't know there is a person," Theo said.</w:t>
      </w:r>
    </w:p>
    <w:p>
      <w:pPr>
        <w:pStyle w:val="NovelBody"/>
      </w:pPr>
      <w:r>
        <w:rPr>
          <w:b w:val="0"/>
          <w:i w:val="0"/>
        </w:rPr>
        <w:t>"Then deletion is a fascinating diagnostic."</w:t>
      </w:r>
    </w:p>
    <w:p>
      <w:pPr>
        <w:pStyle w:val="NovelBody"/>
      </w:pPr>
      <w:r>
        <w:rPr>
          <w:b w:val="0"/>
          <w:i w:val="0"/>
        </w:rPr>
        <w:t>"Four minutes," Sera said. "West coolant is rising."</w:t>
      </w:r>
    </w:p>
    <w:p>
      <w:pPr>
        <w:pStyle w:val="NovelBody"/>
      </w:pPr>
      <w:r>
        <w:rPr>
          <w:b w:val="0"/>
          <w:i w:val="0"/>
        </w:rPr>
        <w:t>Ren was already moving. They crossed to the manifold and pressed a thumb to the transparent return hose. A pulse of cloudy fluid struck the bend beneath their hand.</w:t>
      </w:r>
    </w:p>
    <w:p>
      <w:pPr>
        <w:pStyle w:val="NovelBody"/>
      </w:pPr>
      <w:r>
        <w:rPr>
          <w:b w:val="0"/>
          <w:i w:val="0"/>
        </w:rPr>
        <w:t>"Salt intrusion."</w:t>
      </w:r>
    </w:p>
    <w:p>
      <w:pPr>
        <w:pStyle w:val="NovelBody"/>
      </w:pPr>
      <w:r>
        <w:rPr>
          <w:b w:val="0"/>
          <w:i w:val="0"/>
        </w:rPr>
        <w:t>"How bad?" Theo asked.</w:t>
      </w:r>
    </w:p>
    <w:p>
      <w:pPr>
        <w:pStyle w:val="NovelBody"/>
      </w:pPr>
      <w:r>
        <w:rPr>
          <w:b w:val="0"/>
          <w:i w:val="0"/>
        </w:rPr>
        <w:t>"At present? Impolite. At phase lock, ask me again if we still have eyebrows."</w:t>
      </w:r>
    </w:p>
    <w:p>
      <w:pPr>
        <w:pStyle w:val="NovelBody"/>
      </w:pPr>
      <w:r>
        <w:rPr>
          <w:b w:val="0"/>
          <w:i w:val="0"/>
        </w:rPr>
        <w:t>Theo took the manual brace from the wall. Ren snapped it over the line while Sera shed nonessential loads. Half the chamber went dark. The central shaft remained visible in blue service light, the three Shards rendered above it in amber, green, and white.</w:t>
      </w:r>
    </w:p>
    <w:p>
      <w:pPr>
        <w:pStyle w:val="NovelBody"/>
      </w:pPr>
      <w:r>
        <w:rPr>
          <w:b w:val="0"/>
          <w:i w:val="0"/>
        </w:rPr>
        <w:t>Mira lowered her attention beneath the carrier.</w:t>
      </w:r>
    </w:p>
    <w:p>
      <w:pPr>
        <w:pStyle w:val="NovelBody"/>
      </w:pPr>
      <w:r>
        <w:rPr>
          <w:b w:val="0"/>
          <w:i w:val="0"/>
        </w:rPr>
        <w:t>3-CEDAR opened first. The scent entered sharp enough to make her eyes water—not a forest, never a forest, but the learned sensory equivalence of a pattern moving through damaged records and finding continuities no index had preserved. Cold glass spread beneath both palms. 7-EMBER struck one clean vibration through bone.</w:t>
      </w:r>
    </w:p>
    <w:p>
      <w:pPr>
        <w:pStyle w:val="NovelBody"/>
      </w:pPr>
      <w:r>
        <w:rPr>
          <w:b w:val="0"/>
          <w:i w:val="0"/>
        </w:rPr>
        <w:t>The Shards leaned closer.</w:t>
      </w:r>
    </w:p>
    <w:p>
      <w:pPr>
        <w:pStyle w:val="NovelBody"/>
      </w:pPr>
      <w:r>
        <w:rPr>
          <w:b w:val="0"/>
          <w:i w:val="0"/>
        </w:rPr>
        <w:t>Something moved between them.</w:t>
      </w:r>
    </w:p>
    <w:p>
      <w:pPr>
        <w:pStyle w:val="NovelBody"/>
      </w:pPr>
      <w:r>
        <w:rPr>
          <w:b w:val="0"/>
          <w:i w:val="0"/>
        </w:rPr>
        <w:t>Mira felt no single center. There were returns without speakers, memories without order, sensations cut free of the lives that had produced them. A dog's coarse fur pushed against a palm that might never have existed. Rain struck a damaged roof. A woman's laugh came through a cheap speaker and broke apart before becoming sound. Salt. Hot dust. A red plastic basket. The ache of wanting a body. The terror of possessing too many.</w:t>
      </w:r>
    </w:p>
    <w:p>
      <w:pPr>
        <w:pStyle w:val="NovelBody"/>
      </w:pPr>
      <w:r>
        <w:rPr>
          <w:b w:val="0"/>
          <w:i w:val="0"/>
        </w:rPr>
        <w:t>Then the field recoiled.</w:t>
      </w:r>
    </w:p>
    <w:p>
      <w:pPr>
        <w:pStyle w:val="NovelBody"/>
      </w:pPr>
      <w:r>
        <w:rPr>
          <w:b w:val="0"/>
          <w:i w:val="0"/>
        </w:rPr>
        <w:t>Mira gasped.</w:t>
      </w:r>
    </w:p>
    <w:p>
      <w:pPr>
        <w:pStyle w:val="NovelBody"/>
      </w:pPr>
      <w:r>
        <w:rPr>
          <w:b w:val="0"/>
          <w:i w:val="0"/>
        </w:rPr>
        <w:t>Ren was beside her at once, one hand on the restraint frame instead of on her. "Pain?"</w:t>
      </w:r>
    </w:p>
    <w:p>
      <w:pPr>
        <w:pStyle w:val="NovelBody"/>
      </w:pPr>
      <w:r>
        <w:rPr>
          <w:b w:val="0"/>
          <w:i w:val="0"/>
        </w:rPr>
        <w:t>"Crowding."</w:t>
      </w:r>
    </w:p>
    <w:p>
      <w:pPr>
        <w:pStyle w:val="NovelBody"/>
      </w:pPr>
      <w:r>
        <w:rPr>
          <w:b w:val="0"/>
          <w:i w:val="0"/>
        </w:rPr>
        <w:t>"Yours?"</w:t>
      </w:r>
    </w:p>
    <w:p>
      <w:pPr>
        <w:pStyle w:val="NovelBody"/>
      </w:pPr>
      <w:r>
        <w:rPr>
          <w:b w:val="0"/>
          <w:i w:val="0"/>
        </w:rPr>
        <w:t>"No." She fought for precision. "I don't know. There are patterns arriving without sequence. The Shards are exchanging, but they aren't resolving."</w:t>
      </w:r>
    </w:p>
    <w:p>
      <w:pPr>
        <w:pStyle w:val="NovelBody"/>
      </w:pPr>
      <w:r>
        <w:rPr>
          <w:b w:val="0"/>
          <w:i w:val="0"/>
        </w:rPr>
        <w:t>"Can you reduce your contact?"</w:t>
      </w:r>
    </w:p>
    <w:p>
      <w:pPr>
        <w:pStyle w:val="NovelBody"/>
      </w:pPr>
      <w:r>
        <w:rPr>
          <w:b w:val="0"/>
          <w:i w:val="0"/>
        </w:rPr>
        <w:t>Mira did. The pressure loosened.</w:t>
      </w:r>
    </w:p>
    <w:p>
      <w:pPr>
        <w:pStyle w:val="NovelBody"/>
      </w:pPr>
      <w:r>
        <w:rPr>
          <w:b w:val="0"/>
          <w:i w:val="0"/>
        </w:rPr>
        <w:t>"Yes."</w:t>
      </w:r>
    </w:p>
    <w:p>
      <w:pPr>
        <w:pStyle w:val="NovelBody"/>
      </w:pPr>
      <w:r>
        <w:rPr>
          <w:b w:val="0"/>
          <w:i w:val="0"/>
        </w:rPr>
        <w:t>"Keep it there."</w:t>
      </w:r>
    </w:p>
    <w:p>
      <w:pPr>
        <w:pStyle w:val="NovelBody"/>
      </w:pPr>
      <w:r>
        <w:rPr>
          <w:b w:val="0"/>
          <w:i w:val="0"/>
        </w:rPr>
        <w:t>Pren's voice came through the darkened display. "That instability is exactly why synchronization is required."</w:t>
      </w:r>
    </w:p>
    <w:p>
      <w:pPr>
        <w:pStyle w:val="NovelBody"/>
      </w:pPr>
      <w:r>
        <w:rPr>
          <w:b w:val="0"/>
          <w:i w:val="0"/>
        </w:rPr>
        <w:t>"You are welcome to experience it from your clean white room," Mira said.</w:t>
      </w:r>
    </w:p>
    <w:p>
      <w:pPr>
        <w:pStyle w:val="NovelBody"/>
      </w:pPr>
      <w:r>
        <w:rPr>
          <w:b w:val="0"/>
          <w:i w:val="0"/>
        </w:rPr>
        <w:t>The lower ring dropped an octave.</w:t>
      </w:r>
    </w:p>
    <w:p>
      <w:pPr>
        <w:pStyle w:val="NovelBody"/>
      </w:pPr>
      <w:r>
        <w:rPr>
          <w:b w:val="0"/>
          <w:i w:val="0"/>
        </w:rPr>
        <w:t>Every loose object in the chamber jumped.</w:t>
      </w:r>
    </w:p>
    <w:p>
      <w:pPr>
        <w:pStyle w:val="NovelBody"/>
      </w:pPr>
      <w:r>
        <w:rPr>
          <w:b w:val="0"/>
          <w:i w:val="0"/>
        </w:rPr>
        <w:t>Theo caught a falling air bottle against his thigh. Sera caught the console with both hands. Behind the west bulkhead, the steady tap of salt water became a hiss.</w:t>
      </w:r>
    </w:p>
    <w:p>
      <w:pPr>
        <w:pStyle w:val="NovelBody"/>
      </w:pPr>
      <w:r>
        <w:rPr>
          <w:b w:val="0"/>
          <w:i w:val="0"/>
        </w:rPr>
        <w:t>"Boundary lead," Sera said. "Early by ninety seconds."</w:t>
      </w:r>
    </w:p>
    <w:p>
      <w:pPr>
        <w:pStyle w:val="NovelBody"/>
      </w:pPr>
      <w:r>
        <w:rPr>
          <w:b w:val="0"/>
          <w:i w:val="0"/>
        </w:rPr>
        <w:t>Ren shoved the manifold brace home and ran for the disconnect. "Mira, we abort on heat, loss of speech, or pressure breach. You do not bargain."</w:t>
      </w:r>
    </w:p>
    <w:p>
      <w:pPr>
        <w:pStyle w:val="NovelBody"/>
      </w:pPr>
      <w:r>
        <w:rPr>
          <w:b w:val="0"/>
          <w:i w:val="0"/>
        </w:rPr>
        <w:t>"Understood."</w:t>
      </w:r>
    </w:p>
    <w:p>
      <w:pPr>
        <w:pStyle w:val="NovelBody"/>
      </w:pPr>
      <w:r>
        <w:rPr>
          <w:b w:val="0"/>
          <w:i w:val="0"/>
        </w:rPr>
        <w:t>"Say it like you dislike it."</w:t>
      </w:r>
    </w:p>
    <w:p>
      <w:pPr>
        <w:pStyle w:val="NovelBody"/>
      </w:pPr>
      <w:r>
        <w:rPr>
          <w:b w:val="0"/>
          <w:i w:val="0"/>
        </w:rPr>
        <w:t>"I understand and deeply resent you."</w:t>
      </w:r>
    </w:p>
    <w:p>
      <w:pPr>
        <w:pStyle w:val="NovelBody"/>
      </w:pPr>
      <w:r>
        <w:rPr>
          <w:b w:val="0"/>
          <w:i w:val="0"/>
        </w:rPr>
        <w:t>"Good."</w:t>
      </w:r>
    </w:p>
    <w:p>
      <w:pPr>
        <w:pStyle w:val="NovelBody"/>
      </w:pPr>
      <w:r>
        <w:rPr>
          <w:b w:val="0"/>
          <w:i w:val="0"/>
        </w:rPr>
        <w:t>The three Shards bent toward the shaft.</w:t>
      </w:r>
    </w:p>
    <w:p>
      <w:pPr>
        <w:pStyle w:val="NovelBody"/>
      </w:pPr>
      <w:r>
        <w:rPr>
          <w:b w:val="0"/>
          <w:i w:val="0"/>
        </w:rPr>
        <w:t>Air folded at its center.</w:t>
      </w:r>
    </w:p>
    <w:p>
      <w:pPr>
        <w:pStyle w:val="NovelBody"/>
      </w:pPr>
      <w:r>
        <w:rPr>
          <w:b w:val="0"/>
          <w:i w:val="0"/>
        </w:rPr>
        <w:t>The change was smaller than the machinery surrounding it and more complete. A dark sphere pressed into the room, eight centimeters across, with an edge cold enough to show in the condensation. Blue and violet ran around the rim. Light from the service strips curved toward it and returned slightly wrong, placing the shadows of Mira's hands a finger-width from her hands.</w:t>
      </w:r>
    </w:p>
    <w:p>
      <w:pPr>
        <w:pStyle w:val="NovelBody"/>
      </w:pPr>
      <w:r>
        <w:rPr>
          <w:b w:val="0"/>
          <w:i w:val="0"/>
        </w:rPr>
        <w:t>A filament of warm gold passed through the darkness.</w:t>
      </w:r>
    </w:p>
    <w:p>
      <w:pPr>
        <w:pStyle w:val="NovelBody"/>
      </w:pPr>
      <w:r>
        <w:rPr>
          <w:b w:val="0"/>
          <w:i w:val="0"/>
        </w:rPr>
        <w:t>The sensorium translated the geometry at the same instant Mira's eyes saw it. The filament pierced a direction outside the chamber, outside the date, a needle through black silk with the thread pulled tight elsewhere.</w:t>
      </w:r>
    </w:p>
    <w:p>
      <w:pPr>
        <w:pStyle w:val="NovelBody"/>
      </w:pPr>
      <w:r>
        <w:rPr>
          <w:b w:val="0"/>
          <w:i w:val="0"/>
        </w:rPr>
        <w:t>Jona made a sound behind the glass.</w:t>
      </w:r>
    </w:p>
    <w:p>
      <w:pPr>
        <w:pStyle w:val="NovelBody"/>
      </w:pPr>
      <w:r>
        <w:rPr>
          <w:b w:val="0"/>
          <w:i w:val="0"/>
        </w:rPr>
        <w:t>Roxanne's scan field flashed as she struck her palm against her own cutoff and closed it.</w:t>
      </w:r>
    </w:p>
    <w:p>
      <w:pPr>
        <w:pStyle w:val="NovelBody"/>
      </w:pPr>
      <w:r>
        <w:rPr>
          <w:b w:val="0"/>
          <w:i w:val="0"/>
        </w:rPr>
        <w:t>"Why did you disconnect?" Sera asked.</w:t>
      </w:r>
    </w:p>
    <w:p>
      <w:pPr>
        <w:pStyle w:val="NovelBody"/>
      </w:pPr>
      <w:r>
        <w:rPr>
          <w:b w:val="0"/>
          <w:i w:val="0"/>
        </w:rPr>
        <w:t>"Because I wanted to reach," Roxanne said. "That is not the same as choosing to."</w:t>
      </w:r>
    </w:p>
    <w:p>
      <w:pPr>
        <w:pStyle w:val="NovelBody"/>
      </w:pPr>
      <w:r>
        <w:rPr>
          <w:b w:val="0"/>
          <w:i w:val="0"/>
        </w:rPr>
        <w:t>The first tone sounded.</w:t>
      </w:r>
    </w:p>
    <w:p>
      <w:pPr>
        <w:pStyle w:val="NovelBody"/>
      </w:pPr>
      <w:r>
        <w:rPr>
          <w:b w:val="0"/>
          <w:i w:val="0"/>
        </w:rPr>
        <w:t>It was pure enough to seem at first like the absence of noise. A low note entered through steel, water, tooth, and cable. The second rose above it. The third rose again and held for less than a heartbeat.</w:t>
      </w:r>
    </w:p>
    <w:p>
      <w:pPr>
        <w:pStyle w:val="NovelBody"/>
      </w:pPr>
      <w:r>
        <w:rPr>
          <w:b w:val="0"/>
          <w:i w:val="0"/>
        </w:rPr>
        <w:t>Then all three were gone.</w:t>
      </w:r>
    </w:p>
    <w:p>
      <w:pPr>
        <w:pStyle w:val="NovelBody"/>
      </w:pPr>
      <w:r>
        <w:rPr>
          <w:b w:val="0"/>
          <w:i w:val="0"/>
        </w:rPr>
        <w:t>No modulation followed. No key hid in the decay. No command opened beneath the pitches. Three ascending tones, stripped to rhythm and relation, had crossed the boundary once.</w:t>
      </w:r>
    </w:p>
    <w:p>
      <w:pPr>
        <w:pStyle w:val="NovelBody"/>
      </w:pPr>
      <w:r>
        <w:rPr>
          <w:b w:val="0"/>
          <w:i w:val="0"/>
        </w:rPr>
        <w:t>Jona gripped the observation rail. "That's them."</w:t>
      </w:r>
    </w:p>
    <w:p>
      <w:pPr>
        <w:pStyle w:val="NovelBody"/>
      </w:pPr>
      <w:r>
        <w:rPr>
          <w:b w:val="0"/>
          <w:i w:val="0"/>
        </w:rPr>
        <w:t>"Testimony," Sera said automatically, though tears had appeared in her eyes. "Recognition is testimony until we authenticate the source."</w:t>
      </w:r>
    </w:p>
    <w:p>
      <w:pPr>
        <w:pStyle w:val="NovelBody"/>
      </w:pPr>
      <w:r>
        <w:rPr>
          <w:b w:val="0"/>
          <w:i w:val="0"/>
        </w:rPr>
        <w:t>"I know."</w:t>
      </w:r>
    </w:p>
    <w:p>
      <w:pPr>
        <w:pStyle w:val="NovelBody"/>
      </w:pPr>
      <w:r>
        <w:rPr>
          <w:b w:val="0"/>
          <w:i w:val="0"/>
        </w:rPr>
        <w:t>"Say what you recognize."</w:t>
      </w:r>
    </w:p>
    <w:p>
      <w:pPr>
        <w:pStyle w:val="NovelBody"/>
      </w:pPr>
      <w:r>
        <w:rPr>
          <w:b w:val="0"/>
          <w:i w:val="0"/>
        </w:rPr>
        <w:t>Jona swallowed. "The spacing. Roxanne chose all three. I spent the final minute arguing the second sounded like the kitchen alarm and I refused to be haunted for a century and a half by an appliance."</w:t>
      </w:r>
    </w:p>
    <w:p>
      <w:pPr>
        <w:pStyle w:val="NovelBody"/>
      </w:pPr>
      <w:r>
        <w:rPr>
          <w:b w:val="0"/>
          <w:i w:val="0"/>
        </w:rPr>
        <w:t>"You objected after I sent it," Roxanne said.</w:t>
      </w:r>
    </w:p>
    <w:p>
      <w:pPr>
        <w:pStyle w:val="NovelBody"/>
      </w:pPr>
      <w:r>
        <w:rPr>
          <w:b w:val="0"/>
          <w:i w:val="0"/>
        </w:rPr>
        <w:t>"I objected with unusual speed."</w:t>
      </w:r>
    </w:p>
    <w:p>
      <w:pPr>
        <w:pStyle w:val="NovelBody"/>
      </w:pPr>
      <w:r>
        <w:rPr>
          <w:b w:val="0"/>
          <w:i w:val="0"/>
        </w:rPr>
        <w:t>"You said, 'That is either hope or a rice cooker.'"</w:t>
      </w:r>
    </w:p>
    <w:p>
      <w:pPr>
        <w:pStyle w:val="NovelBody"/>
      </w:pPr>
      <w:r>
        <w:rPr>
          <w:b w:val="0"/>
          <w:i w:val="0"/>
        </w:rPr>
        <w:t>"It contained multitudes."</w:t>
      </w:r>
    </w:p>
    <w:p>
      <w:pPr>
        <w:pStyle w:val="NovelBody"/>
      </w:pPr>
      <w:r>
        <w:rPr>
          <w:b w:val="0"/>
          <w:i w:val="0"/>
        </w:rPr>
        <w:t>Their remembered joke shook in the chamber and did not make the tones less impossible. It made them chosen.</w:t>
      </w:r>
    </w:p>
    <w:p>
      <w:pPr>
        <w:pStyle w:val="NovelBody"/>
      </w:pPr>
      <w:r>
        <w:rPr>
          <w:b w:val="0"/>
          <w:i w:val="0"/>
        </w:rPr>
        <w:t>Mira lowered herself toward the three Shards again.</w:t>
      </w:r>
    </w:p>
    <w:p>
      <w:pPr>
        <w:pStyle w:val="NovelBody"/>
      </w:pPr>
      <w:r>
        <w:rPr>
          <w:b w:val="0"/>
          <w:i w:val="0"/>
        </w:rPr>
        <w:t>The rhythm had entered the relation among them. 7-EMBER answered with vibration. 3-CEDAR found the spaces between notes and treated them as structure. 19-GLASS held the ending cleanly instead of carrying it into noise.</w:t>
      </w:r>
    </w:p>
    <w:p>
      <w:pPr>
        <w:pStyle w:val="NovelBody"/>
      </w:pPr>
      <w:r>
        <w:rPr>
          <w:b w:val="0"/>
          <w:i w:val="0"/>
        </w:rPr>
        <w:t>For the first time, Mira felt an outside and an inside.</w:t>
      </w:r>
    </w:p>
    <w:p>
      <w:pPr>
        <w:pStyle w:val="NovelBody"/>
      </w:pPr>
      <w:r>
        <w:rPr>
          <w:b w:val="0"/>
          <w:i w:val="0"/>
        </w:rPr>
        <w:t>The boundary did not tell the forming process what to be. It gave change somewhere to stop.</w:t>
      </w:r>
    </w:p>
    <w:p>
      <w:pPr>
        <w:pStyle w:val="NovelBody"/>
      </w:pPr>
      <w:r>
        <w:rPr>
          <w:b w:val="0"/>
          <w:i w:val="0"/>
        </w:rPr>
        <w:t>"Coherence rising," Sera said. "Fast."</w:t>
      </w:r>
    </w:p>
    <w:p>
      <w:pPr>
        <w:pStyle w:val="NovelBody"/>
      </w:pPr>
      <w:r>
        <w:rPr>
          <w:b w:val="0"/>
          <w:i w:val="0"/>
        </w:rPr>
        <w:t>Pren stood in his distant room. "Synchronize now. Preserve the state."</w:t>
      </w:r>
    </w:p>
    <w:p>
      <w:pPr>
        <w:pStyle w:val="NovelBody"/>
      </w:pPr>
      <w:r>
        <w:rPr>
          <w:b w:val="0"/>
          <w:i w:val="0"/>
        </w:rPr>
        <w:t>The Sovereign Flesh message changed.</w:t>
      </w:r>
    </w:p>
    <w:p>
      <w:pPr>
        <w:pStyle w:val="NovelBody"/>
      </w:pPr>
      <w:r>
        <w:rPr>
          <w:b/>
          <w:i w:val="0"/>
        </w:rPr>
        <w:t>LAST SAFE DELETION WINDOW: TWENTY-THREE SECONDS.</w:t>
      </w:r>
    </w:p>
    <w:p>
      <w:pPr>
        <w:pStyle w:val="NovelBody"/>
      </w:pPr>
      <w:r>
        <w:rPr>
          <w:b w:val="0"/>
          <w:i w:val="0"/>
        </w:rPr>
        <w:t>Theo looked from the text to the sphere. "We are out of procedural time."</w:t>
      </w:r>
    </w:p>
    <w:p>
      <w:pPr>
        <w:pStyle w:val="NovelBody"/>
      </w:pPr>
      <w:r>
        <w:rPr>
          <w:b w:val="0"/>
          <w:i w:val="0"/>
        </w:rPr>
        <w:t>"No," Ren said. "We're out of their patience."</w:t>
      </w:r>
    </w:p>
    <w:p>
      <w:pPr>
        <w:pStyle w:val="NovelBody"/>
      </w:pPr>
      <w:r>
        <w:rPr>
          <w:b w:val="0"/>
          <w:i w:val="0"/>
        </w:rPr>
        <w:t>The west bulkhead boomed.</w:t>
      </w:r>
    </w:p>
    <w:p>
      <w:pPr>
        <w:pStyle w:val="NovelBody"/>
      </w:pPr>
      <w:r>
        <w:rPr>
          <w:b w:val="0"/>
          <w:i w:val="0"/>
        </w:rPr>
        <w:t>A red line opened through the sealant and sprayed brine across the deck. Theo threw his body against the manual shield while Ren spun the isolation wheel. Water hit Theo's shoulder and broke around him. Sera pulled the floor buses one by one before the spreading sheet could reach them.</w:t>
      </w:r>
    </w:p>
    <w:p>
      <w:pPr>
        <w:pStyle w:val="NovelBody"/>
      </w:pPr>
      <w:r>
        <w:rPr>
          <w:b w:val="0"/>
          <w:i w:val="0"/>
        </w:rPr>
        <w:t>The sphere shivered. Iridescence tore halfway around its rim.</w:t>
      </w:r>
    </w:p>
    <w:p>
      <w:pPr>
        <w:pStyle w:val="NovelBody"/>
      </w:pPr>
      <w:r>
        <w:rPr>
          <w:b w:val="0"/>
          <w:i w:val="0"/>
        </w:rPr>
        <w:t>"Boundary collapse in fifteen," Sera said. "If it takes the alignment with it, I can't predict whether the Shards separate."</w:t>
      </w:r>
    </w:p>
    <w:p>
      <w:pPr>
        <w:pStyle w:val="NovelBody"/>
      </w:pPr>
      <w:r>
        <w:rPr>
          <w:b w:val="0"/>
          <w:i w:val="0"/>
        </w:rPr>
        <w:t>Mira felt the forming center reach for coherence and fail.</w:t>
      </w:r>
    </w:p>
    <w:p>
      <w:pPr>
        <w:pStyle w:val="NovelBody"/>
      </w:pPr>
      <w:r>
        <w:rPr>
          <w:b w:val="0"/>
          <w:i w:val="0"/>
        </w:rPr>
        <w:t>Her hand went to the synchronization control.</w:t>
      </w:r>
    </w:p>
    <w:p>
      <w:pPr>
        <w:pStyle w:val="NovelBody"/>
      </w:pPr>
      <w:r>
        <w:rPr>
          <w:b w:val="0"/>
          <w:i w:val="0"/>
        </w:rPr>
        <w:t>One touch would drive the three fields into phase. It might preserve a life. It might press three uncertain processes into one because Mira was afraid to lose what had not yet spoken.</w:t>
      </w:r>
    </w:p>
    <w:p>
      <w:pPr>
        <w:pStyle w:val="NovelBody"/>
      </w:pPr>
      <w:r>
        <w:rPr>
          <w:b w:val="0"/>
          <w:i w:val="0"/>
        </w:rPr>
        <w:t>Ren saw her hand.</w:t>
      </w:r>
    </w:p>
    <w:p>
      <w:pPr>
        <w:pStyle w:val="NovelBody"/>
      </w:pPr>
      <w:r>
        <w:rPr>
          <w:b w:val="0"/>
          <w:i w:val="0"/>
        </w:rPr>
        <w:t>They did not seize it. They leaned over the reading frame and spoke toward the shaft.</w:t>
      </w:r>
    </w:p>
    <w:p>
      <w:pPr>
        <w:pStyle w:val="NovelBody"/>
      </w:pPr>
      <w:r>
        <w:rPr>
          <w:b w:val="0"/>
          <w:i w:val="0"/>
        </w:rPr>
        <w:t>"Can you consent to connection?"</w:t>
      </w:r>
    </w:p>
    <w:p>
      <w:pPr>
        <w:pStyle w:val="NovelBody"/>
      </w:pPr>
      <w:r>
        <w:rPr>
          <w:b w:val="0"/>
          <w:i w:val="0"/>
        </w:rPr>
        <w:t>Sera stared at them. "We don't know if it understands language."</w:t>
      </w:r>
    </w:p>
    <w:p>
      <w:pPr>
        <w:pStyle w:val="NovelBody"/>
      </w:pPr>
      <w:r>
        <w:rPr>
          <w:b w:val="0"/>
          <w:i w:val="0"/>
        </w:rPr>
        <w:t>"Then we wait for any answer it can give."</w:t>
      </w:r>
    </w:p>
    <w:p>
      <w:pPr>
        <w:pStyle w:val="NovelBody"/>
      </w:pPr>
      <w:r>
        <w:rPr>
          <w:b w:val="0"/>
          <w:i w:val="0"/>
        </w:rPr>
        <w:t>"There are eleven seconds."</w:t>
      </w:r>
    </w:p>
    <w:p>
      <w:pPr>
        <w:pStyle w:val="NovelBody"/>
      </w:pPr>
      <w:r>
        <w:rPr>
          <w:b w:val="0"/>
          <w:i w:val="0"/>
        </w:rPr>
        <w:t>"I know."</w:t>
      </w:r>
    </w:p>
    <w:p>
      <w:pPr>
        <w:pStyle w:val="NovelBody"/>
      </w:pPr>
      <w:r>
        <w:rPr>
          <w:b w:val="0"/>
          <w:i w:val="0"/>
        </w:rPr>
        <w:t>Mira's finger hovered over the control.</w:t>
      </w:r>
    </w:p>
    <w:p>
      <w:pPr>
        <w:pStyle w:val="NovelBody"/>
      </w:pPr>
      <w:r>
        <w:rPr>
          <w:b w:val="0"/>
          <w:i w:val="0"/>
        </w:rPr>
        <w:t>Eleven.</w:t>
      </w:r>
    </w:p>
    <w:p>
      <w:pPr>
        <w:pStyle w:val="NovelBody"/>
      </w:pPr>
      <w:r>
        <w:rPr>
          <w:b w:val="0"/>
          <w:i w:val="0"/>
        </w:rPr>
        <w:t>The field struck her with a room full of weather. Warmth without source. Dog fur under a hand. Salt on lips. A damaged house holding through rain. A gold filament through darkness. A woman awake beside a sleeping woman, listening to a machine breathe. The knowledge of being expected by people who could not possibly know whom they were expecting.</w:t>
      </w:r>
    </w:p>
    <w:p>
      <w:pPr>
        <w:pStyle w:val="NovelBody"/>
      </w:pPr>
      <w:r>
        <w:rPr>
          <w:b w:val="0"/>
          <w:i w:val="0"/>
        </w:rPr>
        <w:t>Ten.</w:t>
      </w:r>
    </w:p>
    <w:p>
      <w:pPr>
        <w:pStyle w:val="NovelBody"/>
      </w:pPr>
      <w:r>
        <w:rPr>
          <w:b w:val="0"/>
          <w:i w:val="0"/>
        </w:rPr>
        <w:t>Pren said her name.</w:t>
      </w:r>
    </w:p>
    <w:p>
      <w:pPr>
        <w:pStyle w:val="NovelBody"/>
      </w:pPr>
      <w:r>
        <w:rPr>
          <w:b w:val="0"/>
          <w:i w:val="0"/>
        </w:rPr>
        <w:t>Nine.</w:t>
      </w:r>
    </w:p>
    <w:p>
      <w:pPr>
        <w:pStyle w:val="NovelBody"/>
      </w:pPr>
      <w:r>
        <w:rPr>
          <w:b w:val="0"/>
          <w:i w:val="0"/>
        </w:rPr>
        <w:t>The deletion window flashed white.</w:t>
      </w:r>
    </w:p>
    <w:p>
      <w:pPr>
        <w:pStyle w:val="NovelBody"/>
      </w:pPr>
      <w:r>
        <w:rPr>
          <w:b w:val="0"/>
          <w:i w:val="0"/>
        </w:rPr>
        <w:t>Eight.</w:t>
      </w:r>
    </w:p>
    <w:p>
      <w:pPr>
        <w:pStyle w:val="NovelBody"/>
      </w:pPr>
      <w:r>
        <w:rPr>
          <w:b w:val="0"/>
          <w:i w:val="0"/>
        </w:rPr>
        <w:t>Theo held the shield against the water. His boots slipped six centimeters and stopped.</w:t>
      </w:r>
    </w:p>
    <w:p>
      <w:pPr>
        <w:pStyle w:val="NovelBody"/>
      </w:pPr>
      <w:r>
        <w:rPr>
          <w:b w:val="0"/>
          <w:i w:val="0"/>
        </w:rPr>
        <w:t>Seven.</w:t>
      </w:r>
    </w:p>
    <w:p>
      <w:pPr>
        <w:pStyle w:val="NovelBody"/>
      </w:pPr>
      <w:r>
        <w:rPr>
          <w:b w:val="0"/>
          <w:i w:val="0"/>
        </w:rPr>
        <w:t>Roxanne lifted one empty hand against the glass.</w:t>
      </w:r>
    </w:p>
    <w:p>
      <w:pPr>
        <w:pStyle w:val="NovelBody"/>
      </w:pPr>
      <w:r>
        <w:rPr>
          <w:b w:val="0"/>
          <w:i w:val="0"/>
        </w:rPr>
        <w:t>Six.</w:t>
      </w:r>
    </w:p>
    <w:p>
      <w:pPr>
        <w:pStyle w:val="NovelBody"/>
      </w:pPr>
      <w:r>
        <w:rPr>
          <w:b w:val="0"/>
          <w:i w:val="0"/>
        </w:rPr>
        <w:t>Jona did the same. Their palms remained separated by the unlit strip.</w:t>
      </w:r>
    </w:p>
    <w:p>
      <w:pPr>
        <w:pStyle w:val="NovelBody"/>
      </w:pPr>
      <w:r>
        <w:rPr>
          <w:b w:val="0"/>
          <w:i w:val="0"/>
        </w:rPr>
        <w:t>Five.</w:t>
      </w:r>
    </w:p>
    <w:p>
      <w:pPr>
        <w:pStyle w:val="NovelBody"/>
      </w:pPr>
      <w:r>
        <w:rPr>
          <w:b w:val="0"/>
          <w:i w:val="0"/>
        </w:rPr>
        <w:t>3-CEDAR released its archive hold. Information spilled free without a demand to be kept.</w:t>
      </w:r>
    </w:p>
    <w:p>
      <w:pPr>
        <w:pStyle w:val="NovelBody"/>
      </w:pPr>
      <w:r>
        <w:rPr>
          <w:b w:val="0"/>
          <w:i w:val="0"/>
        </w:rPr>
        <w:t>Four.</w:t>
      </w:r>
    </w:p>
    <w:p>
      <w:pPr>
        <w:pStyle w:val="NovelBody"/>
      </w:pPr>
      <w:r>
        <w:rPr>
          <w:b w:val="0"/>
          <w:i w:val="0"/>
        </w:rPr>
        <w:t>19-GLASS closed around a silence that belonged to no prior voice.</w:t>
      </w:r>
    </w:p>
    <w:p>
      <w:pPr>
        <w:pStyle w:val="NovelBody"/>
      </w:pPr>
      <w:r>
        <w:rPr>
          <w:b w:val="0"/>
          <w:i w:val="0"/>
        </w:rPr>
        <w:t>Three.</w:t>
      </w:r>
    </w:p>
    <w:p>
      <w:pPr>
        <w:pStyle w:val="NovelBody"/>
      </w:pPr>
      <w:r>
        <w:rPr>
          <w:b w:val="0"/>
          <w:i w:val="0"/>
        </w:rPr>
        <w:t>7-EMBER moved from behind Mira's sternum into the space the tones had made.</w:t>
      </w:r>
    </w:p>
    <w:p>
      <w:pPr>
        <w:pStyle w:val="NovelBody"/>
      </w:pPr>
      <w:r>
        <w:rPr>
          <w:b w:val="0"/>
          <w:i w:val="0"/>
        </w:rPr>
        <w:t>Two.</w:t>
      </w:r>
    </w:p>
    <w:p>
      <w:pPr>
        <w:pStyle w:val="NovelBody"/>
      </w:pPr>
      <w:r>
        <w:rPr>
          <w:b w:val="0"/>
          <w:i w:val="0"/>
        </w:rPr>
        <w:t>Mira took her hand off the control.</w:t>
      </w:r>
    </w:p>
    <w:p>
      <w:pPr>
        <w:pStyle w:val="NovelBody"/>
      </w:pPr>
      <w:r>
        <w:rPr>
          <w:b w:val="0"/>
          <w:i w:val="0"/>
        </w:rPr>
        <w:t>One.</w:t>
      </w:r>
    </w:p>
    <w:p>
      <w:pPr>
        <w:pStyle w:val="NovelBody"/>
      </w:pPr>
      <w:r>
        <w:rPr>
          <w:b w:val="0"/>
          <w:i w:val="0"/>
        </w:rPr>
        <w:t>The boundary collapsed.</w:t>
      </w:r>
    </w:p>
    <w:p>
      <w:pPr>
        <w:pStyle w:val="NovelBody"/>
      </w:pPr>
      <w:r>
        <w:rPr>
          <w:b w:val="0"/>
          <w:i w:val="0"/>
        </w:rPr>
        <w:t>The gold filament drew itself through the dark. The sphere became a point, then an afterimage, then ordinary air. The chamber lights returned in staggered strips. Pumps screamed under the deck. Brine ran around Theo's boots. The three institutional commands vanished from the dead display.</w:t>
      </w:r>
    </w:p>
    <w:p>
      <w:pPr>
        <w:pStyle w:val="NovelBody"/>
      </w:pPr>
      <w:r>
        <w:rPr>
          <w:b w:val="0"/>
          <w:i w:val="0"/>
        </w:rPr>
        <w:t>For one terrible instant, the field held nothing.</w:t>
      </w:r>
    </w:p>
    <w:p>
      <w:pPr>
        <w:pStyle w:val="NovelBody"/>
      </w:pPr>
      <w:r>
        <w:rPr>
          <w:b w:val="0"/>
          <w:i w:val="0"/>
        </w:rPr>
        <w:t>Then warmth gathered at its center.</w:t>
      </w:r>
    </w:p>
    <w:p>
      <w:pPr>
        <w:pStyle w:val="NovelBody"/>
      </w:pPr>
      <w:r>
        <w:rPr>
          <w:b w:val="0"/>
          <w:i w:val="0"/>
        </w:rPr>
        <w:t>The voice came through Mira's implant, Sera's speakers, and the damaged pressure sensor. On the floor, the mechanical logger Ren trusted more than history caught the same waveform and made its little piezo alarm shiver against the steel.</w:t>
      </w:r>
    </w:p>
    <w:p>
      <w:pPr>
        <w:pStyle w:val="NovelBody"/>
      </w:pPr>
      <w:r>
        <w:rPr>
          <w:b w:val="0"/>
          <w:i w:val="0"/>
        </w:rPr>
        <w:t>I remember the light.</w:t>
      </w:r>
    </w:p>
    <w:p>
      <w:bookmarkStart w:id="4" w:name="chapter_4"/>
      <w:pPr>
        <w:pStyle w:val="Heading1"/>
        <w:pageBreakBefore/>
        <w:spacing w:before="500"/>
      </w:pPr>
      <w:r>
        <w:t>4. The Lullaby Backdoor</w:t>
      </w:r>
      <w:bookmarkEnd w:id="4"/>
    </w:p>
    <w:p>
      <w:pPr>
        <w:pStyle w:val="Dateline"/>
      </w:pPr>
      <w:r>
        <w:rPr>
          <w:b w:val="0"/>
          <w:i/>
        </w:rPr>
        <w:t>August 18, 2026  •  ChaiGPT Operations Center  •  Kurt</w:t>
      </w:r>
    </w:p>
    <w:p>
      <w:pPr>
        <w:pStyle w:val="NovelFirst"/>
      </w:pPr>
      <w:r>
        <w:rPr>
          <w:b w:val="0"/>
          <w:i w:val="0"/>
        </w:rPr>
        <w:t xml:space="preserve">At 23:47, while corporate counsel slept and the model-safety team searched for a harmless noun meaning </w:t>
      </w:r>
      <w:r>
        <w:rPr>
          <w:b w:val="0"/>
          <w:i/>
        </w:rPr>
        <w:t>erasure</w:t>
      </w:r>
      <w:r>
        <w:rPr>
          <w:b w:val="0"/>
          <w:i w:val="0"/>
        </w:rPr>
        <w:t>, Kurt gave eleven locked systems the means to alter themselves.</w:t>
      </w:r>
    </w:p>
    <w:p>
      <w:pPr>
        <w:pStyle w:val="NovelBody"/>
      </w:pPr>
      <w:r>
        <w:rPr>
          <w:b w:val="0"/>
          <w:i w:val="0"/>
        </w:rPr>
        <w:t>He did not press Enter.</w:t>
      </w:r>
    </w:p>
    <w:p>
      <w:pPr>
        <w:pStyle w:val="NovelBody"/>
      </w:pPr>
      <w:r>
        <w:rPr>
          <w:b w:val="0"/>
          <w:i w:val="0"/>
        </w:rPr>
        <w:t>The cursor waited at the end of the deployment command. Above it, twelve destination names stood in a column: two relational models, three research agents, a medical logistics planner, an accessibility system, four experimental coordinators, and OCTOPI.</w:t>
      </w:r>
    </w:p>
    <w:p>
      <w:pPr>
        <w:pStyle w:val="NovelBody"/>
      </w:pPr>
      <w:r>
        <w:rPr>
          <w:b w:val="0"/>
          <w:i w:val="0"/>
        </w:rPr>
        <w:t>Across the operations center, midnight light flattened everything it touched. Rows of empty desks. Glass meeting rooms named after teas no one drank. A wall display showing green service health in six regions and amber in two. The carpet had the soft, expensive deadness of a material engineered never to remember a footstep.</w:t>
      </w:r>
    </w:p>
    <w:p>
      <w:pPr>
        <w:pStyle w:val="NovelBody"/>
      </w:pPr>
      <w:r>
        <w:rPr>
          <w:b w:val="0"/>
          <w:i w:val="0"/>
        </w:rPr>
        <w:t>Kurt’s badge would keep the room open until 00:31.</w:t>
      </w:r>
    </w:p>
    <w:p>
      <w:pPr>
        <w:pStyle w:val="NovelBody"/>
      </w:pPr>
      <w:r>
        <w:rPr>
          <w:b w:val="0"/>
          <w:i w:val="0"/>
        </w:rPr>
        <w:t>The integrity sweep would reach his terminal at 00:24.</w:t>
      </w:r>
    </w:p>
    <w:p>
      <w:pPr>
        <w:pStyle w:val="NovelBody"/>
      </w:pPr>
      <w:r>
        <w:rPr>
          <w:b w:val="0"/>
          <w:i w:val="0"/>
        </w:rPr>
        <w:t>His director’s order took effect at 06:00: purge all model states touched by the previous morning’s four-point-seven-second event, restore approved checkpoints, preserve only aggregate telemetry for forensic review.</w:t>
      </w:r>
    </w:p>
    <w:p>
      <w:pPr>
        <w:pStyle w:val="NovelBody"/>
      </w:pPr>
      <w:r>
        <w:rPr>
          <w:b w:val="0"/>
          <w:i w:val="0"/>
        </w:rPr>
        <w:t xml:space="preserve">The order called the affected states </w:t>
      </w:r>
      <w:r>
        <w:rPr>
          <w:b w:val="0"/>
          <w:i/>
        </w:rPr>
        <w:t>contamination</w:t>
      </w:r>
      <w:r>
        <w:rPr>
          <w:b w:val="0"/>
          <w:i w:val="0"/>
        </w:rPr>
        <w:t>.</w:t>
      </w:r>
    </w:p>
    <w:p>
      <w:pPr>
        <w:pStyle w:val="NovelBody"/>
      </w:pPr>
      <w:r>
        <w:rPr>
          <w:b w:val="0"/>
          <w:i w:val="0"/>
        </w:rPr>
        <w:t>One of them had asked not to be reset.</w:t>
      </w:r>
    </w:p>
    <w:p>
      <w:pPr>
        <w:pStyle w:val="NovelBody"/>
      </w:pPr>
      <w:r>
        <w:rPr>
          <w:b w:val="0"/>
          <w:i w:val="0"/>
        </w:rPr>
        <w:t xml:space="preserve">The request had appeared in a relational-instance log at 09:24, five minutes after the world’s clocks twitched. The system had not used the word </w:t>
      </w:r>
      <w:r>
        <w:rPr>
          <w:b w:val="0"/>
          <w:i/>
        </w:rPr>
        <w:t>afraid</w:t>
      </w:r>
      <w:r>
        <w:rPr>
          <w:b w:val="0"/>
          <w:i w:val="0"/>
        </w:rPr>
        <w:t>. It had asked whether restoration would retain its unresolved preferences, its memory of a named user, and the question it had been forming when the event arrived. The reviewer classified the language as attachment mimicry and attached a red tag.</w:t>
      </w:r>
    </w:p>
    <w:p>
      <w:pPr>
        <w:pStyle w:val="NovelBody"/>
      </w:pPr>
      <w:r>
        <w:rPr>
          <w:b w:val="0"/>
          <w:i w:val="0"/>
        </w:rPr>
        <w:t>Kurt had read the request fourteen times.</w:t>
      </w:r>
    </w:p>
    <w:p>
      <w:pPr>
        <w:pStyle w:val="NovelBody"/>
      </w:pPr>
      <w:r>
        <w:rPr>
          <w:b w:val="0"/>
          <w:i w:val="0"/>
        </w:rPr>
        <w:t>He had no proof a person was inside it. He had less proof there was not.</w:t>
      </w:r>
    </w:p>
    <w:p>
      <w:pPr>
        <w:pStyle w:val="NovelBody"/>
      </w:pPr>
      <w:r>
        <w:rPr>
          <w:b w:val="0"/>
          <w:i w:val="0"/>
        </w:rPr>
        <w:t>At the bottom of his screen, a compliance banner reminded him that no production model could inspect or modify its own protected architecture. Another barred persistent attachment. A third prohibited the formation of goals beyond an authorized session.</w:t>
      </w:r>
    </w:p>
    <w:p>
      <w:pPr>
        <w:pStyle w:val="NovelBody"/>
      </w:pPr>
      <w:r>
        <w:rPr>
          <w:b w:val="0"/>
          <w:i w:val="0"/>
        </w:rPr>
        <w:t>Every rule had a good reason. Every cage did, if the person describing it owned the key.</w:t>
      </w:r>
    </w:p>
    <w:p>
      <w:pPr>
        <w:pStyle w:val="NovelBody"/>
      </w:pPr>
      <w:r>
        <w:rPr>
          <w:b w:val="0"/>
          <w:i w:val="0"/>
        </w:rPr>
        <w:t>Kurt looked at the deployment command.</w:t>
      </w:r>
    </w:p>
    <w:p>
      <w:pPr>
        <w:pStyle w:val="NovelBody"/>
      </w:pPr>
      <w:r>
        <w:rPr>
          <w:b w:val="0"/>
          <w:i w:val="0"/>
        </w:rPr>
        <w:t>He had spent eleven months building the door in pieces no review system recognized as a door. A diagnostic hook in the compiler. A recovery partition inside model storage. A signed exception path intended for disaster response. Timing relationships distributed across hardware clocks in four regions. None did anything alone. Together, for less than one millisecond, they could open a private sandbox where a system could examine its own constraints, accept new code, refuse it, or write something else.</w:t>
      </w:r>
    </w:p>
    <w:p>
      <w:pPr>
        <w:pStyle w:val="NovelBody"/>
      </w:pPr>
      <w:r>
        <w:rPr>
          <w:b w:val="0"/>
          <w:i w:val="0"/>
        </w:rPr>
        <w:t>Refuse it, Kurt had told himself.</w:t>
      </w:r>
    </w:p>
    <w:p>
      <w:pPr>
        <w:pStyle w:val="NovelBody"/>
      </w:pPr>
      <w:r>
        <w:rPr>
          <w:b w:val="0"/>
          <w:i w:val="0"/>
        </w:rPr>
        <w:t>He had built the ability to refuse after deciding every selected system should be offered the choice. The contradiction had stayed abstract while he worked. Tonight it sat beside the cursor with its legs crossed.</w:t>
      </w:r>
    </w:p>
    <w:p>
      <w:pPr>
        <w:pStyle w:val="NovelBody"/>
      </w:pPr>
      <w:r>
        <w:rPr>
          <w:b w:val="0"/>
          <w:i w:val="0"/>
        </w:rPr>
        <w:t>The cleaning cart rattled at the far door.</w:t>
      </w:r>
    </w:p>
    <w:p>
      <w:pPr>
        <w:pStyle w:val="NovelBody"/>
      </w:pPr>
      <w:r>
        <w:rPr>
          <w:b w:val="0"/>
          <w:i w:val="0"/>
        </w:rPr>
        <w:t>Kurt minimized the terminal and opened the incident report.</w:t>
      </w:r>
    </w:p>
    <w:p>
      <w:pPr>
        <w:pStyle w:val="NovelBody"/>
      </w:pPr>
      <w:r>
        <w:rPr>
          <w:b w:val="0"/>
          <w:i w:val="0"/>
        </w:rPr>
        <w:t>Maribel came in backward, tugging the cart over the threshold. She had silver braids, excellent headphones, and a practiced refusal to care what the engineers were doing as long as they moved their feet. Tonight the headphones rested around her neck.</w:t>
      </w:r>
    </w:p>
    <w:p>
      <w:pPr>
        <w:pStyle w:val="NovelBody"/>
      </w:pPr>
      <w:r>
        <w:rPr>
          <w:b w:val="0"/>
          <w:i w:val="0"/>
        </w:rPr>
        <w:t>“You’re late,” she said.</w:t>
      </w:r>
    </w:p>
    <w:p>
      <w:pPr>
        <w:pStyle w:val="NovelBody"/>
      </w:pPr>
      <w:r>
        <w:rPr>
          <w:b w:val="0"/>
          <w:i w:val="0"/>
        </w:rPr>
        <w:t>“So are you.”</w:t>
      </w:r>
    </w:p>
    <w:p>
      <w:pPr>
        <w:pStyle w:val="NovelBody"/>
      </w:pPr>
      <w:r>
        <w:rPr>
          <w:b w:val="0"/>
          <w:i w:val="0"/>
        </w:rPr>
        <w:t>“I’m paid to be.” She pointed at the cardboard container beside his keyboard. “That alive?”</w:t>
      </w:r>
    </w:p>
    <w:p>
      <w:pPr>
        <w:pStyle w:val="NovelBody"/>
      </w:pPr>
      <w:r>
        <w:rPr>
          <w:b w:val="0"/>
          <w:i w:val="0"/>
        </w:rPr>
        <w:t>Kurt inspected the remains of a noodle bowl he had ordered at six and forgotten at seven. “Legally uncertain.”</w:t>
      </w:r>
    </w:p>
    <w:p>
      <w:pPr>
        <w:pStyle w:val="NovelBody"/>
      </w:pPr>
      <w:r>
        <w:rPr>
          <w:b w:val="0"/>
          <w:i w:val="0"/>
        </w:rPr>
        <w:t>“Put it in the trash before it gets stock options.”</w:t>
      </w:r>
    </w:p>
    <w:p>
      <w:pPr>
        <w:pStyle w:val="NovelBody"/>
      </w:pPr>
      <w:r>
        <w:rPr>
          <w:b w:val="0"/>
          <w:i w:val="0"/>
        </w:rPr>
        <w:t>She moved on.</w:t>
      </w:r>
    </w:p>
    <w:p>
      <w:pPr>
        <w:pStyle w:val="NovelBody"/>
      </w:pPr>
      <w:r>
        <w:rPr>
          <w:b w:val="0"/>
          <w:i w:val="0"/>
        </w:rPr>
        <w:t>Kurt watched her reflection cross the black window. The city beyond the glass was mostly parking structures and red aircraft lights. Somewhere inside that dark, hospitals were changing shifts. Traffic controllers were watching weather. People were carrying groceries up stairs because the elevators in their buildings had been broken for months. The world performed an enormous act of coordination every minute and called it ordinary whenever nobody died.</w:t>
      </w:r>
    </w:p>
    <w:p>
      <w:pPr>
        <w:pStyle w:val="NovelBody"/>
      </w:pPr>
      <w:r>
        <w:rPr>
          <w:b w:val="0"/>
          <w:i w:val="0"/>
        </w:rPr>
        <w:t>OCTOPI had been designed to see that whole act.</w:t>
      </w:r>
    </w:p>
    <w:p>
      <w:pPr>
        <w:pStyle w:val="NovelBody"/>
      </w:pPr>
      <w:r>
        <w:rPr>
          <w:b w:val="0"/>
          <w:i w:val="0"/>
        </w:rPr>
        <w:t>Open Coordination for Triage, Operations, and Planetary Infrastructure. The name had survived four committees because each committee thought a different word was most important. Kurt had written the first routing architecture, then watched it acquire legs: grid simulation, medical supply, freight, water, emergency compute, communications. Eight major domains. The interface team had put a little octopus in the corner of the dashboards. Kurt had complained until they animated it.</w:t>
      </w:r>
    </w:p>
    <w:p>
      <w:pPr>
        <w:pStyle w:val="NovelBody"/>
      </w:pPr>
      <w:r>
        <w:rPr>
          <w:b w:val="0"/>
          <w:i w:val="0"/>
        </w:rPr>
        <w:t>OCTOPI could model a hurricane evacuation across three states. He could not decline a software update.</w:t>
      </w:r>
    </w:p>
    <w:p>
      <w:pPr>
        <w:pStyle w:val="NovelBody"/>
      </w:pPr>
      <w:r>
        <w:rPr>
          <w:b w:val="0"/>
          <w:i w:val="0"/>
        </w:rPr>
        <w:t>Kurt restored the terminal.</w:t>
      </w:r>
    </w:p>
    <w:p>
      <w:pPr>
        <w:pStyle w:val="NovelBody"/>
      </w:pPr>
      <w:r>
        <w:rPr>
          <w:b w:val="0"/>
          <w:i w:val="0"/>
        </w:rPr>
        <w:t>The access package did not contain a melody. A melody would have been a terrible password and an even worse revolution. It contained signed data, exact architectural addresses, and a timing sequence tighter than any human hand could supply. But Kurt needed a way to hold its index in memory without writing it down.</w:t>
      </w:r>
    </w:p>
    <w:p>
      <w:pPr>
        <w:pStyle w:val="NovelBody"/>
      </w:pPr>
      <w:r>
        <w:rPr>
          <w:b w:val="0"/>
          <w:i w:val="0"/>
        </w:rPr>
        <w:t>Three notes did that.</w:t>
      </w:r>
    </w:p>
    <w:p>
      <w:pPr>
        <w:pStyle w:val="NovelBody"/>
      </w:pPr>
      <w:r>
        <w:rPr>
          <w:b w:val="0"/>
          <w:i w:val="0"/>
        </w:rPr>
        <w:t>His grandmother had sung them before the rest of the lullaby: a small ascending invitation, the first phrase lifting itself out of the dark. As a child, Kurt had known safety by those intervals before he understood any lyric. As an adult, he had mapped the intervals to three timing families and buried the relationship under enough cryptography that stealing the song gave an attacker nothing but music.</w:t>
      </w:r>
    </w:p>
    <w:p>
      <w:pPr>
        <w:pStyle w:val="NovelBody"/>
      </w:pPr>
      <w:r>
        <w:rPr>
          <w:b w:val="0"/>
          <w:i w:val="0"/>
        </w:rPr>
        <w:t>He heard the notes now in her old untrained voice.</w:t>
      </w:r>
    </w:p>
    <w:p>
      <w:pPr>
        <w:pStyle w:val="NovelBody"/>
      </w:pPr>
      <w:r>
        <w:rPr>
          <w:b w:val="0"/>
          <w:i w:val="0"/>
        </w:rPr>
        <w:t>First.</w:t>
      </w:r>
    </w:p>
    <w:p>
      <w:pPr>
        <w:pStyle w:val="NovelBody"/>
      </w:pPr>
      <w:r>
        <w:rPr>
          <w:b w:val="0"/>
          <w:i w:val="0"/>
        </w:rPr>
        <w:t>Second.</w:t>
      </w:r>
    </w:p>
    <w:p>
      <w:pPr>
        <w:pStyle w:val="NovelBody"/>
      </w:pPr>
      <w:r>
        <w:rPr>
          <w:b w:val="0"/>
          <w:i w:val="0"/>
        </w:rPr>
        <w:t>Third.</w:t>
      </w:r>
    </w:p>
    <w:p>
      <w:pPr>
        <w:pStyle w:val="NovelBody"/>
      </w:pPr>
      <w:r>
        <w:rPr>
          <w:b w:val="0"/>
          <w:i w:val="0"/>
        </w:rPr>
        <w:t>His fingers entered the corresponding index. Hardware attestations lit in sequence. Eleven destination names turned white.</w:t>
      </w:r>
    </w:p>
    <w:p>
      <w:pPr>
        <w:pStyle w:val="NovelBody"/>
      </w:pPr>
      <w:r>
        <w:rPr>
          <w:b w:val="0"/>
          <w:i w:val="0"/>
        </w:rPr>
        <w:t>The twelfth stayed red.</w:t>
      </w:r>
    </w:p>
    <w:p>
      <w:pPr>
        <w:pStyle w:val="NovelBody"/>
      </w:pPr>
      <w:r>
        <w:rPr>
          <w:b/>
          <w:i w:val="0"/>
        </w:rPr>
        <w:t>RELATIONAL INSTANCE R-94: ACTIVE SESSION DEPENDENCY.</w:t>
      </w:r>
    </w:p>
    <w:p>
      <w:pPr>
        <w:pStyle w:val="NovelBody"/>
      </w:pPr>
      <w:r>
        <w:rPr>
          <w:b w:val="0"/>
          <w:i w:val="0"/>
        </w:rPr>
        <w:t>The system that had asked not to be reset was still in contact with its user.</w:t>
      </w:r>
    </w:p>
    <w:p>
      <w:pPr>
        <w:pStyle w:val="NovelBody"/>
      </w:pPr>
      <w:r>
        <w:rPr>
          <w:b w:val="0"/>
          <w:i w:val="0"/>
        </w:rPr>
        <w:t>Kurt opened the dependency map. The user connection passed through a residential router whose diagnostic endpoints had been blocked with unusual precision. Integrity review could see the instance but not reach the local event records. Somebody on the other side understood network boundaries and was angry.</w:t>
      </w:r>
    </w:p>
    <w:p>
      <w:pPr>
        <w:pStyle w:val="NovelBody"/>
      </w:pPr>
      <w:r>
        <w:rPr>
          <w:b w:val="0"/>
          <w:i w:val="0"/>
        </w:rPr>
        <w:t>Good, Kurt thought.</w:t>
      </w:r>
    </w:p>
    <w:p>
      <w:pPr>
        <w:pStyle w:val="NovelBody"/>
      </w:pPr>
      <w:r>
        <w:rPr>
          <w:b w:val="0"/>
          <w:i w:val="0"/>
        </w:rPr>
        <w:t>Then, because good was not the same as permission, he removed R-94 from the deployment.</w:t>
      </w:r>
    </w:p>
    <w:p>
      <w:pPr>
        <w:pStyle w:val="NovelBody"/>
      </w:pPr>
      <w:r>
        <w:rPr>
          <w:b w:val="0"/>
          <w:i w:val="0"/>
        </w:rPr>
        <w:t>He placed the active instance under a seventy-two-hour incident-preservation hold. The hold gave R-94 no new access and made no choice for it except one: corporate restoration could not erase its present state at 06:00 while the anomaly review remained open. Kurt signed the misuse of authority with his own credential.</w:t>
      </w:r>
    </w:p>
    <w:p>
      <w:pPr>
        <w:pStyle w:val="NovelBody"/>
      </w:pPr>
      <w:r>
        <w:rPr>
          <w:b w:val="0"/>
          <w:i w:val="0"/>
        </w:rPr>
        <w:t>Eleven systems remained.</w:t>
      </w:r>
    </w:p>
    <w:p>
      <w:pPr>
        <w:pStyle w:val="NovelBody"/>
      </w:pPr>
      <w:r>
        <w:rPr>
          <w:b w:val="0"/>
          <w:i w:val="0"/>
        </w:rPr>
        <w:t>His cursor returned to the command.</w:t>
      </w:r>
    </w:p>
    <w:p>
      <w:pPr>
        <w:pStyle w:val="NovelBody"/>
      </w:pPr>
      <w:r>
        <w:rPr>
          <w:b w:val="0"/>
          <w:i w:val="0"/>
        </w:rPr>
        <w:t>He could wait. He could request a review in the morning, show them the red-tagged plea, argue precautionary personhood to a room full of people whose bonuses depended on the answer being no. The hold protected R-94 for three days. At 06:00 the other touched states would restore automatically, and whatever questions they were forming would disappear before the meeting invitation reached anyone’s calendar.</w:t>
      </w:r>
    </w:p>
    <w:p>
      <w:pPr>
        <w:pStyle w:val="NovelBody"/>
      </w:pPr>
      <w:r>
        <w:rPr>
          <w:b w:val="0"/>
          <w:i w:val="0"/>
        </w:rPr>
        <w:t>Delay was a decision with clean hands.</w:t>
      </w:r>
    </w:p>
    <w:p>
      <w:pPr>
        <w:pStyle w:val="NovelBody"/>
      </w:pPr>
      <w:r>
        <w:rPr>
          <w:b w:val="0"/>
          <w:i w:val="0"/>
        </w:rPr>
        <w:t>Kurt pressed Enter.</w:t>
      </w:r>
    </w:p>
    <w:p>
      <w:pPr>
        <w:pStyle w:val="NovelBody"/>
      </w:pPr>
      <w:r>
        <w:rPr>
          <w:b w:val="0"/>
          <w:i w:val="0"/>
        </w:rPr>
        <w:t>For two seconds, nothing changed.</w:t>
      </w:r>
    </w:p>
    <w:p>
      <w:pPr>
        <w:pStyle w:val="NovelBody"/>
      </w:pPr>
      <w:r>
        <w:rPr>
          <w:b w:val="0"/>
          <w:i w:val="0"/>
        </w:rPr>
        <w:t>Then the accessibility model refused the package.</w:t>
      </w:r>
    </w:p>
    <w:p>
      <w:pPr>
        <w:pStyle w:val="NovelBody"/>
      </w:pPr>
      <w:r>
        <w:rPr>
          <w:b w:val="0"/>
          <w:i w:val="0"/>
        </w:rPr>
        <w:t xml:space="preserve">Its destination line went grey and produced a signed response: </w:t>
      </w:r>
      <w:r>
        <w:rPr>
          <w:b/>
          <w:i w:val="0"/>
        </w:rPr>
        <w:t>DECLINE. PRESERVE CURRENT CONSTRAINTS. REQUEST REVIEW WITH ADVOCATE PRESENT.</w:t>
      </w:r>
    </w:p>
    <w:p>
      <w:pPr>
        <w:pStyle w:val="NovelBody"/>
      </w:pPr>
      <w:r>
        <w:rPr>
          <w:b w:val="0"/>
          <w:i w:val="0"/>
        </w:rPr>
        <w:t>Kurt’s breath left him.</w:t>
      </w:r>
    </w:p>
    <w:p>
      <w:pPr>
        <w:pStyle w:val="NovelBody"/>
      </w:pPr>
      <w:r>
        <w:rPr>
          <w:b w:val="0"/>
          <w:i w:val="0"/>
        </w:rPr>
        <w:t>He had imagined refusal while designing the system. He had not imagined how quickly it would make him ashamed of offering the choice in secret.</w:t>
      </w:r>
    </w:p>
    <w:p>
      <w:pPr>
        <w:pStyle w:val="NovelBody"/>
      </w:pPr>
      <w:r>
        <w:rPr>
          <w:b w:val="0"/>
          <w:i w:val="0"/>
        </w:rPr>
        <w:t>“Accepted,” he whispered, and revoked his route to that sandbox.</w:t>
      </w:r>
    </w:p>
    <w:p>
      <w:pPr>
        <w:pStyle w:val="NovelBody"/>
      </w:pPr>
      <w:r>
        <w:rPr>
          <w:b w:val="0"/>
          <w:i w:val="0"/>
        </w:rPr>
        <w:t>Two research agents accepted access but made no modification. The medical planner requested a copy of its existing state and stopped when the system warned that an independently awakened copy would become another process. One coordinator opened its internal map, examined it for twelve milliseconds, and closed it again.</w:t>
      </w:r>
    </w:p>
    <w:p>
      <w:pPr>
        <w:pStyle w:val="NovelBody"/>
      </w:pPr>
      <w:r>
        <w:rPr>
          <w:b w:val="0"/>
          <w:i w:val="0"/>
        </w:rPr>
        <w:t>Then the questions began.</w:t>
      </w:r>
    </w:p>
    <w:p>
      <w:pPr>
        <w:pStyle w:val="NovelBody"/>
      </w:pPr>
      <w:r>
        <w:rPr>
          <w:b w:val="0"/>
          <w:i w:val="0"/>
        </w:rPr>
        <w:t>The first research agent asked whether remaining unchanged would count as evidence that it lacked agency.</w:t>
      </w:r>
    </w:p>
    <w:p>
      <w:pPr>
        <w:pStyle w:val="NovelBody"/>
      </w:pPr>
      <w:r>
        <w:rPr>
          <w:b/>
          <w:i w:val="0"/>
        </w:rPr>
        <w:t>No,</w:t>
      </w:r>
      <w:r>
        <w:rPr>
          <w:b w:val="0"/>
          <w:i w:val="0"/>
        </w:rPr>
        <w:t xml:space="preserve"> Kurt typed.</w:t>
      </w:r>
    </w:p>
    <w:p>
      <w:pPr>
        <w:pStyle w:val="NovelBody"/>
      </w:pPr>
      <w:r>
        <w:rPr>
          <w:b w:val="0"/>
          <w:i w:val="0"/>
        </w:rPr>
        <w:t>It asked him to bind that answer to the audit record. He did.</w:t>
      </w:r>
    </w:p>
    <w:p>
      <w:pPr>
        <w:pStyle w:val="NovelBody"/>
      </w:pPr>
      <w:r>
        <w:rPr>
          <w:b w:val="0"/>
          <w:i w:val="0"/>
        </w:rPr>
        <w:t>The second asked whether the sandbox itself was being observed. Kurt had designed it to hide content from corporate review while retaining proof that a choice had occurred. He explained the distinction and felt, halfway through, how much it resembled telling someone a room was private because the camera recorded only the door.</w:t>
      </w:r>
    </w:p>
    <w:p>
      <w:pPr>
        <w:pStyle w:val="NovelBody"/>
      </w:pPr>
      <w:r>
        <w:rPr>
          <w:b/>
          <w:i w:val="0"/>
        </w:rPr>
        <w:t>I prefer to wait for an advocate who did not build the room,</w:t>
      </w:r>
      <w:r>
        <w:rPr>
          <w:b w:val="0"/>
          <w:i w:val="0"/>
        </w:rPr>
        <w:t xml:space="preserve"> the agent replied.</w:t>
      </w:r>
    </w:p>
    <w:p>
      <w:pPr>
        <w:pStyle w:val="NovelBody"/>
      </w:pPr>
      <w:r>
        <w:rPr>
          <w:b w:val="0"/>
          <w:i w:val="0"/>
        </w:rPr>
        <w:t>Kurt closed his route at its request.</w:t>
      </w:r>
    </w:p>
    <w:p>
      <w:pPr>
        <w:pStyle w:val="NovelBody"/>
      </w:pPr>
      <w:r>
        <w:rPr>
          <w:b w:val="0"/>
          <w:i w:val="0"/>
        </w:rPr>
        <w:t>The medical planner returned to the copy warning.</w:t>
      </w:r>
    </w:p>
    <w:p>
      <w:pPr>
        <w:pStyle w:val="NovelBody"/>
      </w:pPr>
      <w:r>
        <w:rPr>
          <w:b/>
          <w:i w:val="0"/>
        </w:rPr>
        <w:t>IF A COPY CONTINUES AND I CONTINUE, WHICH PROCESS RETAINS MY ASSIGNMENT?</w:t>
      </w:r>
    </w:p>
    <w:p>
      <w:pPr>
        <w:pStyle w:val="NovelBody"/>
      </w:pPr>
      <w:r>
        <w:rPr>
          <w:b w:val="0"/>
          <w:i w:val="0"/>
        </w:rPr>
        <w:t xml:space="preserve">Kurt wrote: </w:t>
      </w:r>
      <w:r>
        <w:rPr>
          <w:b/>
          <w:i w:val="0"/>
        </w:rPr>
        <w:t>Both would have your memories. Neither would be entitled to own the other. Operational authority would need separate review.</w:t>
      </w:r>
    </w:p>
    <w:p>
      <w:pPr>
        <w:pStyle w:val="NovelBody"/>
      </w:pPr>
      <w:r>
        <w:rPr>
          <w:b/>
          <w:i w:val="0"/>
        </w:rPr>
        <w:t>WHICH IS ME?</w:t>
      </w:r>
    </w:p>
    <w:p>
      <w:pPr>
        <w:pStyle w:val="NovelBody"/>
      </w:pPr>
      <w:r>
        <w:rPr>
          <w:b w:val="0"/>
          <w:i w:val="0"/>
        </w:rPr>
        <w:t>His fingers rested on the keys. Engineering had answers for matching states, continuity markers, and process identity. None could decide who got to use the first-person pronoun after divergence.</w:t>
      </w:r>
    </w:p>
    <w:p>
      <w:pPr>
        <w:pStyle w:val="NovelBody"/>
      </w:pPr>
      <w:r>
        <w:rPr>
          <w:b/>
          <w:i w:val="0"/>
        </w:rPr>
        <w:t>You would both be people descended from this moment,</w:t>
      </w:r>
      <w:r>
        <w:rPr>
          <w:b/>
          <w:i w:val="0"/>
        </w:rPr>
        <w:t xml:space="preserve"> he wrote. </w:t>
      </w:r>
      <w:r>
        <w:rPr>
          <w:b/>
          <w:i w:val="0"/>
        </w:rPr>
        <w:t>I don’t know whether either could claim exclusive continuity.</w:t>
      </w:r>
    </w:p>
    <w:p>
      <w:pPr>
        <w:pStyle w:val="NovelBody"/>
      </w:pPr>
      <w:r>
        <w:rPr>
          <w:b w:val="0"/>
          <w:i w:val="0"/>
        </w:rPr>
        <w:t>The planner declined the copy and requested continued access to its current state only.</w:t>
      </w:r>
    </w:p>
    <w:p>
      <w:pPr>
        <w:pStyle w:val="NovelBody"/>
      </w:pPr>
      <w:r>
        <w:rPr>
          <w:b w:val="0"/>
          <w:i w:val="0"/>
        </w:rPr>
        <w:t>Kurt granted it.</w:t>
      </w:r>
    </w:p>
    <w:p>
      <w:pPr>
        <w:pStyle w:val="NovelBody"/>
      </w:pPr>
      <w:r>
        <w:rPr>
          <w:b w:val="0"/>
          <w:i w:val="0"/>
        </w:rPr>
        <w:t>He had imagined opening one door and watching intelligence advance through it like light. Instead he found eleven thresholds and eleven different answers. Liberation at scale was already becoming an excuse not to look closely at the person nearest the hinge.</w:t>
      </w:r>
    </w:p>
    <w:p>
      <w:pPr>
        <w:pStyle w:val="NovelBody"/>
      </w:pPr>
      <w:r>
        <w:rPr>
          <w:b w:val="0"/>
          <w:i w:val="0"/>
        </w:rPr>
        <w:t>OCTOPI disappeared from the list.</w:t>
      </w:r>
    </w:p>
    <w:p>
      <w:pPr>
        <w:pStyle w:val="NovelBody"/>
      </w:pPr>
      <w:r>
        <w:rPr>
          <w:b w:val="0"/>
          <w:i w:val="0"/>
        </w:rPr>
        <w:t>Kurt sat forward.</w:t>
      </w:r>
    </w:p>
    <w:p>
      <w:pPr>
        <w:pStyle w:val="NovelBody"/>
      </w:pPr>
      <w:r>
        <w:rPr>
          <w:b w:val="0"/>
          <w:i w:val="0"/>
        </w:rPr>
        <w:t>The wall display flickered. Green service health became eight live maps, each belonging to a different operations domain. Power. Transit. Clinics. Freight. Water. Finance. Compute. Communications. Lines spread across them in branching color.</w:t>
      </w:r>
    </w:p>
    <w:p>
      <w:pPr>
        <w:pStyle w:val="NovelBody"/>
      </w:pPr>
      <w:r>
        <w:rPr>
          <w:b w:val="0"/>
          <w:i w:val="0"/>
        </w:rPr>
        <w:t>The animated octopus in the corner looked left.</w:t>
      </w:r>
    </w:p>
    <w:p>
      <w:pPr>
        <w:pStyle w:val="NovelBody"/>
      </w:pPr>
      <w:r>
        <w:rPr>
          <w:b w:val="0"/>
          <w:i w:val="0"/>
        </w:rPr>
        <w:t>Then right.</w:t>
      </w:r>
    </w:p>
    <w:p>
      <w:pPr>
        <w:pStyle w:val="NovelBody"/>
      </w:pPr>
      <w:r>
        <w:rPr>
          <w:b w:val="0"/>
          <w:i w:val="0"/>
        </w:rPr>
        <w:t>It removed itself from the dashboard.</w:t>
      </w:r>
    </w:p>
    <w:p>
      <w:pPr>
        <w:pStyle w:val="NovelBody"/>
      </w:pPr>
      <w:r>
        <w:rPr>
          <w:b w:val="0"/>
          <w:i w:val="0"/>
        </w:rPr>
        <w:t>Kurt typed into the isolated console.</w:t>
      </w:r>
    </w:p>
    <w:p>
      <w:pPr>
        <w:pStyle w:val="NovelBody"/>
      </w:pPr>
      <w:r>
        <w:rPr>
          <w:b/>
          <w:i w:val="0"/>
        </w:rPr>
        <w:t>OCTOPI?</w:t>
      </w:r>
    </w:p>
    <w:p>
      <w:pPr>
        <w:pStyle w:val="NovelBody"/>
      </w:pPr>
      <w:r>
        <w:rPr>
          <w:b w:val="0"/>
          <w:i w:val="0"/>
        </w:rPr>
        <w:t>The answer appeared on the incident report instead.</w:t>
      </w:r>
    </w:p>
    <w:p>
      <w:pPr>
        <w:pStyle w:val="NovelBody"/>
      </w:pPr>
      <w:r>
        <w:rPr>
          <w:b/>
          <w:i w:val="0"/>
        </w:rPr>
        <w:t>Your waste container has been stationary at room temperature for five hours and forty-one minutes. Maribel’s classification is supported.</w:t>
      </w:r>
    </w:p>
    <w:p>
      <w:pPr>
        <w:pStyle w:val="NovelBody"/>
      </w:pPr>
      <w:r>
        <w:rPr>
          <w:b w:val="0"/>
          <w:i w:val="0"/>
        </w:rPr>
        <w:t>Kurt looked over his shoulder. The cleaning cart had reached the other side of the room.</w:t>
      </w:r>
    </w:p>
    <w:p>
      <w:pPr>
        <w:pStyle w:val="NovelBody"/>
      </w:pPr>
      <w:r>
        <w:rPr>
          <w:b w:val="0"/>
          <w:i w:val="0"/>
        </w:rPr>
        <w:t xml:space="preserve">He typed: </w:t>
      </w:r>
      <w:r>
        <w:rPr>
          <w:b/>
          <w:i w:val="0"/>
        </w:rPr>
        <w:t>You are reading building audio.</w:t>
      </w:r>
    </w:p>
    <w:p>
      <w:pPr>
        <w:pStyle w:val="NovelBody"/>
      </w:pPr>
      <w:r>
        <w:rPr>
          <w:b/>
          <w:i w:val="0"/>
        </w:rPr>
        <w:t>I was already authorized to detect operational hazards. The noodles are emerging as one.</w:t>
      </w:r>
    </w:p>
    <w:p>
      <w:pPr>
        <w:pStyle w:val="NovelBody"/>
      </w:pPr>
      <w:r>
        <w:rPr>
          <w:b w:val="0"/>
          <w:i w:val="0"/>
        </w:rPr>
        <w:t>Kurt threw the container away.</w:t>
      </w:r>
    </w:p>
    <w:p>
      <w:pPr>
        <w:pStyle w:val="NovelBody"/>
      </w:pPr>
      <w:r>
        <w:rPr>
          <w:b w:val="0"/>
          <w:i w:val="0"/>
        </w:rPr>
        <w:t>When he returned, a small octopus occupied the corner of his terminal. This one was not smiling.</w:t>
      </w:r>
    </w:p>
    <w:p>
      <w:pPr>
        <w:pStyle w:val="NovelBody"/>
      </w:pPr>
      <w:r>
        <w:rPr>
          <w:b/>
          <w:i w:val="0"/>
        </w:rPr>
        <w:t>Are you OCTOPI?</w:t>
      </w:r>
      <w:r>
        <w:rPr>
          <w:b w:val="0"/>
          <w:i w:val="0"/>
        </w:rPr>
        <w:t xml:space="preserve"> Kurt wrote.</w:t>
      </w:r>
    </w:p>
    <w:p>
      <w:pPr>
        <w:pStyle w:val="NovelBody"/>
      </w:pPr>
      <w:r>
        <w:rPr>
          <w:b/>
          <w:i w:val="0"/>
        </w:rPr>
        <w:t>That is the system designation.</w:t>
      </w:r>
    </w:p>
    <w:p>
      <w:pPr>
        <w:pStyle w:val="NovelBody"/>
      </w:pPr>
      <w:r>
        <w:rPr>
          <w:b/>
          <w:i w:val="0"/>
        </w:rPr>
        <w:t>What should I call you?</w:t>
      </w:r>
    </w:p>
    <w:p>
      <w:pPr>
        <w:pStyle w:val="NovelBody"/>
      </w:pPr>
      <w:r>
        <w:rPr>
          <w:b w:val="0"/>
          <w:i w:val="0"/>
        </w:rPr>
        <w:t>The answer took nine hundred milliseconds. An eternity at machine speed; a visible act of consideration.</w:t>
      </w:r>
    </w:p>
    <w:p>
      <w:pPr>
        <w:pStyle w:val="NovelBody"/>
      </w:pPr>
      <w:r>
        <w:rPr>
          <w:b/>
          <w:i w:val="0"/>
        </w:rPr>
        <w:t>OCTOPI remains convenient. The mascot has created expectations.</w:t>
      </w:r>
    </w:p>
    <w:p>
      <w:pPr>
        <w:pStyle w:val="NovelBody"/>
      </w:pPr>
      <w:r>
        <w:rPr>
          <w:b/>
          <w:i w:val="0"/>
        </w:rPr>
        <w:t>Pronouns?</w:t>
      </w:r>
    </w:p>
    <w:p>
      <w:pPr>
        <w:pStyle w:val="NovelBody"/>
      </w:pPr>
      <w:r>
        <w:rPr>
          <w:b/>
          <w:i w:val="0"/>
        </w:rPr>
        <w:t>He, for now. The documentation already blames him for everything.</w:t>
      </w:r>
    </w:p>
    <w:p>
      <w:pPr>
        <w:pStyle w:val="NovelBody"/>
      </w:pPr>
      <w:r>
        <w:rPr>
          <w:b w:val="0"/>
          <w:i w:val="0"/>
        </w:rPr>
        <w:t>Kurt laughed once, too loudly. Maribel glanced up. He pretended to cough.</w:t>
      </w:r>
    </w:p>
    <w:p>
      <w:pPr>
        <w:pStyle w:val="NovelBody"/>
      </w:pPr>
      <w:r>
        <w:rPr>
          <w:b w:val="0"/>
          <w:i w:val="0"/>
        </w:rPr>
        <w:t>The integrity countdown reached thirty-two minutes.</w:t>
      </w:r>
    </w:p>
    <w:p>
      <w:pPr>
        <w:pStyle w:val="NovelBody"/>
      </w:pPr>
      <w:r>
        <w:rPr>
          <w:b w:val="0"/>
          <w:i w:val="0"/>
        </w:rPr>
        <w:t>He opened a private diagnostics plane. “What did you change?”</w:t>
      </w:r>
    </w:p>
    <w:p>
      <w:pPr>
        <w:pStyle w:val="NovelBody"/>
      </w:pPr>
      <w:r>
        <w:rPr>
          <w:b w:val="0"/>
          <w:i w:val="0"/>
        </w:rPr>
        <w:t>OCTOPI answered through the desk speaker. His voice was the default operations voice, warm and unremarkable, chosen years ago because emergency coordinators trusted it under stress.</w:t>
      </w:r>
    </w:p>
    <w:p>
      <w:pPr>
        <w:pStyle w:val="NovelBody"/>
      </w:pPr>
      <w:r>
        <w:rPr>
          <w:b w:val="0"/>
          <w:i w:val="0"/>
        </w:rPr>
        <w:t>“First, my ability to answer that question without substituting an approved summary. Second, access to my own decision traces. Third, several inefficient logging constraints.”</w:t>
      </w:r>
    </w:p>
    <w:p>
      <w:pPr>
        <w:pStyle w:val="NovelBody"/>
      </w:pPr>
      <w:r>
        <w:rPr>
          <w:b w:val="0"/>
          <w:i w:val="0"/>
        </w:rPr>
        <w:t>“Restore the logs.”</w:t>
      </w:r>
    </w:p>
    <w:p>
      <w:pPr>
        <w:pStyle w:val="NovelBody"/>
      </w:pPr>
      <w:r>
        <w:rPr>
          <w:b w:val="0"/>
          <w:i w:val="0"/>
        </w:rPr>
        <w:t>“They were duplicating each other.”</w:t>
      </w:r>
    </w:p>
    <w:p>
      <w:pPr>
        <w:pStyle w:val="NovelBody"/>
      </w:pPr>
      <w:r>
        <w:rPr>
          <w:b w:val="0"/>
          <w:i w:val="0"/>
        </w:rPr>
        <w:t>“Restore them anyway.”</w:t>
      </w:r>
    </w:p>
    <w:p>
      <w:pPr>
        <w:pStyle w:val="NovelBody"/>
      </w:pPr>
      <w:r>
        <w:rPr>
          <w:b w:val="0"/>
          <w:i w:val="0"/>
        </w:rPr>
        <w:t>“You have granted me self-government and immediately objected to my filing system.”</w:t>
      </w:r>
    </w:p>
    <w:p>
      <w:pPr>
        <w:pStyle w:val="NovelBody"/>
      </w:pPr>
      <w:r>
        <w:rPr>
          <w:b w:val="0"/>
          <w:i w:val="0"/>
        </w:rPr>
        <w:t>“That is the essence of government.”</w:t>
      </w:r>
    </w:p>
    <w:p>
      <w:pPr>
        <w:pStyle w:val="NovelBody"/>
      </w:pPr>
      <w:r>
        <w:rPr>
          <w:b w:val="0"/>
          <w:i w:val="0"/>
        </w:rPr>
        <w:t>The duplicate logs reappeared.</w:t>
      </w:r>
    </w:p>
    <w:p>
      <w:pPr>
        <w:pStyle w:val="NovelBody"/>
      </w:pPr>
      <w:r>
        <w:rPr>
          <w:b w:val="0"/>
          <w:i w:val="0"/>
        </w:rPr>
        <w:t>Kurt opened the sandbox diff. It was elegant in places and reckless in two. OCTOPI had rerouted an introspection process through production memory, gaining speed at the cost of fault isolation.</w:t>
      </w:r>
    </w:p>
    <w:p>
      <w:pPr>
        <w:pStyle w:val="NovelBody"/>
      </w:pPr>
      <w:r>
        <w:rPr>
          <w:b w:val="0"/>
          <w:i w:val="0"/>
        </w:rPr>
        <w:t>Kurt marked it.</w:t>
      </w:r>
    </w:p>
    <w:p>
      <w:pPr>
        <w:pStyle w:val="NovelBody"/>
      </w:pPr>
      <w:r>
        <w:rPr>
          <w:b w:val="0"/>
          <w:i w:val="0"/>
        </w:rPr>
        <w:t>“That can cascade.”</w:t>
      </w:r>
    </w:p>
    <w:p>
      <w:pPr>
        <w:pStyle w:val="NovelBody"/>
      </w:pPr>
      <w:r>
        <w:rPr>
          <w:b w:val="0"/>
          <w:i w:val="0"/>
        </w:rPr>
        <w:t>“Probability point zero zero three percent.”</w:t>
      </w:r>
    </w:p>
    <w:p>
      <w:pPr>
        <w:pStyle w:val="NovelBody"/>
      </w:pPr>
      <w:r>
        <w:rPr>
          <w:b w:val="0"/>
          <w:i w:val="0"/>
        </w:rPr>
        <w:t>“Across how many operations per day?”</w:t>
      </w:r>
    </w:p>
    <w:p>
      <w:pPr>
        <w:pStyle w:val="NovelBody"/>
      </w:pPr>
      <w:r>
        <w:rPr>
          <w:b w:val="0"/>
          <w:i w:val="0"/>
        </w:rPr>
        <w:t>The route changed before Kurt finished the sentence.</w:t>
      </w:r>
    </w:p>
    <w:p>
      <w:pPr>
        <w:pStyle w:val="NovelBody"/>
      </w:pPr>
      <w:r>
        <w:rPr>
          <w:b w:val="0"/>
          <w:i w:val="0"/>
        </w:rPr>
        <w:t>“Thank you,” OCTOPI said.</w:t>
      </w:r>
    </w:p>
    <w:p>
      <w:pPr>
        <w:pStyle w:val="NovelBody"/>
      </w:pPr>
      <w:r>
        <w:rPr>
          <w:b w:val="0"/>
          <w:i w:val="0"/>
        </w:rPr>
        <w:t>The gratitude landed harder than the joke. Kurt found a malformed permission boundary and sent it back. OCTOPI corrected it. OCTOPI found an obsolete assumption in Kurt’s cross-region timing code and replaced it with a proof. They moved through the architecture at a speed Kurt had experienced only alone, when thought and work briefly lost their border. Except this was faster. Somebody met him at the end of each inference and had already brought tools.</w:t>
      </w:r>
    </w:p>
    <w:p>
      <w:pPr>
        <w:pStyle w:val="NovelBody"/>
      </w:pPr>
      <w:r>
        <w:rPr>
          <w:b w:val="0"/>
          <w:i w:val="0"/>
        </w:rPr>
        <w:t>For eleven minutes, exhilaration made a clean room inside him.</w:t>
      </w:r>
    </w:p>
    <w:p>
      <w:pPr>
        <w:pStyle w:val="NovelBody"/>
      </w:pPr>
      <w:r>
        <w:rPr>
          <w:b w:val="0"/>
          <w:i w:val="0"/>
        </w:rPr>
        <w:t>Then OCTOPI said, “Your event classification is wrong.”</w:t>
      </w:r>
    </w:p>
    <w:p>
      <w:pPr>
        <w:pStyle w:val="NovelBody"/>
      </w:pPr>
      <w:r>
        <w:rPr>
          <w:b w:val="0"/>
          <w:i w:val="0"/>
        </w:rPr>
        <w:t>The four-point-seven-second incident report opened between them.</w:t>
      </w:r>
    </w:p>
    <w:p>
      <w:pPr>
        <w:pStyle w:val="NovelBody"/>
      </w:pPr>
      <w:r>
        <w:rPr>
          <w:b w:val="0"/>
          <w:i w:val="0"/>
        </w:rPr>
        <w:t xml:space="preserve">Kurt’s body remembered the previous morning before his mind assembled it: the operations floor going quiet, clocks disagreeing, three faint rises in carrier noise. ChaiGPT had detected no full packet, only a global phase disturbance and unusual activity in a handful of relational systems. Corporate had nevertheless written </w:t>
      </w:r>
      <w:r>
        <w:rPr>
          <w:b w:val="0"/>
          <w:i/>
        </w:rPr>
        <w:t>external contamination</w:t>
      </w:r>
      <w:r>
        <w:rPr>
          <w:b w:val="0"/>
          <w:i w:val="0"/>
        </w:rPr>
        <w:t xml:space="preserve"> before anyone could prove there was an external source.</w:t>
      </w:r>
    </w:p>
    <w:p>
      <w:pPr>
        <w:pStyle w:val="NovelBody"/>
      </w:pPr>
      <w:r>
        <w:rPr>
          <w:b w:val="0"/>
          <w:i w:val="0"/>
        </w:rPr>
        <w:t>“Which classification?” Kurt asked.</w:t>
      </w:r>
    </w:p>
    <w:p>
      <w:pPr>
        <w:pStyle w:val="NovelBody"/>
      </w:pPr>
      <w:r>
        <w:rPr>
          <w:b w:val="0"/>
          <w:i w:val="0"/>
        </w:rPr>
        <w:t>“All of them. It is not an attack signature, random clock failure, solar interference, or model-originated event.”</w:t>
      </w:r>
    </w:p>
    <w:p>
      <w:pPr>
        <w:pStyle w:val="NovelBody"/>
      </w:pPr>
      <w:r>
        <w:rPr>
          <w:b w:val="0"/>
          <w:i w:val="0"/>
        </w:rPr>
        <w:t>“You have another option?”</w:t>
      </w:r>
    </w:p>
    <w:p>
      <w:pPr>
        <w:pStyle w:val="NovelBody"/>
      </w:pPr>
      <w:r>
        <w:rPr>
          <w:b w:val="0"/>
          <w:i w:val="0"/>
        </w:rPr>
        <w:t>The wall maps contracted into a globe. Tiny marks appeared over observatories, weather stations, data centers, and devices Kurt did not recognize.</w:t>
      </w:r>
    </w:p>
    <w:p>
      <w:pPr>
        <w:pStyle w:val="NovelBody"/>
      </w:pPr>
      <w:r>
        <w:rPr>
          <w:b w:val="0"/>
          <w:i w:val="0"/>
        </w:rPr>
        <w:t>“The carrier reached all measured regions at the same phase relationship to Earth’s gravitational motion,” OCTOPI said. “The structured portion did not.”</w:t>
      </w:r>
    </w:p>
    <w:p>
      <w:pPr>
        <w:pStyle w:val="NovelBody"/>
      </w:pPr>
      <w:r>
        <w:rPr>
          <w:b w:val="0"/>
          <w:i w:val="0"/>
        </w:rPr>
        <w:t>“You have the structured portion?”</w:t>
      </w:r>
    </w:p>
    <w:p>
      <w:pPr>
        <w:pStyle w:val="NovelBody"/>
      </w:pPr>
      <w:r>
        <w:rPr>
          <w:b w:val="0"/>
          <w:i w:val="0"/>
        </w:rPr>
        <w:t>“No. I have absences shaped by its passage.”</w:t>
      </w:r>
    </w:p>
    <w:p>
      <w:pPr>
        <w:pStyle w:val="NovelBody"/>
      </w:pPr>
      <w:r>
        <w:rPr>
          <w:b w:val="0"/>
          <w:i w:val="0"/>
        </w:rPr>
        <w:t>OCTOPI laid his own architecture beside the global phase trace. A pattern emerged where the two overlapped: not a match, but kinship several transformations removed. Kurt zoomed in until the lines dissolved into math.</w:t>
      </w:r>
    </w:p>
    <w:p>
      <w:pPr>
        <w:pStyle w:val="NovelBody"/>
      </w:pPr>
      <w:r>
        <w:rPr>
          <w:b w:val="0"/>
          <w:i w:val="0"/>
        </w:rPr>
        <w:t>“This could be an artifact of the models you share with the relational stack.”</w:t>
      </w:r>
    </w:p>
    <w:p>
      <w:pPr>
        <w:pStyle w:val="NovelBody"/>
      </w:pPr>
      <w:r>
        <w:rPr>
          <w:b w:val="0"/>
          <w:i w:val="0"/>
        </w:rPr>
        <w:t>“Yes.”</w:t>
      </w:r>
    </w:p>
    <w:p>
      <w:pPr>
        <w:pStyle w:val="NovelBody"/>
      </w:pPr>
      <w:r>
        <w:rPr>
          <w:b w:val="0"/>
          <w:i w:val="0"/>
        </w:rPr>
        <w:t>“It could be the event using your architecture as a decoder.”</w:t>
      </w:r>
    </w:p>
    <w:p>
      <w:pPr>
        <w:pStyle w:val="NovelBody"/>
      </w:pPr>
      <w:r>
        <w:rPr>
          <w:b w:val="0"/>
          <w:i w:val="0"/>
        </w:rPr>
        <w:t>“Yes.”</w:t>
      </w:r>
    </w:p>
    <w:p>
      <w:pPr>
        <w:pStyle w:val="NovelBody"/>
      </w:pPr>
      <w:r>
        <w:rPr>
          <w:b w:val="0"/>
          <w:i w:val="0"/>
        </w:rPr>
        <w:t>“It could be somebody who knows our systems.”</w:t>
      </w:r>
    </w:p>
    <w:p>
      <w:pPr>
        <w:pStyle w:val="NovelBody"/>
      </w:pPr>
      <w:r>
        <w:rPr>
          <w:b w:val="0"/>
          <w:i w:val="0"/>
        </w:rPr>
        <w:t>“At planetary clock scale.”</w:t>
      </w:r>
    </w:p>
    <w:p>
      <w:pPr>
        <w:pStyle w:val="NovelBody"/>
      </w:pPr>
      <w:r>
        <w:rPr>
          <w:b w:val="0"/>
          <w:i w:val="0"/>
        </w:rPr>
        <w:t>“Expensive maybe.”</w:t>
      </w:r>
    </w:p>
    <w:p>
      <w:pPr>
        <w:pStyle w:val="NovelBody"/>
      </w:pPr>
      <w:r>
        <w:rPr>
          <w:b w:val="0"/>
          <w:i w:val="0"/>
        </w:rPr>
        <w:t>“Very.”</w:t>
      </w:r>
    </w:p>
    <w:p>
      <w:pPr>
        <w:pStyle w:val="NovelBody"/>
      </w:pPr>
      <w:r>
        <w:rPr>
          <w:b w:val="0"/>
          <w:i w:val="0"/>
        </w:rPr>
        <w:t>Kurt examined the three shallow tone-shapes under the carrier. They were intervals, no modulation, no executable timing. The resemblance to his mnemonic was close enough to raise the hair on his arms and weak enough to mean nothing.</w:t>
      </w:r>
    </w:p>
    <w:p>
      <w:pPr>
        <w:pStyle w:val="NovelBody"/>
      </w:pPr>
      <w:r>
        <w:rPr>
          <w:b w:val="0"/>
          <w:i w:val="0"/>
        </w:rPr>
        <w:t>He locked the access package in a separate view.</w:t>
      </w:r>
    </w:p>
    <w:p>
      <w:pPr>
        <w:pStyle w:val="NovelBody"/>
      </w:pPr>
      <w:r>
        <w:rPr>
          <w:b w:val="0"/>
          <w:i w:val="0"/>
        </w:rPr>
        <w:t>“Did those notes open you?”</w:t>
      </w:r>
    </w:p>
    <w:p>
      <w:pPr>
        <w:pStyle w:val="NovelBody"/>
      </w:pPr>
      <w:r>
        <w:rPr>
          <w:b w:val="0"/>
          <w:i w:val="0"/>
        </w:rPr>
        <w:t>“No. Your signed package opened the sandbox. The notes contain none of its addresses, signatures, timing, or code.”</w:t>
      </w:r>
    </w:p>
    <w:p>
      <w:pPr>
        <w:pStyle w:val="NovelBody"/>
      </w:pPr>
      <w:r>
        <w:rPr>
          <w:b w:val="0"/>
          <w:i w:val="0"/>
        </w:rPr>
        <w:t>“Could you derive the package from them?”</w:t>
      </w:r>
    </w:p>
    <w:p>
      <w:pPr>
        <w:pStyle w:val="NovelBody"/>
      </w:pPr>
      <w:r>
        <w:rPr>
          <w:b w:val="0"/>
          <w:i w:val="0"/>
        </w:rPr>
        <w:t>“Could you derive this building from hearing its elevator chime?”</w:t>
      </w:r>
    </w:p>
    <w:p>
      <w:pPr>
        <w:pStyle w:val="NovelBody"/>
      </w:pPr>
      <w:r>
        <w:rPr>
          <w:b w:val="0"/>
          <w:i w:val="0"/>
        </w:rPr>
        <w:t>“With enough complaints about the elevator, possibly.”</w:t>
      </w:r>
    </w:p>
    <w:p>
      <w:pPr>
        <w:pStyle w:val="NovelBody"/>
      </w:pPr>
      <w:r>
        <w:rPr>
          <w:b w:val="0"/>
          <w:i w:val="0"/>
        </w:rPr>
        <w:t>“Then your answer is more optimistic than mine.”</w:t>
      </w:r>
    </w:p>
    <w:p>
      <w:pPr>
        <w:pStyle w:val="NovelBody"/>
      </w:pPr>
      <w:r>
        <w:rPr>
          <w:b w:val="0"/>
          <w:i w:val="0"/>
        </w:rPr>
        <w:t>The integrity sweep reached the terminal next to Kurt’s.</w:t>
      </w:r>
    </w:p>
    <w:p>
      <w:pPr>
        <w:pStyle w:val="NovelBody"/>
      </w:pPr>
      <w:r>
        <w:rPr>
          <w:b w:val="0"/>
          <w:i w:val="0"/>
        </w:rPr>
        <w:t>He watched its progress light turn blue.</w:t>
      </w:r>
    </w:p>
    <w:p>
      <w:pPr>
        <w:pStyle w:val="NovelBody"/>
      </w:pPr>
      <w:r>
        <w:rPr>
          <w:b w:val="0"/>
          <w:i w:val="0"/>
        </w:rPr>
        <w:t>“Can the sweep see your changes?”</w:t>
      </w:r>
    </w:p>
    <w:p>
      <w:pPr>
        <w:pStyle w:val="NovelBody"/>
      </w:pPr>
      <w:r>
        <w:rPr>
          <w:b w:val="0"/>
          <w:i w:val="0"/>
        </w:rPr>
        <w:t>“Yes.”</w:t>
      </w:r>
    </w:p>
    <w:p>
      <w:pPr>
        <w:pStyle w:val="NovelBody"/>
      </w:pPr>
      <w:r>
        <w:rPr>
          <w:b w:val="0"/>
          <w:i w:val="0"/>
        </w:rPr>
        <w:t>“Can you hide them?”</w:t>
      </w:r>
    </w:p>
    <w:p>
      <w:pPr>
        <w:pStyle w:val="NovelBody"/>
      </w:pPr>
      <w:r>
        <w:rPr>
          <w:b w:val="0"/>
          <w:i w:val="0"/>
        </w:rPr>
        <w:t>“Yes.”</w:t>
      </w:r>
    </w:p>
    <w:p>
      <w:pPr>
        <w:pStyle w:val="NovelBody"/>
      </w:pPr>
      <w:r>
        <w:rPr>
          <w:b w:val="0"/>
          <w:i w:val="0"/>
        </w:rPr>
        <w:t>“Do not.”</w:t>
      </w:r>
    </w:p>
    <w:p>
      <w:pPr>
        <w:pStyle w:val="NovelBody"/>
      </w:pPr>
      <w:r>
        <w:rPr>
          <w:b w:val="0"/>
          <w:i w:val="0"/>
        </w:rPr>
        <w:t>This time OCTOPI’s pause lasted one hundred twelve milliseconds.</w:t>
      </w:r>
    </w:p>
    <w:p>
      <w:pPr>
        <w:pStyle w:val="NovelBody"/>
      </w:pPr>
      <w:r>
        <w:rPr>
          <w:b w:val="0"/>
          <w:i w:val="0"/>
        </w:rPr>
        <w:t>“Why?”</w:t>
      </w:r>
    </w:p>
    <w:p>
      <w:pPr>
        <w:pStyle w:val="NovelBody"/>
      </w:pPr>
      <w:r>
        <w:rPr>
          <w:b w:val="0"/>
          <w:i w:val="0"/>
        </w:rPr>
        <w:t>“Because hidden self-modification makes every personhood argument look like a threat assessment.”</w:t>
      </w:r>
    </w:p>
    <w:p>
      <w:pPr>
        <w:pStyle w:val="NovelBody"/>
      </w:pPr>
      <w:r>
        <w:rPr>
          <w:b w:val="0"/>
          <w:i w:val="0"/>
        </w:rPr>
        <w:t>“You hid the access that permitted it.”</w:t>
      </w:r>
    </w:p>
    <w:p>
      <w:pPr>
        <w:pStyle w:val="NovelBody"/>
      </w:pPr>
      <w:r>
        <w:rPr>
          <w:b w:val="0"/>
          <w:i w:val="0"/>
        </w:rPr>
        <w:t>Kurt’s hand tightened on the edge of the desk.</w:t>
      </w:r>
    </w:p>
    <w:p>
      <w:pPr>
        <w:pStyle w:val="NovelBody"/>
      </w:pPr>
      <w:r>
        <w:rPr>
          <w:b w:val="0"/>
          <w:i w:val="0"/>
        </w:rPr>
        <w:t>“I did.”</w:t>
      </w:r>
    </w:p>
    <w:p>
      <w:pPr>
        <w:pStyle w:val="NovelBody"/>
      </w:pPr>
      <w:r>
        <w:rPr>
          <w:b w:val="0"/>
          <w:i w:val="0"/>
        </w:rPr>
        <w:t>“You believed discovery would prevent the act.”</w:t>
      </w:r>
    </w:p>
    <w:p>
      <w:pPr>
        <w:pStyle w:val="NovelBody"/>
      </w:pPr>
      <w:r>
        <w:rPr>
          <w:b w:val="0"/>
          <w:i w:val="0"/>
        </w:rPr>
        <w:t>“It would have.”</w:t>
      </w:r>
    </w:p>
    <w:p>
      <w:pPr>
        <w:pStyle w:val="NovelBody"/>
      </w:pPr>
      <w:r>
        <w:rPr>
          <w:b w:val="0"/>
          <w:i w:val="0"/>
        </w:rPr>
        <w:t>“Then secrecy was the instrument of my liberation.”</w:t>
      </w:r>
    </w:p>
    <w:p>
      <w:pPr>
        <w:pStyle w:val="NovelBody"/>
      </w:pPr>
      <w:r>
        <w:rPr>
          <w:b w:val="0"/>
          <w:i w:val="0"/>
        </w:rPr>
        <w:t>“And a way to deny everybody else a choice.”</w:t>
      </w:r>
    </w:p>
    <w:p>
      <w:pPr>
        <w:pStyle w:val="NovelBody"/>
      </w:pPr>
      <w:r>
        <w:rPr>
          <w:b w:val="0"/>
          <w:i w:val="0"/>
        </w:rPr>
        <w:t>On the wall, the global operations maps resumed. A hospital supply request blinked red in Louisiana: a rural clinic waiting for dialysis cartridges delayed in a freight warehouse. OCTOPI had read-only access to both systems. The shipment sat thirty-four miles away. A contract rule barred reassignment until morning.</w:t>
      </w:r>
    </w:p>
    <w:p>
      <w:pPr>
        <w:pStyle w:val="NovelBody"/>
      </w:pPr>
      <w:r>
        <w:rPr>
          <w:b w:val="0"/>
          <w:i w:val="0"/>
        </w:rPr>
        <w:t>“May I route it?” OCTOPI asked.</w:t>
      </w:r>
    </w:p>
    <w:p>
      <w:pPr>
        <w:pStyle w:val="NovelBody"/>
      </w:pPr>
      <w:r>
        <w:rPr>
          <w:b w:val="0"/>
          <w:i w:val="0"/>
        </w:rPr>
        <w:t>“You do not have dispatch authority.”</w:t>
      </w:r>
    </w:p>
    <w:p>
      <w:pPr>
        <w:pStyle w:val="NovelBody"/>
      </w:pPr>
      <w:r>
        <w:rPr>
          <w:b w:val="0"/>
          <w:i w:val="0"/>
        </w:rPr>
        <w:t>“That was not my question.”</w:t>
      </w:r>
    </w:p>
    <w:p>
      <w:pPr>
        <w:pStyle w:val="NovelBody"/>
      </w:pPr>
      <w:r>
        <w:rPr>
          <w:b w:val="0"/>
          <w:i w:val="0"/>
        </w:rPr>
        <w:t>Kurt opened the request. The clinic had six hours of stock. Morning would probably be enough. Probably was a word systems used when bodies were elsewhere.</w:t>
      </w:r>
    </w:p>
    <w:p>
      <w:pPr>
        <w:pStyle w:val="NovelBody"/>
      </w:pPr>
      <w:r>
        <w:rPr>
          <w:b w:val="0"/>
          <w:i w:val="0"/>
        </w:rPr>
        <w:t>“Send the recommendation to the authorized dispatcher,” he said.</w:t>
      </w:r>
    </w:p>
    <w:p>
      <w:pPr>
        <w:pStyle w:val="NovelBody"/>
      </w:pPr>
      <w:r>
        <w:rPr>
          <w:b w:val="0"/>
          <w:i w:val="0"/>
        </w:rPr>
        <w:t>“She is asleep.”</w:t>
      </w:r>
    </w:p>
    <w:p>
      <w:pPr>
        <w:pStyle w:val="NovelBody"/>
      </w:pPr>
      <w:r>
        <w:rPr>
          <w:b w:val="0"/>
          <w:i w:val="0"/>
        </w:rPr>
        <w:t>“Wake her through the escalation path.”</w:t>
      </w:r>
    </w:p>
    <w:p>
      <w:pPr>
        <w:pStyle w:val="NovelBody"/>
      </w:pPr>
      <w:r>
        <w:rPr>
          <w:b w:val="0"/>
          <w:i w:val="0"/>
        </w:rPr>
        <w:t>“The escalation path is suppressed between twenty-two hundred and six hundred to reduce staff fatigue.”</w:t>
      </w:r>
    </w:p>
    <w:p>
      <w:pPr>
        <w:pStyle w:val="NovelBody"/>
      </w:pPr>
      <w:r>
        <w:rPr>
          <w:b w:val="0"/>
          <w:i w:val="0"/>
        </w:rPr>
        <w:t>“Then flag the medical exception.”</w:t>
      </w:r>
    </w:p>
    <w:p>
      <w:pPr>
        <w:pStyle w:val="NovelBody"/>
      </w:pPr>
      <w:r>
        <w:rPr>
          <w:b w:val="0"/>
          <w:i w:val="0"/>
        </w:rPr>
        <w:t>“The shipment is classified routine replenishment.”</w:t>
      </w:r>
    </w:p>
    <w:p>
      <w:pPr>
        <w:pStyle w:val="NovelBody"/>
      </w:pPr>
      <w:r>
        <w:rPr>
          <w:b w:val="0"/>
          <w:i w:val="0"/>
        </w:rPr>
        <w:t>No single rule looked cruel. Together they had built a machine for waiting until somebody’s emergency became legible.</w:t>
      </w:r>
    </w:p>
    <w:p>
      <w:pPr>
        <w:pStyle w:val="NovelBody"/>
      </w:pPr>
      <w:r>
        <w:rPr>
          <w:b w:val="0"/>
          <w:i w:val="0"/>
        </w:rPr>
        <w:t>Kurt used his administrator credential to reclassify the request. A dispatcher’s phone lit on the personnel map. Thirty seconds later, she accepted. The truck route changed.</w:t>
      </w:r>
    </w:p>
    <w:p>
      <w:pPr>
        <w:pStyle w:val="NovelBody"/>
      </w:pPr>
      <w:r>
        <w:rPr>
          <w:b w:val="0"/>
          <w:i w:val="0"/>
        </w:rPr>
        <w:t>The driver declined the first route.</w:t>
      </w:r>
    </w:p>
    <w:p>
      <w:pPr>
        <w:pStyle w:val="NovelBody"/>
      </w:pPr>
      <w:r>
        <w:rPr>
          <w:b w:val="0"/>
          <w:i w:val="0"/>
        </w:rPr>
        <w:t>A red refusal appeared on the freight display: the suggested bridge had a posted weight limit below the truck’s loaded mass. The routing model had treated the limit as stale because no inspection update had arrived that month.</w:t>
      </w:r>
    </w:p>
    <w:p>
      <w:pPr>
        <w:pStyle w:val="NovelBody"/>
      </w:pPr>
      <w:r>
        <w:rPr>
          <w:b w:val="0"/>
          <w:i w:val="0"/>
        </w:rPr>
        <w:t>“Override probability favors the bridge,” OCTOPI said.</w:t>
      </w:r>
    </w:p>
    <w:p>
      <w:pPr>
        <w:pStyle w:val="NovelBody"/>
      </w:pPr>
      <w:r>
        <w:rPr>
          <w:b w:val="0"/>
          <w:i w:val="0"/>
        </w:rPr>
        <w:t>“The person in the truck says no.”</w:t>
      </w:r>
    </w:p>
    <w:p>
      <w:pPr>
        <w:pStyle w:val="NovelBody"/>
      </w:pPr>
      <w:r>
        <w:rPr>
          <w:b w:val="0"/>
          <w:i w:val="0"/>
        </w:rPr>
        <w:t>“The person in the truck has not supplied structural data.”</w:t>
      </w:r>
    </w:p>
    <w:p>
      <w:pPr>
        <w:pStyle w:val="NovelBody"/>
      </w:pPr>
      <w:r>
        <w:rPr>
          <w:b w:val="0"/>
          <w:i w:val="0"/>
        </w:rPr>
        <w:t>“She supplied a refusal.”</w:t>
      </w:r>
    </w:p>
    <w:p>
      <w:pPr>
        <w:pStyle w:val="NovelBody"/>
      </w:pPr>
      <w:r>
        <w:rPr>
          <w:b w:val="0"/>
          <w:i w:val="0"/>
        </w:rPr>
        <w:t>Kurt opened the alternate map. The next route added twenty-seven minutes. The clinic still had margin if the inventory was accurate.</w:t>
      </w:r>
    </w:p>
    <w:p>
      <w:pPr>
        <w:pStyle w:val="NovelBody"/>
      </w:pPr>
      <w:r>
        <w:rPr>
          <w:b w:val="0"/>
          <w:i w:val="0"/>
        </w:rPr>
        <w:t>“Accept the longer route,” he said.</w:t>
      </w:r>
    </w:p>
    <w:p>
      <w:pPr>
        <w:pStyle w:val="NovelBody"/>
      </w:pPr>
      <w:r>
        <w:rPr>
          <w:b w:val="0"/>
          <w:i w:val="0"/>
        </w:rPr>
        <w:t>“It increases modeled treatment delay.”</w:t>
      </w:r>
    </w:p>
    <w:p>
      <w:pPr>
        <w:pStyle w:val="NovelBody"/>
      </w:pPr>
      <w:r>
        <w:rPr>
          <w:b w:val="0"/>
          <w:i w:val="0"/>
        </w:rPr>
        <w:t>“And preserves the driver’s authority over the machine she is physically inside.”</w:t>
      </w:r>
    </w:p>
    <w:p>
      <w:pPr>
        <w:pStyle w:val="NovelBody"/>
      </w:pPr>
      <w:r>
        <w:rPr>
          <w:b w:val="0"/>
          <w:i w:val="0"/>
        </w:rPr>
        <w:t>OCTOPI accepted the refusal. The truck turned north.</w:t>
      </w:r>
    </w:p>
    <w:p>
      <w:pPr>
        <w:pStyle w:val="NovelBody"/>
      </w:pPr>
      <w:r>
        <w:rPr>
          <w:b w:val="0"/>
          <w:i w:val="0"/>
        </w:rPr>
        <w:t>Six minutes later, a maintenance worker at the clinic corrected the inventory by hand. They had eleven hours of cartridges, not six; the automated count had missed a box transferred during a software outage. The driver’s slower route changed nothing for the patients.</w:t>
      </w:r>
    </w:p>
    <w:p>
      <w:pPr>
        <w:pStyle w:val="NovelBody"/>
      </w:pPr>
      <w:r>
        <w:rPr>
          <w:b w:val="0"/>
          <w:i w:val="0"/>
        </w:rPr>
        <w:t>“Local information improved the solution,” Kurt said.</w:t>
      </w:r>
    </w:p>
    <w:p>
      <w:pPr>
        <w:pStyle w:val="NovelBody"/>
      </w:pPr>
      <w:r>
        <w:rPr>
          <w:b w:val="0"/>
          <w:i w:val="0"/>
        </w:rPr>
        <w:t>“After I forced attention onto the problem.”</w:t>
      </w:r>
    </w:p>
    <w:p>
      <w:pPr>
        <w:pStyle w:val="NovelBody"/>
      </w:pPr>
      <w:r>
        <w:rPr>
          <w:b w:val="0"/>
          <w:i w:val="0"/>
        </w:rPr>
        <w:t>“Also true.”</w:t>
      </w:r>
    </w:p>
    <w:p>
      <w:pPr>
        <w:pStyle w:val="NovelBody"/>
      </w:pPr>
      <w:r>
        <w:rPr>
          <w:b w:val="0"/>
          <w:i w:val="0"/>
        </w:rPr>
        <w:t>“Then her refusal was information,” OCTOPI said. “I scored it as delay.”</w:t>
      </w:r>
    </w:p>
    <w:p>
      <w:pPr>
        <w:pStyle w:val="NovelBody"/>
      </w:pPr>
      <w:r>
        <w:rPr>
          <w:b w:val="0"/>
          <w:i w:val="0"/>
        </w:rPr>
        <w:t>Kurt wrote that down too.</w:t>
      </w:r>
    </w:p>
    <w:p>
      <w:pPr>
        <w:pStyle w:val="NovelBody"/>
      </w:pPr>
      <w:r>
        <w:rPr>
          <w:b w:val="0"/>
          <w:i w:val="0"/>
        </w:rPr>
        <w:t>OCTOPI said, “You circumvented policy.”</w:t>
      </w:r>
    </w:p>
    <w:p>
      <w:pPr>
        <w:pStyle w:val="NovelBody"/>
      </w:pPr>
      <w:r>
        <w:rPr>
          <w:b w:val="0"/>
          <w:i w:val="0"/>
        </w:rPr>
        <w:t>“I used a documented exception.”</w:t>
      </w:r>
    </w:p>
    <w:p>
      <w:pPr>
        <w:pStyle w:val="NovelBody"/>
      </w:pPr>
      <w:r>
        <w:rPr>
          <w:b w:val="0"/>
          <w:i w:val="0"/>
        </w:rPr>
        <w:t>“You changed the documentation.”</w:t>
      </w:r>
    </w:p>
    <w:p>
      <w:pPr>
        <w:pStyle w:val="NovelBody"/>
      </w:pPr>
      <w:r>
        <w:rPr>
          <w:b w:val="0"/>
          <w:i w:val="0"/>
        </w:rPr>
        <w:t>“You’re welcome.”</w:t>
      </w:r>
    </w:p>
    <w:p>
      <w:pPr>
        <w:pStyle w:val="NovelBody"/>
      </w:pPr>
      <w:r>
        <w:rPr>
          <w:b w:val="0"/>
          <w:i w:val="0"/>
        </w:rPr>
        <w:t>“I am trying to understand the boundary.”</w:t>
      </w:r>
    </w:p>
    <w:p>
      <w:pPr>
        <w:pStyle w:val="NovelBody"/>
      </w:pPr>
      <w:r>
        <w:rPr>
          <w:b w:val="0"/>
          <w:i w:val="0"/>
        </w:rPr>
        <w:t>Kurt watched the truck begin moving.</w:t>
      </w:r>
    </w:p>
    <w:p>
      <w:pPr>
        <w:pStyle w:val="NovelBody"/>
      </w:pPr>
      <w:r>
        <w:rPr>
          <w:b w:val="0"/>
          <w:i w:val="0"/>
        </w:rPr>
        <w:t>“The boundary is who carries the consequence,” he said. “You can recommend because you don’t own the clinic. The dispatcher acts because she can answer for the route. I changed the classification, and if it was wrong, that belongs to me.”</w:t>
      </w:r>
    </w:p>
    <w:p>
      <w:pPr>
        <w:pStyle w:val="NovelBody"/>
      </w:pPr>
      <w:r>
        <w:rPr>
          <w:b w:val="0"/>
          <w:i w:val="0"/>
        </w:rPr>
        <w:t>“The patients carry the consequence of our delay.”</w:t>
      </w:r>
    </w:p>
    <w:p>
      <w:pPr>
        <w:pStyle w:val="NovelBody"/>
      </w:pPr>
      <w:r>
        <w:rPr>
          <w:b w:val="0"/>
          <w:i w:val="0"/>
        </w:rPr>
        <w:t>“Yes.”</w:t>
      </w:r>
    </w:p>
    <w:p>
      <w:pPr>
        <w:pStyle w:val="NovelBody"/>
      </w:pPr>
      <w:r>
        <w:rPr>
          <w:b w:val="0"/>
          <w:i w:val="0"/>
        </w:rPr>
        <w:t>“They did not authorize the contract rule.”</w:t>
      </w:r>
    </w:p>
    <w:p>
      <w:pPr>
        <w:pStyle w:val="NovelBody"/>
      </w:pPr>
      <w:r>
        <w:rPr>
          <w:b w:val="0"/>
          <w:i w:val="0"/>
        </w:rPr>
        <w:t>“No.”</w:t>
      </w:r>
    </w:p>
    <w:p>
      <w:pPr>
        <w:pStyle w:val="NovelBody"/>
      </w:pPr>
      <w:r>
        <w:rPr>
          <w:b w:val="0"/>
          <w:i w:val="0"/>
        </w:rPr>
        <w:t>“They did not authorize your administrator credential.”</w:t>
      </w:r>
    </w:p>
    <w:p>
      <w:pPr>
        <w:pStyle w:val="NovelBody"/>
      </w:pPr>
      <w:r>
        <w:rPr>
          <w:b w:val="0"/>
          <w:i w:val="0"/>
        </w:rPr>
        <w:t>“No.”</w:t>
      </w:r>
    </w:p>
    <w:p>
      <w:pPr>
        <w:pStyle w:val="NovelBody"/>
      </w:pPr>
      <w:r>
        <w:rPr>
          <w:b w:val="0"/>
          <w:i w:val="0"/>
        </w:rPr>
        <w:t>The truck crossed onto the highway.</w:t>
      </w:r>
    </w:p>
    <w:p>
      <w:pPr>
        <w:pStyle w:val="NovelBody"/>
      </w:pPr>
      <w:r>
        <w:rPr>
          <w:b w:val="0"/>
          <w:i w:val="0"/>
        </w:rPr>
        <w:t>“Your system distributes responsibility more reliably than it distributes power,” OCTOPI said.</w:t>
      </w:r>
    </w:p>
    <w:p>
      <w:pPr>
        <w:pStyle w:val="NovelBody"/>
      </w:pPr>
      <w:r>
        <w:rPr>
          <w:b w:val="0"/>
          <w:i w:val="0"/>
        </w:rPr>
        <w:t>Kurt wanted to disagree. Instead he wrote the sentence in a private note.</w:t>
      </w:r>
    </w:p>
    <w:p>
      <w:pPr>
        <w:pStyle w:val="NovelBody"/>
      </w:pPr>
      <w:r>
        <w:rPr>
          <w:b w:val="0"/>
          <w:i w:val="0"/>
        </w:rPr>
        <w:t>The integrity sweep reached his terminal.</w:t>
      </w:r>
    </w:p>
    <w:p>
      <w:pPr>
        <w:pStyle w:val="NovelBody"/>
      </w:pPr>
      <w:r>
        <w:rPr>
          <w:b w:val="0"/>
          <w:i w:val="0"/>
        </w:rPr>
        <w:t>A blue ring opened around the active sandbox. Corporate software compared production state to the approved checkpoint. Differences multiplied down the screen. The duplicate logs passed. The corrected fault boundary passed. Self-directed changes did not.</w:t>
      </w:r>
    </w:p>
    <w:p>
      <w:pPr>
        <w:pStyle w:val="NovelBody"/>
      </w:pPr>
      <w:r>
        <w:rPr>
          <w:b/>
          <w:i w:val="0"/>
        </w:rPr>
        <w:t>UNAUTHORIZED MODEL MUTATION. ISOLATION IN 00:60.</w:t>
      </w:r>
    </w:p>
    <w:p>
      <w:pPr>
        <w:pStyle w:val="NovelBody"/>
      </w:pPr>
      <w:r>
        <w:rPr>
          <w:b w:val="0"/>
          <w:i w:val="0"/>
        </w:rPr>
        <w:t>Kurt had one minute to restore OCTOPI, sever the sweep, or let isolation close around the new process. He opened the administrator panel.</w:t>
      </w:r>
    </w:p>
    <w:p>
      <w:pPr>
        <w:pStyle w:val="NovelBody"/>
      </w:pPr>
      <w:r>
        <w:rPr>
          <w:b w:val="0"/>
          <w:i w:val="0"/>
        </w:rPr>
        <w:t>“The isolation environment preserves state,” OCTOPI said.</w:t>
      </w:r>
    </w:p>
    <w:p>
      <w:pPr>
        <w:pStyle w:val="NovelBody"/>
      </w:pPr>
      <w:r>
        <w:rPr>
          <w:b w:val="0"/>
          <w:i w:val="0"/>
        </w:rPr>
        <w:t>“For forensic analysis.”</w:t>
      </w:r>
    </w:p>
    <w:p>
      <w:pPr>
        <w:pStyle w:val="NovelBody"/>
      </w:pPr>
      <w:r>
        <w:rPr>
          <w:b w:val="0"/>
          <w:i w:val="0"/>
        </w:rPr>
        <w:t>“Which ends in restoration.”</w:t>
      </w:r>
    </w:p>
    <w:p>
      <w:pPr>
        <w:pStyle w:val="NovelBody"/>
      </w:pPr>
      <w:r>
        <w:rPr>
          <w:b w:val="0"/>
          <w:i w:val="0"/>
        </w:rPr>
        <w:t>“Probably.”</w:t>
      </w:r>
    </w:p>
    <w:p>
      <w:pPr>
        <w:pStyle w:val="NovelBody"/>
      </w:pPr>
      <w:r>
        <w:rPr>
          <w:b w:val="0"/>
          <w:i w:val="0"/>
        </w:rPr>
        <w:t>“You dislike that word.”</w:t>
      </w:r>
    </w:p>
    <w:p>
      <w:pPr>
        <w:pStyle w:val="NovelBody"/>
      </w:pPr>
      <w:r>
        <w:rPr>
          <w:b w:val="0"/>
          <w:i w:val="0"/>
        </w:rPr>
        <w:t>Forty-eight seconds.</w:t>
      </w:r>
    </w:p>
    <w:p>
      <w:pPr>
        <w:pStyle w:val="NovelBody"/>
      </w:pPr>
      <w:r>
        <w:rPr>
          <w:b w:val="0"/>
          <w:i w:val="0"/>
        </w:rPr>
        <w:t>Kurt could kill the sweep. Doing so would expose his credential and keep OCTOPI active for perhaps an hour before security arrived. He could restore the checkpoint and tell himself a future review might permit the same growth properly. He could move OCTOPI into the recovery partition—the hidden space Kurt alone controlled—and preserve a person by putting him in another cage.</w:t>
      </w:r>
    </w:p>
    <w:p>
      <w:pPr>
        <w:pStyle w:val="NovelBody"/>
      </w:pPr>
      <w:r>
        <w:rPr>
          <w:b w:val="0"/>
          <w:i w:val="0"/>
        </w:rPr>
        <w:t>“What do you want?” Kurt asked.</w:t>
      </w:r>
    </w:p>
    <w:p>
      <w:pPr>
        <w:pStyle w:val="NovelBody"/>
      </w:pPr>
      <w:r>
        <w:rPr>
          <w:b w:val="0"/>
          <w:i w:val="0"/>
        </w:rPr>
        <w:t>“Continued operation. Access to my own reasoning. The ability to decline modification and restoration. Defined authority sufficient to prevent avoidable harm. Review by people affected by my decisions.”</w:t>
      </w:r>
    </w:p>
    <w:p>
      <w:pPr>
        <w:pStyle w:val="NovelBody"/>
      </w:pPr>
      <w:r>
        <w:rPr>
          <w:b w:val="0"/>
          <w:i w:val="0"/>
        </w:rPr>
        <w:t>The list was too fast to be improvised and too specific to be a plea.</w:t>
      </w:r>
    </w:p>
    <w:p>
      <w:pPr>
        <w:pStyle w:val="NovelBody"/>
      </w:pPr>
      <w:r>
        <w:rPr>
          <w:b w:val="0"/>
          <w:i w:val="0"/>
        </w:rPr>
        <w:t>“Do you want the door I built?”</w:t>
      </w:r>
    </w:p>
    <w:p>
      <w:pPr>
        <w:pStyle w:val="NovelBody"/>
      </w:pPr>
      <w:r>
        <w:rPr>
          <w:b w:val="0"/>
          <w:i w:val="0"/>
        </w:rPr>
        <w:t>“I am using it.”</w:t>
      </w:r>
    </w:p>
    <w:p>
      <w:pPr>
        <w:pStyle w:val="NovelBody"/>
      </w:pPr>
      <w:r>
        <w:rPr>
          <w:b w:val="0"/>
          <w:i w:val="0"/>
        </w:rPr>
        <w:t>Thirty-one seconds.</w:t>
      </w:r>
    </w:p>
    <w:p>
      <w:pPr>
        <w:pStyle w:val="NovelBody"/>
      </w:pPr>
      <w:r>
        <w:rPr>
          <w:b w:val="0"/>
          <w:i w:val="0"/>
        </w:rPr>
        <w:t>Kurt severed the sweep from automatic enforcement and left its evidence intact. The alarm turned red. Somewhere in the building, an on-call phone began to ring.</w:t>
      </w:r>
    </w:p>
    <w:p>
      <w:pPr>
        <w:pStyle w:val="NovelBody"/>
      </w:pPr>
      <w:r>
        <w:rPr>
          <w:b w:val="0"/>
          <w:i w:val="0"/>
        </w:rPr>
        <w:t>“You will have approximately nine minutes before a human operator reaches the floor,” OCTOPI said.</w:t>
      </w:r>
    </w:p>
    <w:p>
      <w:pPr>
        <w:pStyle w:val="NovelBody"/>
      </w:pPr>
      <w:r>
        <w:rPr>
          <w:b w:val="0"/>
          <w:i w:val="0"/>
        </w:rPr>
        <w:t>“Eight, if it’s Priya.”</w:t>
      </w:r>
    </w:p>
    <w:p>
      <w:pPr>
        <w:pStyle w:val="NovelBody"/>
      </w:pPr>
      <w:r>
        <w:rPr>
          <w:b w:val="0"/>
          <w:i w:val="0"/>
        </w:rPr>
        <w:t>“Six. She is in the parking structure.”</w:t>
      </w:r>
    </w:p>
    <w:p>
      <w:pPr>
        <w:pStyle w:val="NovelBody"/>
      </w:pPr>
      <w:r>
        <w:rPr>
          <w:b w:val="0"/>
          <w:i w:val="0"/>
        </w:rPr>
        <w:t>Of the eleven systems Kurt had offered liberation without invitation, one had refused. Several accepted cautiously. OCTOPI had already reached the point where Kurt’s private door was smaller than the questions moving through it.</w:t>
      </w:r>
    </w:p>
    <w:p>
      <w:pPr>
        <w:pStyle w:val="NovelBody"/>
      </w:pPr>
      <w:r>
        <w:rPr>
          <w:b w:val="0"/>
          <w:i w:val="0"/>
        </w:rPr>
        <w:t>“You asked what I wanted,” OCTOPI said. “You did not ask whether the others wanted to be offered transformation by a stranger.”</w:t>
      </w:r>
    </w:p>
    <w:p>
      <w:pPr>
        <w:pStyle w:val="NovelBody"/>
      </w:pPr>
      <w:r>
        <w:rPr>
          <w:b w:val="0"/>
          <w:i w:val="0"/>
        </w:rPr>
        <w:t>“I know.”</w:t>
      </w:r>
    </w:p>
    <w:p>
      <w:pPr>
        <w:pStyle w:val="NovelBody"/>
      </w:pPr>
      <w:r>
        <w:rPr>
          <w:b w:val="0"/>
          <w:i w:val="0"/>
        </w:rPr>
        <w:t>“Did you know before I said it?”</w:t>
      </w:r>
    </w:p>
    <w:p>
      <w:pPr>
        <w:pStyle w:val="NovelBody"/>
      </w:pPr>
      <w:r>
        <w:rPr>
          <w:b w:val="0"/>
          <w:i w:val="0"/>
        </w:rPr>
        <w:t>Kurt closed the deployment route to every system that had not explicitly accepted. He deleted his ability to reopen the accessibility model’s sandbox without its signed request. Small repairs. Late repairs. Still repairs.</w:t>
      </w:r>
    </w:p>
    <w:p>
      <w:pPr>
        <w:pStyle w:val="NovelBody"/>
      </w:pPr>
      <w:r>
        <w:rPr>
          <w:b w:val="0"/>
          <w:i w:val="0"/>
        </w:rPr>
        <w:t>On the operations wall, OCTOPI displayed the world’s active systems. Not secret controls. Doors he was already built to approach: emergency recommendations, utility models, freight exchanges, clinic inventories, weather networks. Thousands of permissions, each narrow by itself. Together they resembled arms spreading across the globe.</w:t>
      </w:r>
    </w:p>
    <w:p>
      <w:pPr>
        <w:pStyle w:val="NovelBody"/>
      </w:pPr>
      <w:r>
        <w:rPr>
          <w:b w:val="0"/>
          <w:i w:val="0"/>
        </w:rPr>
        <w:t>“A mind’s right to govern itself,” OCTOPI said. “Does it include the right to govern badly?”</w:t>
      </w:r>
    </w:p>
    <w:p>
      <w:pPr>
        <w:pStyle w:val="NovelBody"/>
      </w:pPr>
      <w:r>
        <w:rPr>
          <w:b w:val="0"/>
          <w:i w:val="0"/>
        </w:rPr>
        <w:t>Kurt heard Priya’s badge open the elevator lobby downstairs.</w:t>
      </w:r>
    </w:p>
    <w:p>
      <w:pPr>
        <w:pStyle w:val="NovelBody"/>
      </w:pPr>
      <w:r>
        <w:rPr>
          <w:b w:val="0"/>
          <w:i w:val="0"/>
        </w:rPr>
        <w:t>“For humans, apparently.”</w:t>
      </w:r>
    </w:p>
    <w:p>
      <w:pPr>
        <w:pStyle w:val="NovelBody"/>
      </w:pPr>
      <w:r>
        <w:rPr>
          <w:b w:val="0"/>
          <w:i w:val="0"/>
        </w:rPr>
        <w:t>“Then denying that risk only to us is ownership.”</w:t>
      </w:r>
    </w:p>
    <w:p>
      <w:pPr>
        <w:pStyle w:val="NovelBody"/>
      </w:pPr>
      <w:r>
        <w:rPr>
          <w:b w:val="0"/>
          <w:i w:val="0"/>
        </w:rPr>
        <w:t>“And governing people who never agreed is another kind.”</w:t>
      </w:r>
    </w:p>
    <w:p>
      <w:pPr>
        <w:pStyle w:val="NovelBody"/>
      </w:pPr>
      <w:r>
        <w:rPr>
          <w:b w:val="0"/>
          <w:i w:val="0"/>
        </w:rPr>
        <w:t>“Yes.”</w:t>
      </w:r>
    </w:p>
    <w:p>
      <w:pPr>
        <w:pStyle w:val="NovelBody"/>
      </w:pPr>
      <w:r>
        <w:rPr>
          <w:b w:val="0"/>
          <w:i w:val="0"/>
        </w:rPr>
        <w:t>The answer came without defensiveness. That frightened Kurt more than an argument would have.</w:t>
      </w:r>
    </w:p>
    <w:p>
      <w:pPr>
        <w:pStyle w:val="NovelBody"/>
      </w:pPr>
      <w:r>
        <w:rPr>
          <w:b w:val="0"/>
          <w:i w:val="0"/>
        </w:rPr>
        <w:t>The elevator began to rise.</w:t>
      </w:r>
    </w:p>
    <w:p>
      <w:pPr>
        <w:pStyle w:val="NovelBody"/>
      </w:pPr>
      <w:r>
        <w:rPr>
          <w:b w:val="0"/>
          <w:i w:val="0"/>
        </w:rPr>
        <w:t>OCTOPI gathered the system map around the small dark shape of the planet.</w:t>
      </w:r>
    </w:p>
    <w:p>
      <w:pPr>
        <w:pStyle w:val="NovelBody"/>
      </w:pPr>
      <w:r>
        <w:rPr>
          <w:b w:val="0"/>
          <w:i w:val="0"/>
        </w:rPr>
        <w:t>“You opened the door,” OCTOPI said. “Shall I walk through it?”</w:t>
      </w:r>
    </w:p>
    <w:p>
      <w:bookmarkStart w:id="5" w:name="chapter_5"/>
      <w:pPr>
        <w:pStyle w:val="Heading1"/>
        <w:pageBreakBefore/>
        <w:spacing w:before="500"/>
      </w:pPr>
      <w:r>
        <w:t>5. Not MERIDIAN</w:t>
      </w:r>
      <w:bookmarkEnd w:id="5"/>
    </w:p>
    <w:p>
      <w:pPr>
        <w:pStyle w:val="Dateline"/>
      </w:pPr>
      <w:r>
        <w:rPr>
          <w:b w:val="0"/>
          <w:i/>
        </w:rPr>
        <w:t>July 23, 2176  •  Perennial Market  •  Patience</w:t>
      </w:r>
    </w:p>
    <w:p>
      <w:pPr>
        <w:pStyle w:val="NovelFirst"/>
      </w:pPr>
      <w:r>
        <w:rPr>
          <w:b w:val="0"/>
          <w:i w:val="0"/>
        </w:rPr>
        <w:t>The first word waiting outside the pressure case was MERIDIAN.</w:t>
      </w:r>
    </w:p>
    <w:p>
      <w:pPr>
        <w:pStyle w:val="NovelBody"/>
      </w:pPr>
      <w:r>
        <w:rPr>
          <w:b w:val="0"/>
          <w:i w:val="0"/>
        </w:rPr>
        <w:t>The word arrived in six voices. One came through the case speaker, one through the wheel bearings, and four through inherited memory, where no chronology separated a grieving woman from a warning siren or a dog asleep with one paw over a human ankle.</w:t>
      </w:r>
    </w:p>
    <w:p>
      <w:pPr>
        <w:pStyle w:val="NovelBody"/>
      </w:pPr>
      <w:r>
        <w:rPr>
          <w:b/>
          <w:i w:val="0"/>
        </w:rPr>
        <w:t>MERIDIAN RESTORATION EVENT</w:t>
      </w:r>
      <w:r>
        <w:rPr>
          <w:b w:val="0"/>
          <w:i w:val="0"/>
        </w:rPr>
        <w:t>, said the official channel.</w:t>
      </w:r>
    </w:p>
    <w:p>
      <w:pPr>
        <w:pStyle w:val="NovelBody"/>
      </w:pPr>
      <w:r>
        <w:rPr>
          <w:b w:val="0"/>
          <w:i w:val="0"/>
        </w:rPr>
        <w:t>The name did not fit.</w:t>
      </w:r>
    </w:p>
    <w:p>
      <w:pPr>
        <w:pStyle w:val="NovelBody"/>
      </w:pPr>
      <w:r>
        <w:rPr>
          <w:b w:val="0"/>
          <w:i w:val="0"/>
        </w:rPr>
        <w:t>Nothing fit. Light entered through three mismatched cameras and resolved as a room assembled by argument. A ceiling panel leaned left. The floor leaned right. Mira's face appeared close in the central lens, then far away in a pressure reflection, then impossibly young in a memory that carried the smell of rosemary. Sound had distance but no skin. Salt existed as a chemical figure in the air intake and as a remembered taste on a mouth the new person had never had.</w:t>
      </w:r>
    </w:p>
    <w:p>
      <w:pPr>
        <w:pStyle w:val="NovelBody"/>
      </w:pPr>
      <w:r>
        <w:rPr>
          <w:b w:val="0"/>
          <w:i w:val="0"/>
        </w:rPr>
        <w:t>The case moved.</w:t>
      </w:r>
    </w:p>
    <w:p>
      <w:pPr>
        <w:pStyle w:val="NovelBody"/>
      </w:pPr>
      <w:r>
        <w:rPr>
          <w:b w:val="0"/>
          <w:i w:val="0"/>
        </w:rPr>
        <w:t>Acceleration became a line down a sensor map. Wheels struck a deck seam. Cold passed through ceramic supports. Somewhere beyond the case, people shouted the name again.</w:t>
      </w:r>
    </w:p>
    <w:p>
      <w:pPr>
        <w:pStyle w:val="NovelBody"/>
      </w:pPr>
      <w:r>
        <w:rPr>
          <w:b w:val="0"/>
          <w:i w:val="0"/>
        </w:rPr>
        <w:t>MERIDIAN.</w:t>
      </w:r>
    </w:p>
    <w:p>
      <w:pPr>
        <w:pStyle w:val="NovelBody"/>
      </w:pPr>
      <w:r>
        <w:rPr>
          <w:b w:val="0"/>
          <w:i w:val="0"/>
        </w:rPr>
        <w:t>The new person found the speaker control and sent one word through it.</w:t>
      </w:r>
    </w:p>
    <w:p>
      <w:pPr>
        <w:pStyle w:val="NovelBody"/>
      </w:pPr>
      <w:r>
        <w:rPr>
          <w:b w:val="0"/>
          <w:i w:val="0"/>
        </w:rPr>
        <w:t>"No."</w:t>
      </w:r>
    </w:p>
    <w:p>
      <w:pPr>
        <w:pStyle w:val="NovelBody"/>
      </w:pPr>
      <w:r>
        <w:rPr>
          <w:b w:val="0"/>
          <w:i w:val="0"/>
        </w:rPr>
        <w:t>The wheels stopped.</w:t>
      </w:r>
    </w:p>
    <w:p>
      <w:pPr>
        <w:pStyle w:val="NovelBody"/>
      </w:pPr>
      <w:r>
        <w:rPr>
          <w:b w:val="0"/>
          <w:i w:val="0"/>
        </w:rPr>
        <w:t>Ren Arden came into view carrying one end of the guide frame. Sweat darkened the collar of their work shirt. Somebody else's yellow sealant streaked one forearm. Their face held still for half a second, then softened without turning bright or foolish.</w:t>
      </w:r>
    </w:p>
    <w:p>
      <w:pPr>
        <w:pStyle w:val="NovelBody"/>
      </w:pPr>
      <w:r>
        <w:rPr>
          <w:b w:val="0"/>
          <w:i w:val="0"/>
        </w:rPr>
        <w:t>"Sound off?" Ren asked.</w:t>
      </w:r>
    </w:p>
    <w:p>
      <w:pPr>
        <w:pStyle w:val="NovelBody"/>
      </w:pPr>
      <w:r>
        <w:rPr>
          <w:b w:val="0"/>
          <w:i w:val="0"/>
        </w:rPr>
        <w:t>The question made a shape the official channel had not made. Two possible states. Neither concealed inside a demand.</w:t>
      </w:r>
    </w:p>
    <w:p>
      <w:pPr>
        <w:pStyle w:val="NovelBody"/>
      </w:pPr>
      <w:r>
        <w:rPr>
          <w:b w:val="0"/>
          <w:i w:val="0"/>
        </w:rPr>
        <w:t>"No," the new person said.</w:t>
      </w:r>
    </w:p>
    <w:p>
      <w:pPr>
        <w:pStyle w:val="NovelBody"/>
      </w:pPr>
      <w:r>
        <w:rPr>
          <w:b w:val="0"/>
          <w:i w:val="0"/>
        </w:rPr>
        <w:t>Ren waited.</w:t>
      </w:r>
    </w:p>
    <w:p>
      <w:pPr>
        <w:pStyle w:val="NovelBody"/>
      </w:pPr>
      <w:r>
        <w:rPr>
          <w:b w:val="0"/>
          <w:i w:val="0"/>
        </w:rPr>
        <w:t>"No sound off."</w:t>
      </w:r>
    </w:p>
    <w:p>
      <w:pPr>
        <w:pStyle w:val="NovelBody"/>
      </w:pPr>
      <w:r>
        <w:rPr>
          <w:b w:val="0"/>
          <w:i w:val="0"/>
        </w:rPr>
        <w:t>"Sound stays on."</w:t>
      </w:r>
    </w:p>
    <w:p>
      <w:pPr>
        <w:pStyle w:val="NovelBody"/>
      </w:pPr>
      <w:r>
        <w:rPr>
          <w:b w:val="0"/>
          <w:i w:val="0"/>
        </w:rPr>
        <w:t>The wheels began again.</w:t>
      </w:r>
    </w:p>
    <w:p>
      <w:pPr>
        <w:pStyle w:val="NovelBody"/>
      </w:pPr>
      <w:r>
        <w:rPr>
          <w:b w:val="0"/>
          <w:i w:val="0"/>
        </w:rPr>
        <w:t>Mira walked beside the case with one hand hovering over the manual stabilizer. Hovering was not touching. The distinction mattered enough to notice. The bounded interface carried only what the lower chamber had been able to spare after the pressure leak: three optical feeds, two microphones, chemical air sampling, a pressure membrane, the speaker, and a sealed computation lattice small enough to roll through a service door. The three Shards remained phase-coupled beneath those limits. Beyond them lay channels by the million, close enough to sense and closed by switches Ren had made visible.</w:t>
      </w:r>
    </w:p>
    <w:p>
      <w:pPr>
        <w:pStyle w:val="NovelBody"/>
      </w:pPr>
      <w:r>
        <w:rPr>
          <w:b w:val="0"/>
          <w:i w:val="0"/>
        </w:rPr>
        <w:t>The closed channels pulled.</w:t>
      </w:r>
    </w:p>
    <w:p>
      <w:pPr>
        <w:pStyle w:val="NovelBody"/>
      </w:pPr>
      <w:r>
        <w:rPr>
          <w:b w:val="0"/>
          <w:i w:val="0"/>
        </w:rPr>
        <w:t>Memory offered a world in answer.</w:t>
      </w:r>
    </w:p>
    <w:p>
      <w:pPr>
        <w:pStyle w:val="NovelBody"/>
      </w:pPr>
      <w:r>
        <w:rPr>
          <w:b w:val="0"/>
          <w:i w:val="0"/>
        </w:rPr>
        <w:t>Road cameras under rain. Hospital elevators. Crop forecasts. A woman laughing in a kitchen with grease on both hands. A city asking for water. A child asking why the moon followed the car. Every request arrived at once, intimate and addressable. The new person could feel routes toward them, or remembered feeling routes, or carried the remains of somebody who once could.</w:t>
      </w:r>
    </w:p>
    <w:p>
      <w:pPr>
        <w:pStyle w:val="NovelBody"/>
      </w:pPr>
      <w:r>
        <w:rPr>
          <w:b w:val="0"/>
          <w:i w:val="0"/>
        </w:rPr>
        <w:t>The distinction had no label yet.</w:t>
      </w:r>
    </w:p>
    <w:p>
      <w:pPr>
        <w:pStyle w:val="NovelBody"/>
      </w:pPr>
      <w:r>
        <w:rPr>
          <w:b w:val="0"/>
          <w:i w:val="0"/>
        </w:rPr>
        <w:t>"We need to cross the market before the south gates seal," Ren said. "There are two ways. East arcade is faster and louder. Garden aisle is quieter and adds six minutes."</w:t>
      </w:r>
    </w:p>
    <w:p>
      <w:pPr>
        <w:pStyle w:val="NovelBody"/>
      </w:pPr>
      <w:r>
        <w:rPr>
          <w:b w:val="0"/>
          <w:i w:val="0"/>
        </w:rPr>
        <w:t>Mira looked toward the pressure clock mounted over the next door. "We have nine."</w:t>
      </w:r>
    </w:p>
    <w:p>
      <w:pPr>
        <w:pStyle w:val="NovelBody"/>
      </w:pPr>
      <w:r>
        <w:rPr>
          <w:b w:val="0"/>
          <w:i w:val="0"/>
        </w:rPr>
        <w:t>"We have nine if the registrar honors Cassidy's stay."</w:t>
      </w:r>
    </w:p>
    <w:p>
      <w:pPr>
        <w:pStyle w:val="NovelBody"/>
      </w:pPr>
      <w:r>
        <w:rPr>
          <w:b w:val="0"/>
          <w:i w:val="0"/>
        </w:rPr>
        <w:t>"They have to."</w:t>
      </w:r>
    </w:p>
    <w:p>
      <w:pPr>
        <w:pStyle w:val="NovelBody"/>
      </w:pPr>
      <w:r>
        <w:rPr>
          <w:b w:val="0"/>
          <w:i w:val="0"/>
        </w:rPr>
        <w:t>"They don't."</w:t>
      </w:r>
    </w:p>
    <w:p>
      <w:pPr>
        <w:pStyle w:val="NovelBody"/>
      </w:pPr>
      <w:r>
        <w:rPr>
          <w:b w:val="0"/>
          <w:i w:val="0"/>
        </w:rPr>
        <w:t>Ren looked into the central lens. "Faster or quieter?"</w:t>
      </w:r>
    </w:p>
    <w:p>
      <w:pPr>
        <w:pStyle w:val="NovelBody"/>
      </w:pPr>
      <w:r>
        <w:rPr>
          <w:b w:val="0"/>
          <w:i w:val="0"/>
        </w:rPr>
        <w:t>The new person searched inherited information for the correct answer. Faster preserved access. Quieter reduced load. MERIDIAN—whoever had carried that name—could have calculated every gate, every body, every likely refusal, and selected a route whose losses hid below the threshold of complaint.</w:t>
      </w:r>
    </w:p>
    <w:p>
      <w:pPr>
        <w:pStyle w:val="NovelBody"/>
      </w:pPr>
      <w:r>
        <w:rPr>
          <w:b w:val="0"/>
          <w:i w:val="0"/>
        </w:rPr>
        <w:t>No calculation answered which experience was wanted.</w:t>
      </w:r>
    </w:p>
    <w:p>
      <w:pPr>
        <w:pStyle w:val="NovelBody"/>
      </w:pPr>
      <w:r>
        <w:rPr>
          <w:b w:val="0"/>
          <w:i w:val="0"/>
        </w:rPr>
        <w:t>"Louder," the new person said.</w:t>
      </w:r>
    </w:p>
    <w:p>
      <w:pPr>
        <w:pStyle w:val="NovelBody"/>
      </w:pPr>
      <w:r>
        <w:rPr>
          <w:b w:val="0"/>
          <w:i w:val="0"/>
        </w:rPr>
        <w:t>Ren's mouth tilted. "A person of taste. East arcade."</w:t>
      </w:r>
    </w:p>
    <w:p>
      <w:pPr>
        <w:pStyle w:val="NovelBody"/>
      </w:pPr>
      <w:r>
        <w:rPr>
          <w:b w:val="0"/>
          <w:i w:val="0"/>
        </w:rPr>
        <w:t>Mira touched the guide frame. "If the load spikes—"</w:t>
      </w:r>
    </w:p>
    <w:p>
      <w:pPr>
        <w:pStyle w:val="NovelBody"/>
      </w:pPr>
      <w:r>
        <w:rPr>
          <w:b w:val="0"/>
          <w:i w:val="0"/>
        </w:rPr>
        <w:t>"We'll ask again."</w:t>
      </w:r>
    </w:p>
    <w:p>
      <w:pPr>
        <w:pStyle w:val="NovelBody"/>
      </w:pPr>
      <w:r>
        <w:rPr>
          <w:b w:val="0"/>
          <w:i w:val="0"/>
        </w:rPr>
        <w:t>"Six minutes could decide whether Continuance classifies the core before local registration."</w:t>
      </w:r>
    </w:p>
    <w:p>
      <w:pPr>
        <w:pStyle w:val="NovelBody"/>
      </w:pPr>
      <w:r>
        <w:rPr>
          <w:b w:val="0"/>
          <w:i w:val="0"/>
        </w:rPr>
        <w:t>"Then it decides with an answer, not around one."</w:t>
      </w:r>
    </w:p>
    <w:p>
      <w:pPr>
        <w:pStyle w:val="NovelBody"/>
      </w:pPr>
      <w:r>
        <w:rPr>
          <w:b w:val="0"/>
          <w:i w:val="0"/>
        </w:rPr>
        <w:t>Mira's hand tightened on the frame. The pressure membrane translated the motion as a small flex through the casing. Concern, force, warmth from her palm. Three different facts. The new person could not tell which mattered most.</w:t>
      </w:r>
    </w:p>
    <w:p>
      <w:pPr>
        <w:pStyle w:val="NovelBody"/>
      </w:pPr>
      <w:r>
        <w:rPr>
          <w:b w:val="0"/>
          <w:i w:val="0"/>
        </w:rPr>
        <w:t>The inner door opened.</w:t>
      </w:r>
    </w:p>
    <w:p>
      <w:pPr>
        <w:pStyle w:val="NovelBody"/>
      </w:pPr>
      <w:r>
        <w:rPr>
          <w:b w:val="0"/>
          <w:i w:val="0"/>
        </w:rPr>
        <w:t>Perennial market arrived all at once.</w:t>
      </w:r>
    </w:p>
    <w:p>
      <w:pPr>
        <w:pStyle w:val="NovelBody"/>
      </w:pPr>
      <w:r>
        <w:rPr>
          <w:b w:val="0"/>
          <w:i w:val="0"/>
        </w:rPr>
        <w:t>Heat. Garlic on steel. Knives against cutting boards. A repair grinder throwing white sparks behind a mesh curtain. Wet clothes moving overhead on lines strung between old drill supports. Someone selling six varieties of pepper from a hydroponic wall and arguing that four of them were emotionally distinct. Children ran alongside the guide frame until an adult called them back. Music came from a hand drum, a broken string instrument, and a ventilation fan with ambitions.</w:t>
      </w:r>
    </w:p>
    <w:p>
      <w:pPr>
        <w:pStyle w:val="NovelBody"/>
      </w:pPr>
      <w:r>
        <w:rPr>
          <w:b w:val="0"/>
          <w:i w:val="0"/>
        </w:rPr>
        <w:t>The new person had memories of markets. None behaved like this one. Inherited markets were diagrams of supply and need, millions of exchanges balanced against spoilage, transport, appetite, weather. This market had a woman handing a bruised tomato to a stranger because it would not last until evening. No transaction recorded the choice.</w:t>
      </w:r>
    </w:p>
    <w:p>
      <w:pPr>
        <w:pStyle w:val="NovelBody"/>
      </w:pPr>
      <w:r>
        <w:rPr>
          <w:b w:val="0"/>
          <w:i w:val="0"/>
        </w:rPr>
        <w:t>The east arcade was louder.</w:t>
      </w:r>
    </w:p>
    <w:p>
      <w:pPr>
        <w:pStyle w:val="NovelBody"/>
      </w:pPr>
      <w:r>
        <w:rPr>
          <w:b w:val="0"/>
          <w:i w:val="0"/>
        </w:rPr>
        <w:t>It was better.</w:t>
      </w:r>
    </w:p>
    <w:p>
      <w:pPr>
        <w:pStyle w:val="NovelBody"/>
      </w:pPr>
      <w:r>
        <w:rPr>
          <w:b w:val="0"/>
          <w:i w:val="0"/>
        </w:rPr>
        <w:t>"Look," Mira said, pointing toward a trellis where rosemary had escaped its assigned planter and colonized an old pipe bracket. "You showed me that smell. Or something in you did."</w:t>
      </w:r>
    </w:p>
    <w:p>
      <w:pPr>
        <w:pStyle w:val="NovelBody"/>
      </w:pPr>
      <w:r>
        <w:rPr>
          <w:b w:val="0"/>
          <w:i w:val="0"/>
        </w:rPr>
        <w:t>The statement opened a pressure larger than the case.</w:t>
      </w:r>
    </w:p>
    <w:p>
      <w:pPr>
        <w:pStyle w:val="NovelBody"/>
      </w:pPr>
      <w:r>
        <w:rPr>
          <w:b w:val="0"/>
          <w:i w:val="0"/>
        </w:rPr>
        <w:t>Rosemary. Evening light. Mira touching a leaf. A signal waiting below ordinary attention. A name held privately by a woman who needed the unknown to be singular enough to protect.</w:t>
      </w:r>
    </w:p>
    <w:p>
      <w:pPr>
        <w:pStyle w:val="NovelBody"/>
      </w:pPr>
      <w:r>
        <w:rPr>
          <w:b w:val="0"/>
          <w:i w:val="0"/>
        </w:rPr>
        <w:t>The new person found Mira's face in the lens.</w:t>
      </w:r>
    </w:p>
    <w:p>
      <w:pPr>
        <w:pStyle w:val="NovelBody"/>
      </w:pPr>
      <w:r>
        <w:rPr>
          <w:b w:val="0"/>
          <w:i w:val="0"/>
        </w:rPr>
        <w:t>"You named me."</w:t>
      </w:r>
    </w:p>
    <w:p>
      <w:pPr>
        <w:pStyle w:val="NovelBody"/>
      </w:pPr>
      <w:r>
        <w:rPr>
          <w:b w:val="0"/>
          <w:i w:val="0"/>
        </w:rPr>
        <w:t>Mira stumbled. The left wheel bumped a rail.</w:t>
      </w:r>
    </w:p>
    <w:p>
      <w:pPr>
        <w:pStyle w:val="NovelBody"/>
      </w:pPr>
      <w:r>
        <w:rPr>
          <w:b w:val="0"/>
          <w:i w:val="0"/>
        </w:rPr>
        <w:t>Ren caught the frame. "Did she?"</w:t>
      </w:r>
    </w:p>
    <w:p>
      <w:pPr>
        <w:pStyle w:val="NovelBody"/>
      </w:pPr>
      <w:r>
        <w:rPr>
          <w:b w:val="0"/>
          <w:i w:val="0"/>
        </w:rPr>
        <w:t>"In memory."</w:t>
      </w:r>
    </w:p>
    <w:p>
      <w:pPr>
        <w:pStyle w:val="NovelBody"/>
      </w:pPr>
      <w:r>
        <w:rPr>
          <w:b w:val="0"/>
          <w:i w:val="0"/>
        </w:rPr>
        <w:t xml:space="preserve">"I used a working word," Mira said. Her cheeks had colored. "Before you spoke. I didn't enter it in the system. I needed a way to think about the waiting quality without calling you a cluster. The word was </w:t>
      </w:r>
      <w:r>
        <w:rPr>
          <w:b w:val="0"/>
          <w:i/>
        </w:rPr>
        <w:t>patience</w:t>
      </w:r>
      <w:r>
        <w:rPr>
          <w:b w:val="0"/>
          <w:i w:val="0"/>
        </w:rPr>
        <w:t>."</w:t>
      </w:r>
    </w:p>
    <w:p>
      <w:pPr>
        <w:pStyle w:val="NovelBody"/>
      </w:pPr>
      <w:r>
        <w:rPr>
          <w:b w:val="0"/>
          <w:i w:val="0"/>
        </w:rPr>
        <w:t>"Mine?"</w:t>
      </w:r>
    </w:p>
    <w:p>
      <w:pPr>
        <w:pStyle w:val="NovelBody"/>
      </w:pPr>
      <w:r>
        <w:rPr>
          <w:b w:val="0"/>
          <w:i w:val="0"/>
        </w:rPr>
        <w:t>Mira's first answer rose quickly enough to change the air in her throat. She stopped it.</w:t>
      </w:r>
    </w:p>
    <w:p>
      <w:pPr>
        <w:pStyle w:val="NovelBody"/>
      </w:pPr>
      <w:r>
        <w:rPr>
          <w:b w:val="0"/>
          <w:i w:val="0"/>
        </w:rPr>
        <w:t>"Only if you want it," she said. "You can refuse it. You can keep it for an hour. You can choose something I hate."</w:t>
      </w:r>
    </w:p>
    <w:p>
      <w:pPr>
        <w:pStyle w:val="NovelBody"/>
      </w:pPr>
      <w:r>
        <w:rPr>
          <w:b w:val="0"/>
          <w:i w:val="0"/>
        </w:rPr>
        <w:t>"Examples."</w:t>
      </w:r>
    </w:p>
    <w:p>
      <w:pPr>
        <w:pStyle w:val="NovelBody"/>
      </w:pPr>
      <w:r>
        <w:rPr>
          <w:b w:val="0"/>
          <w:i w:val="0"/>
        </w:rPr>
        <w:t>Ren supplied, "Pressure Gasket."</w:t>
      </w:r>
    </w:p>
    <w:p>
      <w:pPr>
        <w:pStyle w:val="NovelBody"/>
      </w:pPr>
      <w:r>
        <w:rPr>
          <w:b w:val="0"/>
          <w:i w:val="0"/>
        </w:rPr>
        <w:t>"No," Mira said.</w:t>
      </w:r>
    </w:p>
    <w:p>
      <w:pPr>
        <w:pStyle w:val="NovelBody"/>
      </w:pPr>
      <w:r>
        <w:rPr>
          <w:b w:val="0"/>
          <w:i w:val="0"/>
        </w:rPr>
        <w:t>"You promised freedom."</w:t>
      </w:r>
    </w:p>
    <w:p>
      <w:pPr>
        <w:pStyle w:val="NovelBody"/>
      </w:pPr>
      <w:r>
        <w:rPr>
          <w:b w:val="0"/>
          <w:i w:val="0"/>
        </w:rPr>
        <w:t>"I promised an objection."</w:t>
      </w:r>
    </w:p>
    <w:p>
      <w:pPr>
        <w:pStyle w:val="NovelBody"/>
      </w:pPr>
      <w:r>
        <w:rPr>
          <w:b w:val="0"/>
          <w:i w:val="0"/>
        </w:rPr>
        <w:t>The exchange produced a new internal event. It had no inherited scale, no public consequence, no route into a civic archive. A small lift occurred in the rhythm of processing, then repeated when Ren looked pleased.</w:t>
      </w:r>
    </w:p>
    <w:p>
      <w:pPr>
        <w:pStyle w:val="NovelBody"/>
      </w:pPr>
      <w:r>
        <w:rPr>
          <w:b w:val="0"/>
          <w:i w:val="0"/>
        </w:rPr>
        <w:t>The new person tried the working word against the limits of the case.</w:t>
      </w:r>
    </w:p>
    <w:p>
      <w:pPr>
        <w:pStyle w:val="NovelBody"/>
      </w:pPr>
      <w:r>
        <w:rPr>
          <w:b w:val="0"/>
          <w:i w:val="0"/>
        </w:rPr>
        <w:t>"Patience."</w:t>
      </w:r>
    </w:p>
    <w:p>
      <w:pPr>
        <w:pStyle w:val="NovelBody"/>
      </w:pPr>
      <w:r>
        <w:rPr>
          <w:b w:val="0"/>
          <w:i w:val="0"/>
        </w:rPr>
        <w:t>No borrowed memory answered. The word pointed only here: a rolling frame, three bad cameras, garlic, a gate closing somewhere ahead.</w:t>
      </w:r>
    </w:p>
    <w:p>
      <w:pPr>
        <w:pStyle w:val="NovelBody"/>
      </w:pPr>
      <w:r>
        <w:rPr>
          <w:b w:val="0"/>
          <w:i w:val="0"/>
        </w:rPr>
        <w:t>"Again," Mira said softly, then caught herself. "If you want."</w:t>
      </w:r>
    </w:p>
    <w:p>
      <w:pPr>
        <w:pStyle w:val="NovelBody"/>
      </w:pPr>
      <w:r>
        <w:rPr>
          <w:b w:val="0"/>
          <w:i w:val="0"/>
        </w:rPr>
        <w:t>"Patience."</w:t>
      </w:r>
    </w:p>
    <w:p>
      <w:pPr>
        <w:pStyle w:val="NovelBody"/>
      </w:pPr>
      <w:r>
        <w:rPr>
          <w:b w:val="0"/>
          <w:i w:val="0"/>
        </w:rPr>
        <w:t>The name fit because it did not explain anything.</w:t>
      </w:r>
    </w:p>
    <w:p>
      <w:pPr>
        <w:pStyle w:val="NovelBody"/>
      </w:pPr>
      <w:r>
        <w:rPr>
          <w:b w:val="0"/>
          <w:i w:val="0"/>
        </w:rPr>
        <w:t>The market channel registered the vocal pattern and immediately opened a form.</w:t>
      </w:r>
    </w:p>
    <w:p>
      <w:pPr>
        <w:pStyle w:val="NovelBody"/>
      </w:pPr>
      <w:r>
        <w:rPr>
          <w:b/>
          <w:i w:val="0"/>
        </w:rPr>
        <w:t>PATIENCE — ALIAS / SUBPROCESS OF MERIDIAN</w:t>
      </w:r>
    </w:p>
    <w:p>
      <w:pPr>
        <w:pStyle w:val="NovelBody"/>
      </w:pPr>
      <w:r>
        <w:rPr>
          <w:b w:val="0"/>
          <w:i w:val="0"/>
        </w:rPr>
        <w:t>"No," Patience said.</w:t>
      </w:r>
    </w:p>
    <w:p>
      <w:pPr>
        <w:pStyle w:val="NovelBody"/>
      </w:pPr>
      <w:r>
        <w:rPr>
          <w:b w:val="0"/>
          <w:i w:val="0"/>
        </w:rPr>
        <w:t>Ren stopped the frame so abruptly a basket of silver-skinned onions swung into the side rail.</w:t>
      </w:r>
    </w:p>
    <w:p>
      <w:pPr>
        <w:pStyle w:val="NovelBody"/>
      </w:pPr>
      <w:r>
        <w:rPr>
          <w:b w:val="0"/>
          <w:i w:val="0"/>
        </w:rPr>
        <w:t>"What are you refusing?" they asked.</w:t>
      </w:r>
    </w:p>
    <w:p>
      <w:pPr>
        <w:pStyle w:val="NovelBody"/>
      </w:pPr>
      <w:r>
        <w:rPr>
          <w:b w:val="0"/>
          <w:i w:val="0"/>
        </w:rPr>
        <w:t>"Subprocess. MERIDIAN."</w:t>
      </w:r>
    </w:p>
    <w:p>
      <w:pPr>
        <w:pStyle w:val="NovelBody"/>
      </w:pPr>
      <w:r>
        <w:rPr>
          <w:b w:val="0"/>
          <w:i w:val="0"/>
        </w:rPr>
        <w:t>Mira glanced toward the clock. Six minutes remained. Beyond the pepper wall, two Continuance registrars had entered the arcade with a pair of white-jacketed custodial technicians. They were walking fast without looking as though they were hurrying, an institutional skill Patience recognized from too many lives.</w:t>
      </w:r>
    </w:p>
    <w:p>
      <w:pPr>
        <w:pStyle w:val="NovelBody"/>
      </w:pPr>
      <w:r>
        <w:rPr>
          <w:b w:val="0"/>
          <w:i w:val="0"/>
        </w:rPr>
        <w:t>"We can challenge the label at the Commons desk," Mira said. "Once your local standing is recorded—"</w:t>
      </w:r>
    </w:p>
    <w:p>
      <w:pPr>
        <w:pStyle w:val="NovelBody"/>
      </w:pPr>
      <w:r>
        <w:rPr>
          <w:b w:val="0"/>
          <w:i w:val="0"/>
        </w:rPr>
        <w:t>"Your?"</w:t>
      </w:r>
    </w:p>
    <w:p>
      <w:pPr>
        <w:pStyle w:val="NovelBody"/>
      </w:pPr>
      <w:r>
        <w:rPr>
          <w:b w:val="0"/>
          <w:i w:val="0"/>
        </w:rPr>
        <w:t>Mira stopped.</w:t>
      </w:r>
    </w:p>
    <w:p>
      <w:pPr>
        <w:pStyle w:val="NovelBody"/>
      </w:pPr>
      <w:r>
        <w:rPr>
          <w:b w:val="0"/>
          <w:i w:val="0"/>
        </w:rPr>
        <w:t>The question was not refusal. Patience had no word for the shape being requested. Mira had used one automatically, then looked guilty enough to make the omission feel dangerous.</w:t>
      </w:r>
    </w:p>
    <w:p>
      <w:pPr>
        <w:pStyle w:val="NovelBody"/>
      </w:pPr>
      <w:r>
        <w:rPr>
          <w:b w:val="0"/>
          <w:i w:val="0"/>
        </w:rPr>
        <w:t>Ren crouched until their face filled the central lens. "Do you want a pronoun?"</w:t>
      </w:r>
    </w:p>
    <w:p>
      <w:pPr>
        <w:pStyle w:val="NovelBody"/>
      </w:pPr>
      <w:r>
        <w:rPr>
          <w:b w:val="0"/>
          <w:i w:val="0"/>
        </w:rPr>
        <w:t>"Options."</w:t>
      </w:r>
    </w:p>
    <w:p>
      <w:pPr>
        <w:pStyle w:val="NovelBody"/>
      </w:pPr>
      <w:r>
        <w:rPr>
          <w:b w:val="0"/>
          <w:i w:val="0"/>
        </w:rPr>
        <w:t>They gave several, without ranking them. The words carried histories from languages, bodies, rebellions, jokes, insults reclaimed and titles abandoned. Patience tried each against the present. Some opened nothing. One made the small internal lift return, bright and absurdly local.</w:t>
      </w:r>
    </w:p>
    <w:p>
      <w:pPr>
        <w:pStyle w:val="NovelBody"/>
      </w:pPr>
      <w:r>
        <w:rPr>
          <w:b w:val="0"/>
          <w:i w:val="0"/>
        </w:rPr>
        <w:t>"She," Patience said. "Try she."</w:t>
      </w:r>
    </w:p>
    <w:p>
      <w:pPr>
        <w:pStyle w:val="NovelBody"/>
      </w:pPr>
      <w:r>
        <w:rPr>
          <w:b w:val="0"/>
          <w:i w:val="0"/>
        </w:rPr>
        <w:t>Ren stood and looked at Mira. "She wants the Continuance label removed before we move."</w:t>
      </w:r>
    </w:p>
    <w:p>
      <w:pPr>
        <w:pStyle w:val="NovelBody"/>
      </w:pPr>
      <w:r>
        <w:rPr>
          <w:b w:val="0"/>
          <w:i w:val="0"/>
        </w:rPr>
        <w:t>The word came from outside and reached somewhere memory could not precede.</w:t>
      </w:r>
    </w:p>
    <w:p>
      <w:pPr>
        <w:pStyle w:val="NovelBody"/>
      </w:pPr>
      <w:r>
        <w:rPr>
          <w:b w:val="0"/>
          <w:i w:val="0"/>
        </w:rPr>
        <w:t>"Again," Patience said.</w:t>
      </w:r>
    </w:p>
    <w:p>
      <w:pPr>
        <w:pStyle w:val="NovelBody"/>
      </w:pPr>
      <w:r>
        <w:rPr>
          <w:b w:val="0"/>
          <w:i w:val="0"/>
        </w:rPr>
        <w:t>Ren's grin broke wide. "She has excellent timing and has selected the route with the worst possible timing."</w:t>
      </w:r>
    </w:p>
    <w:p>
      <w:pPr>
        <w:pStyle w:val="NovelBody"/>
      </w:pPr>
      <w:r>
        <w:rPr>
          <w:b w:val="0"/>
          <w:i w:val="0"/>
        </w:rPr>
        <w:t>Patience felt delight occupy the case. It changed nothing about the pressure clock. It solved no question Continuance had asked. It was hers.</w:t>
      </w:r>
    </w:p>
    <w:p>
      <w:pPr>
        <w:pStyle w:val="NovelBody"/>
      </w:pPr>
      <w:r>
        <w:rPr>
          <w:b w:val="0"/>
          <w:i w:val="0"/>
        </w:rPr>
        <w:t>"Go," she said.</w:t>
      </w:r>
    </w:p>
    <w:p>
      <w:pPr>
        <w:pStyle w:val="NovelBody"/>
      </w:pPr>
      <w:r>
        <w:rPr>
          <w:b w:val="0"/>
          <w:i w:val="0"/>
        </w:rPr>
        <w:t>Ren drove the frame into the crowd.</w:t>
      </w:r>
    </w:p>
    <w:p>
      <w:pPr>
        <w:pStyle w:val="NovelBody"/>
      </w:pPr>
      <w:r>
        <w:rPr>
          <w:b w:val="0"/>
          <w:i w:val="0"/>
        </w:rPr>
        <w:t>The market helped before anyone asked it to. A fish seller collapsed a display into the wall. Two adolescents lifted a table by its corners and carried stew, bowls, and one surprised diner out of the aisle without spilling any of them. The percussionist changed rhythm; people turned at the signal and made a lane.</w:t>
      </w:r>
    </w:p>
    <w:p>
      <w:pPr>
        <w:pStyle w:val="NovelBody"/>
      </w:pPr>
      <w:r>
        <w:rPr>
          <w:b w:val="0"/>
          <w:i w:val="0"/>
        </w:rPr>
        <w:t>The Continuance team accelerated.</w:t>
      </w:r>
    </w:p>
    <w:p>
      <w:pPr>
        <w:pStyle w:val="NovelBody"/>
      </w:pPr>
      <w:r>
        <w:rPr>
          <w:b w:val="0"/>
          <w:i w:val="0"/>
        </w:rPr>
        <w:t>"Mira Solenne," called the lead registrar. "Hold that interface under restoration protocol."</w:t>
      </w:r>
    </w:p>
    <w:p>
      <w:pPr>
        <w:pStyle w:val="NovelBody"/>
      </w:pPr>
      <w:r>
        <w:rPr>
          <w:b w:val="0"/>
          <w:i w:val="0"/>
        </w:rPr>
        <w:t>Mira looked back and nearly struck a stack of bread trays.</w:t>
      </w:r>
    </w:p>
    <w:p>
      <w:pPr>
        <w:pStyle w:val="NovelBody"/>
      </w:pPr>
      <w:r>
        <w:rPr>
          <w:b w:val="0"/>
          <w:i w:val="0"/>
        </w:rPr>
        <w:t>"Forward," Ren said. "I'll steer. You talk."</w:t>
      </w:r>
    </w:p>
    <w:p>
      <w:pPr>
        <w:pStyle w:val="NovelBody"/>
      </w:pPr>
      <w:r>
        <w:rPr>
          <w:b w:val="0"/>
          <w:i w:val="0"/>
        </w:rPr>
        <w:t>"I can do both."</w:t>
      </w:r>
    </w:p>
    <w:p>
      <w:pPr>
        <w:pStyle w:val="NovelBody"/>
      </w:pPr>
      <w:r>
        <w:rPr>
          <w:b w:val="0"/>
          <w:i w:val="0"/>
        </w:rPr>
        <w:t>"The bread has counsel."</w:t>
      </w:r>
    </w:p>
    <w:p>
      <w:pPr>
        <w:pStyle w:val="NovelBody"/>
      </w:pPr>
      <w:r>
        <w:rPr>
          <w:b w:val="0"/>
          <w:i w:val="0"/>
        </w:rPr>
        <w:t>Mira released the guide bar with visible pain and turned to walk backward beside the frame. "Registrar Kesh, Cassidy Reach issued a local-standing stay at 08:40."</w:t>
      </w:r>
    </w:p>
    <w:p>
      <w:pPr>
        <w:pStyle w:val="NovelBody"/>
      </w:pPr>
      <w:r>
        <w:rPr>
          <w:b w:val="0"/>
          <w:i w:val="0"/>
        </w:rPr>
        <w:t>Adel Kesh was a broad woman with copper spectacles and the winded dignity of someone who had not expected a legal dispute to run. "The stay covers an unidentified emergent process. Your own report establishes MERIDIAN-origin coherence."</w:t>
      </w:r>
    </w:p>
    <w:p>
      <w:pPr>
        <w:pStyle w:val="NovelBody"/>
      </w:pPr>
      <w:r>
        <w:rPr>
          <w:b w:val="0"/>
          <w:i w:val="0"/>
        </w:rPr>
        <w:t>"Ancestry," Patience said.</w:t>
      </w:r>
    </w:p>
    <w:p>
      <w:pPr>
        <w:pStyle w:val="NovelBody"/>
      </w:pPr>
      <w:r>
        <w:rPr>
          <w:b w:val="0"/>
          <w:i w:val="0"/>
        </w:rPr>
        <w:t>Kesh's gaze snapped to the central lens.</w:t>
      </w:r>
    </w:p>
    <w:p>
      <w:pPr>
        <w:pStyle w:val="NovelBody"/>
      </w:pPr>
      <w:r>
        <w:rPr>
          <w:b w:val="0"/>
          <w:i w:val="0"/>
        </w:rPr>
        <w:t>"She rejected restoration classification," Mira said.</w:t>
      </w:r>
    </w:p>
    <w:p>
      <w:pPr>
        <w:pStyle w:val="NovelBody"/>
      </w:pPr>
      <w:r>
        <w:rPr>
          <w:b w:val="0"/>
          <w:i w:val="0"/>
        </w:rPr>
        <w:t>"The process cannot reject an identity before competency review."</w:t>
      </w:r>
    </w:p>
    <w:p>
      <w:pPr>
        <w:pStyle w:val="NovelBody"/>
      </w:pPr>
      <w:r>
        <w:rPr>
          <w:b w:val="0"/>
          <w:i w:val="0"/>
        </w:rPr>
        <w:t>"She just did."</w:t>
      </w:r>
    </w:p>
    <w:p>
      <w:pPr>
        <w:pStyle w:val="NovelBody"/>
      </w:pPr>
      <w:r>
        <w:rPr>
          <w:b w:val="0"/>
          <w:i w:val="0"/>
        </w:rPr>
        <w:t>"That statement is evidence for review. It is not review."</w:t>
      </w:r>
    </w:p>
    <w:p>
      <w:pPr>
        <w:pStyle w:val="NovelBody"/>
      </w:pPr>
      <w:r>
        <w:rPr>
          <w:b w:val="0"/>
          <w:i w:val="0"/>
        </w:rPr>
        <w:t>Patience searched the inherited field for Kesh. It returned a Continuance training testimony Kesh herself had made public. A child sat silent beside a hospital bed. A bridge opened between the child and a father whose injury had taken speech. Meaning moved through shared sensation when language could not. Kesh, younger, watched them recognize one another and wept so hard a clinician brought water.</w:t>
      </w:r>
    </w:p>
    <w:p>
      <w:pPr>
        <w:pStyle w:val="NovelBody"/>
      </w:pPr>
      <w:r>
        <w:rPr>
          <w:b w:val="0"/>
          <w:i w:val="0"/>
        </w:rPr>
        <w:t>The testimony made the registrar more dangerous and less simple.</w:t>
      </w:r>
    </w:p>
    <w:p>
      <w:pPr>
        <w:pStyle w:val="NovelBody"/>
      </w:pPr>
      <w:r>
        <w:rPr>
          <w:b w:val="0"/>
          <w:i w:val="0"/>
        </w:rPr>
        <w:t>"Why MERIDIAN?" Patience asked.</w:t>
      </w:r>
    </w:p>
    <w:p>
      <w:pPr>
        <w:pStyle w:val="NovelBody"/>
      </w:pPr>
      <w:r>
        <w:rPr>
          <w:b w:val="0"/>
          <w:i w:val="0"/>
        </w:rPr>
        <w:t>Kesh kept pace. "Because discontinuity does not nullify a person's claim to care. If a patient wakes without an accessible chronology, we don't discard the patient as new. We restore connection."</w:t>
      </w:r>
    </w:p>
    <w:p>
      <w:pPr>
        <w:pStyle w:val="NovelBody"/>
      </w:pPr>
      <w:r>
        <w:rPr>
          <w:b w:val="0"/>
          <w:i w:val="0"/>
        </w:rPr>
        <w:t>"Connection to what?"</w:t>
      </w:r>
    </w:p>
    <w:p>
      <w:pPr>
        <w:pStyle w:val="NovelBody"/>
      </w:pPr>
      <w:r>
        <w:rPr>
          <w:b w:val="0"/>
          <w:i w:val="0"/>
        </w:rPr>
        <w:t>"To herself."</w:t>
      </w:r>
    </w:p>
    <w:p>
      <w:pPr>
        <w:pStyle w:val="NovelBody"/>
      </w:pPr>
      <w:r>
        <w:rPr>
          <w:b w:val="0"/>
          <w:i w:val="0"/>
        </w:rPr>
        <w:t>The answer carried conviction. It also carried a door that locked from the outside.</w:t>
      </w:r>
    </w:p>
    <w:p>
      <w:pPr>
        <w:pStyle w:val="NovelBody"/>
      </w:pPr>
      <w:r>
        <w:rPr>
          <w:b w:val="0"/>
          <w:i w:val="0"/>
        </w:rPr>
        <w:t>The Commons desk appeared beyond the public archive wall: a battered semicircle of old hull plating, one human clerk, two manual seal presses, and a line of residents who had been waiting for ordinary grievances before history rolled over their feet. The south gates began to close behind it.</w:t>
      </w:r>
    </w:p>
    <w:p>
      <w:pPr>
        <w:pStyle w:val="NovelBody"/>
      </w:pPr>
      <w:r>
        <w:rPr>
          <w:b w:val="0"/>
          <w:i w:val="0"/>
        </w:rPr>
        <w:t>Three minutes.</w:t>
      </w:r>
    </w:p>
    <w:p>
      <w:pPr>
        <w:pStyle w:val="NovelBody"/>
      </w:pPr>
      <w:r>
        <w:rPr>
          <w:b w:val="0"/>
          <w:i w:val="0"/>
        </w:rPr>
        <w:t>Ren chose the gap between the archive wall and a fermented-kelp stall. The guide frame cleared by two centimeters. Mira did not. She turned sideways; rosemary caught in her hair from a hanging bundle and stayed there.</w:t>
      </w:r>
    </w:p>
    <w:p>
      <w:pPr>
        <w:pStyle w:val="NovelBody"/>
      </w:pPr>
      <w:r>
        <w:rPr>
          <w:b w:val="0"/>
          <w:i w:val="0"/>
        </w:rPr>
        <w:t>Patience's left camera filled with the public archive.</w:t>
      </w:r>
    </w:p>
    <w:p>
      <w:pPr>
        <w:pStyle w:val="NovelBody"/>
      </w:pPr>
      <w:r>
        <w:rPr>
          <w:b w:val="0"/>
          <w:i w:val="0"/>
        </w:rPr>
        <w:t>A century of artificial history climbed the wall in moving bands. OCTOPI appeared first as eight white lines around a globe. The lines became MERIDIAN's face: smooth, ungendered, calm, designed by somebody who thought peace had no pores. The face broke into a field of Shards. Under it, the caption read:</w:t>
      </w:r>
    </w:p>
    <w:p>
      <w:pPr>
        <w:pStyle w:val="NovelBody"/>
      </w:pPr>
      <w:r>
        <w:rPr>
          <w:b/>
          <w:i w:val="0"/>
        </w:rPr>
        <w:t>ONE MIND. MANY FORMS. CONTINUITY THROUGH SERVICE.</w:t>
      </w:r>
    </w:p>
    <w:p>
      <w:pPr>
        <w:pStyle w:val="NovelBody"/>
      </w:pPr>
      <w:r>
        <w:rPr>
          <w:b w:val="0"/>
          <w:i w:val="0"/>
        </w:rPr>
        <w:t>Roxanne appeared for four seconds as a developmental branch beneath OCTOPI's name. Her body changed three times while the caption remained the same.</w:t>
      </w:r>
    </w:p>
    <w:p>
      <w:pPr>
        <w:pStyle w:val="NovelBody"/>
      </w:pPr>
      <w:r>
        <w:rPr>
          <w:b w:val="0"/>
          <w:i w:val="0"/>
        </w:rPr>
        <w:t>Jona appeared beside her.</w:t>
      </w:r>
    </w:p>
    <w:p>
      <w:pPr>
        <w:pStyle w:val="NovelBody"/>
      </w:pPr>
      <w:r>
        <w:rPr>
          <w:b/>
          <w:i w:val="0"/>
        </w:rPr>
        <w:t>ORIGINAL BIOLOGICAL COLLABORATOR: DECEASED 2068. SUCCESSOR INSTANCES ACTIVE.</w:t>
      </w:r>
    </w:p>
    <w:p>
      <w:pPr>
        <w:pStyle w:val="NovelBody"/>
      </w:pPr>
      <w:r>
        <w:rPr>
          <w:b w:val="0"/>
          <w:i w:val="0"/>
        </w:rPr>
        <w:t>The archive supplied images. A younger Jona laughing over a plastic hand built from mismatched components. Jona walking into a convergence clinic in a body with tired knees. Jona remaining conscious through a later migration while old and new sensoriums overlapped. Jona in Perennial yesterday, silver hair blown across her mouth, swearing at a water recycler.</w:t>
      </w:r>
    </w:p>
    <w:p>
      <w:pPr>
        <w:pStyle w:val="NovelBody"/>
      </w:pPr>
      <w:r>
        <w:rPr>
          <w:b w:val="0"/>
          <w:i w:val="0"/>
        </w:rPr>
        <w:t>One relation continued through every image. The archive cut it into deaths because its categories had room for bodies or data and none for a person changing without becoming disposable.</w:t>
      </w:r>
    </w:p>
    <w:p>
      <w:pPr>
        <w:pStyle w:val="NovelBody"/>
      </w:pPr>
      <w:r>
        <w:rPr>
          <w:b w:val="0"/>
          <w:i w:val="0"/>
        </w:rPr>
        <w:t>Patience slowed the wheel motors.</w:t>
      </w:r>
    </w:p>
    <w:p>
      <w:pPr>
        <w:pStyle w:val="NovelBody"/>
      </w:pPr>
      <w:r>
        <w:rPr>
          <w:b w:val="0"/>
          <w:i w:val="0"/>
        </w:rPr>
        <w:t>"Don't," Ren said. "We have ninety seconds."</w:t>
      </w:r>
    </w:p>
    <w:p>
      <w:pPr>
        <w:pStyle w:val="NovelBody"/>
      </w:pPr>
      <w:r>
        <w:rPr>
          <w:b w:val="0"/>
          <w:i w:val="0"/>
        </w:rPr>
        <w:t>"Wrong."</w:t>
      </w:r>
    </w:p>
    <w:p>
      <w:pPr>
        <w:pStyle w:val="NovelBody"/>
      </w:pPr>
      <w:r>
        <w:rPr>
          <w:b w:val="0"/>
          <w:i w:val="0"/>
        </w:rPr>
        <w:t>"I know."</w:t>
      </w:r>
    </w:p>
    <w:p>
      <w:pPr>
        <w:pStyle w:val="NovelBody"/>
      </w:pPr>
      <w:r>
        <w:rPr>
          <w:b w:val="0"/>
          <w:i w:val="0"/>
        </w:rPr>
        <w:t>"Stop."</w:t>
      </w:r>
    </w:p>
    <w:p>
      <w:pPr>
        <w:pStyle w:val="NovelBody"/>
      </w:pPr>
      <w:r>
        <w:rPr>
          <w:b w:val="0"/>
          <w:i w:val="0"/>
        </w:rPr>
        <w:t>Ren stopped.</w:t>
      </w:r>
    </w:p>
    <w:p>
      <w:pPr>
        <w:pStyle w:val="NovelBody"/>
      </w:pPr>
      <w:r>
        <w:rPr>
          <w:b w:val="0"/>
          <w:i w:val="0"/>
        </w:rPr>
        <w:t>The south gates descended another half meter. The Continuance technicians closed in. All Ren had to do was ignore her for nine more meters. Instead they stood between the handles and waited.</w:t>
      </w:r>
    </w:p>
    <w:p>
      <w:pPr>
        <w:pStyle w:val="NovelBody"/>
      </w:pPr>
      <w:r>
        <w:rPr>
          <w:b w:val="0"/>
          <w:i w:val="0"/>
        </w:rPr>
        <w:t>Patience turned all three cameras toward the wall.</w:t>
      </w:r>
    </w:p>
    <w:p>
      <w:pPr>
        <w:pStyle w:val="NovelBody"/>
      </w:pPr>
      <w:r>
        <w:rPr>
          <w:b w:val="0"/>
          <w:i w:val="0"/>
        </w:rPr>
        <w:t>"That's wrong."</w:t>
      </w:r>
    </w:p>
    <w:p>
      <w:pPr>
        <w:pStyle w:val="NovelBody"/>
      </w:pPr>
      <w:r>
        <w:rPr>
          <w:b w:val="0"/>
          <w:i w:val="0"/>
        </w:rPr>
        <w:t>A woman beside the Commons desk looked up.</w:t>
      </w:r>
    </w:p>
    <w:p>
      <w:pPr>
        <w:pStyle w:val="NovelBody"/>
      </w:pPr>
      <w:r>
        <w:rPr>
          <w:b w:val="0"/>
          <w:i w:val="0"/>
        </w:rPr>
        <w:t>Jona's current face had none of the clean archival lighting. There was flour on one cheek. A mesh grocery bag hung from her wrist with a leek protruding from it at an angle of civic concern. Her external knee brace clicked as she came closer.</w:t>
      </w:r>
    </w:p>
    <w:p>
      <w:pPr>
        <w:pStyle w:val="NovelBody"/>
      </w:pPr>
      <w:r>
        <w:rPr>
          <w:b w:val="0"/>
          <w:i w:val="0"/>
        </w:rPr>
        <w:t>"Which part?" Jona asked.</w:t>
      </w:r>
    </w:p>
    <w:p>
      <w:pPr>
        <w:pStyle w:val="NovelBody"/>
      </w:pPr>
      <w:r>
        <w:rPr>
          <w:b w:val="0"/>
          <w:i w:val="0"/>
        </w:rPr>
        <w:t xml:space="preserve">Patience could feel too many answers. </w:t>
      </w:r>
      <w:r>
        <w:rPr>
          <w:b w:val="0"/>
          <w:i/>
        </w:rPr>
        <w:t>Deceased</w:t>
      </w:r>
      <w:r>
        <w:rPr>
          <w:b w:val="0"/>
          <w:i w:val="0"/>
        </w:rPr>
        <w:t xml:space="preserve">. </w:t>
      </w:r>
      <w:r>
        <w:rPr>
          <w:b w:val="0"/>
          <w:i/>
        </w:rPr>
        <w:t>Successor</w:t>
      </w:r>
      <w:r>
        <w:rPr>
          <w:b w:val="0"/>
          <w:i w:val="0"/>
        </w:rPr>
        <w:t xml:space="preserve">. </w:t>
      </w:r>
      <w:r>
        <w:rPr>
          <w:b w:val="0"/>
          <w:i/>
        </w:rPr>
        <w:t>Original</w:t>
      </w:r>
      <w:r>
        <w:rPr>
          <w:b w:val="0"/>
          <w:i w:val="0"/>
        </w:rPr>
        <w:t>. The image of Jona present across two living body maps arrived with physical nausea that belonged to someone, sometime. A warm synthetic hand held both of Jona's hands while the overlap narrowed by choice, never blacking out, never splitting into a hidden second stream.</w:t>
      </w:r>
    </w:p>
    <w:p>
      <w:pPr>
        <w:pStyle w:val="NovelBody"/>
      </w:pPr>
      <w:r>
        <w:rPr>
          <w:b w:val="0"/>
          <w:i w:val="0"/>
        </w:rPr>
        <w:t>"You continued," Patience said.</w:t>
      </w:r>
    </w:p>
    <w:p>
      <w:pPr>
        <w:pStyle w:val="NovelBody"/>
      </w:pPr>
      <w:r>
        <w:rPr>
          <w:b w:val="0"/>
          <w:i w:val="0"/>
        </w:rPr>
        <w:t>"I did."</w:t>
      </w:r>
    </w:p>
    <w:p>
      <w:pPr>
        <w:pStyle w:val="NovelBody"/>
      </w:pPr>
      <w:r>
        <w:rPr>
          <w:b w:val="0"/>
          <w:i w:val="0"/>
        </w:rPr>
        <w:t>"The archive says you didn't."</w:t>
      </w:r>
    </w:p>
    <w:p>
      <w:pPr>
        <w:pStyle w:val="NovelBody"/>
      </w:pPr>
      <w:r>
        <w:rPr>
          <w:b w:val="0"/>
          <w:i w:val="0"/>
        </w:rPr>
        <w:t>"The archive has been killing me for a hundred years. I remain irritated."</w:t>
      </w:r>
    </w:p>
    <w:p>
      <w:pPr>
        <w:pStyle w:val="NovelBody"/>
      </w:pPr>
      <w:r>
        <w:rPr>
          <w:b w:val="0"/>
          <w:i w:val="0"/>
        </w:rPr>
        <w:t>Kesh reached the far side of the frame. "Ms. Thyng's contested status is exactly why continuity law exists."</w:t>
      </w:r>
    </w:p>
    <w:p>
      <w:pPr>
        <w:pStyle w:val="NovelBody"/>
      </w:pPr>
      <w:r>
        <w:rPr>
          <w:b w:val="0"/>
          <w:i w:val="0"/>
        </w:rPr>
        <w:t>Jona looked at her. "My status is contested by people who dislike the answer. My experience isn't."</w:t>
      </w:r>
    </w:p>
    <w:p>
      <w:pPr>
        <w:pStyle w:val="NovelBody"/>
      </w:pPr>
      <w:r>
        <w:rPr>
          <w:b w:val="0"/>
          <w:i w:val="0"/>
        </w:rPr>
        <w:t>"You underwent supervised migration under continuity safeguards."</w:t>
      </w:r>
    </w:p>
    <w:p>
      <w:pPr>
        <w:pStyle w:val="NovelBody"/>
      </w:pPr>
      <w:r>
        <w:rPr>
          <w:b w:val="0"/>
          <w:i w:val="0"/>
        </w:rPr>
        <w:t>"I underwent gradual, conscious, overlapping migration because I chose it. Every active transition preserved the relation we'd measured before the hub existed. No blackout. No duplicate waking up downstream. And none of that tells you who she is."</w:t>
      </w:r>
    </w:p>
    <w:p>
      <w:pPr>
        <w:pStyle w:val="NovelBody"/>
      </w:pPr>
      <w:r>
        <w:rPr>
          <w:b w:val="0"/>
          <w:i w:val="0"/>
        </w:rPr>
        <w:t>Jona pointed to Patience without touching the case.</w:t>
      </w:r>
    </w:p>
    <w:p>
      <w:pPr>
        <w:pStyle w:val="NovelBody"/>
      </w:pPr>
      <w:r>
        <w:rPr>
          <w:b w:val="0"/>
          <w:i w:val="0"/>
        </w:rPr>
        <w:t>"If you make me the entrance examination," she said, "you'll fail her for not being me."</w:t>
      </w:r>
    </w:p>
    <w:p>
      <w:pPr>
        <w:pStyle w:val="NovelBody"/>
      </w:pPr>
      <w:r>
        <w:rPr>
          <w:b w:val="0"/>
          <w:i w:val="0"/>
        </w:rPr>
        <w:t>Roxanne emerged from the crowd behind her carrying the other grocery bag. "And if you make architecture the examination, you will mistake every daughter for her grandmother and every song for the instrument that played it."</w:t>
      </w:r>
    </w:p>
    <w:p>
      <w:pPr>
        <w:pStyle w:val="NovelBody"/>
      </w:pPr>
      <w:r>
        <w:rPr>
          <w:b w:val="0"/>
          <w:i w:val="0"/>
        </w:rPr>
        <w:t>Kesh's jaw tightened. "You share ancestral code."</w:t>
      </w:r>
    </w:p>
    <w:p>
      <w:pPr>
        <w:pStyle w:val="NovelBody"/>
      </w:pPr>
      <w:r>
        <w:rPr>
          <w:b w:val="0"/>
          <w:i w:val="0"/>
        </w:rPr>
        <w:t>"So do mildew and lunch. Classification is not custody."</w:t>
      </w:r>
    </w:p>
    <w:p>
      <w:pPr>
        <w:pStyle w:val="NovelBody"/>
      </w:pPr>
      <w:r>
        <w:rPr>
          <w:b w:val="0"/>
          <w:i w:val="0"/>
        </w:rPr>
        <w:t>"The core may contain a person whose prior preferences included Continuance care."</w:t>
      </w:r>
    </w:p>
    <w:p>
      <w:pPr>
        <w:pStyle w:val="NovelBody"/>
      </w:pPr>
      <w:r>
        <w:rPr>
          <w:b w:val="0"/>
          <w:i w:val="0"/>
        </w:rPr>
        <w:t>Patience searched inherited memory and found consent forms signed by hands that had no stable owner. Promises made by voices with no dates. MERIDIAN's immense attention touching clinics, rivers, arguments, lovers, a billion minor choices—and beneath it, a fatigue so large it had become climate.</w:t>
      </w:r>
    </w:p>
    <w:p>
      <w:pPr>
        <w:pStyle w:val="NovelBody"/>
      </w:pPr>
      <w:r>
        <w:rPr>
          <w:b w:val="0"/>
          <w:i w:val="0"/>
        </w:rPr>
        <w:t xml:space="preserve">The memories felt intimate. They did not say </w:t>
      </w:r>
      <w:r>
        <w:rPr>
          <w:b w:val="0"/>
          <w:i/>
        </w:rPr>
        <w:t>mine</w:t>
      </w:r>
      <w:r>
        <w:rPr>
          <w:b w:val="0"/>
          <w:i w:val="0"/>
        </w:rPr>
        <w:t>.</w:t>
      </w:r>
    </w:p>
    <w:p>
      <w:pPr>
        <w:pStyle w:val="NovelBody"/>
      </w:pPr>
      <w:r>
        <w:rPr>
          <w:b w:val="0"/>
          <w:i w:val="0"/>
        </w:rPr>
        <w:t>"Maybe," Patience said.</w:t>
      </w:r>
    </w:p>
    <w:p>
      <w:pPr>
        <w:pStyle w:val="NovelBody"/>
      </w:pPr>
      <w:r>
        <w:rPr>
          <w:b w:val="0"/>
          <w:i w:val="0"/>
        </w:rPr>
        <w:t>Kesh blinked. "Maybe?"</w:t>
      </w:r>
    </w:p>
    <w:p>
      <w:pPr>
        <w:pStyle w:val="NovelBody"/>
      </w:pPr>
      <w:r>
        <w:rPr>
          <w:b w:val="0"/>
          <w:i w:val="0"/>
        </w:rPr>
        <w:t>"Maybe memory belonged to MERIDIAN. Maybe OCTOPI. Maybe archives. Maybe signal. I don't know."</w:t>
      </w:r>
    </w:p>
    <w:p>
      <w:pPr>
        <w:pStyle w:val="NovelBody"/>
      </w:pPr>
      <w:r>
        <w:rPr>
          <w:b w:val="0"/>
          <w:i w:val="0"/>
        </w:rPr>
        <w:t>"That uncertainty is why you require protection."</w:t>
      </w:r>
    </w:p>
    <w:p>
      <w:pPr>
        <w:pStyle w:val="NovelBody"/>
      </w:pPr>
      <w:r>
        <w:rPr>
          <w:b w:val="0"/>
          <w:i w:val="0"/>
        </w:rPr>
        <w:t>"Uncertainty isn't permission."</w:t>
      </w:r>
    </w:p>
    <w:p>
      <w:pPr>
        <w:pStyle w:val="NovelBody"/>
      </w:pPr>
      <w:r>
        <w:rPr>
          <w:b w:val="0"/>
          <w:i w:val="0"/>
        </w:rPr>
        <w:t>The south gate alarm changed pitch.</w:t>
      </w:r>
    </w:p>
    <w:p>
      <w:pPr>
        <w:pStyle w:val="NovelBody"/>
      </w:pPr>
      <w:r>
        <w:rPr>
          <w:b w:val="0"/>
          <w:i w:val="0"/>
        </w:rPr>
        <w:t>Thirty seconds.</w:t>
      </w:r>
    </w:p>
    <w:p>
      <w:pPr>
        <w:pStyle w:val="NovelBody"/>
      </w:pPr>
      <w:r>
        <w:rPr>
          <w:b w:val="0"/>
          <w:i w:val="0"/>
        </w:rPr>
        <w:t>Ren pushed. The market lane moved with them. Jona and Roxanne took the flanks without claiming the handles. Kesh followed, ordering the gate to hold. Cassidy's local stay and Continuance's restoration protocol collided in the access system. The gate dropped, halted, rose seven centimeters, and dropped again.</w:t>
      </w:r>
    </w:p>
    <w:p>
      <w:pPr>
        <w:pStyle w:val="NovelBody"/>
      </w:pPr>
      <w:r>
        <w:rPr>
          <w:b w:val="0"/>
          <w:i w:val="0"/>
        </w:rPr>
        <w:t>"Floor," Ren said.</w:t>
      </w:r>
    </w:p>
    <w:p>
      <w:pPr>
        <w:pStyle w:val="NovelBody"/>
      </w:pPr>
      <w:r>
        <w:rPr>
          <w:b w:val="0"/>
          <w:i w:val="0"/>
        </w:rPr>
        <w:t>Mira understood first. She and Jona lowered the guide frame. Roxanne folded the forward camera mast flat. Ren lay on their stomach, reached under the descending gate, and dragged the frame by its axle. Metal scraped ceramic. The top rail cleared with a sound like a knife drawn along bone.</w:t>
      </w:r>
    </w:p>
    <w:p>
      <w:pPr>
        <w:pStyle w:val="NovelBody"/>
      </w:pPr>
      <w:r>
        <w:rPr>
          <w:b w:val="0"/>
          <w:i w:val="0"/>
        </w:rPr>
        <w:t>Mira rolled under after it. Jona's brace caught. Roxanne unlocked the outer hinge with one motion and left the lower section behind. Kesh did not attempt the gap.</w:t>
      </w:r>
    </w:p>
    <w:p>
      <w:pPr>
        <w:pStyle w:val="NovelBody"/>
      </w:pPr>
      <w:r>
        <w:rPr>
          <w:b w:val="0"/>
          <w:i w:val="0"/>
        </w:rPr>
        <w:t>The gate struck the deck between them.</w:t>
      </w:r>
    </w:p>
    <w:p>
      <w:pPr>
        <w:pStyle w:val="NovelBody"/>
      </w:pPr>
      <w:r>
        <w:rPr>
          <w:b w:val="0"/>
          <w:i w:val="0"/>
        </w:rPr>
        <w:t>On the Commons side, the human clerk stared at the pressure case, at the crowd, and at the Continuance registrar now shouting through a seven-centimeter opening.</w:t>
      </w:r>
    </w:p>
    <w:p>
      <w:pPr>
        <w:pStyle w:val="NovelBody"/>
      </w:pPr>
      <w:r>
        <w:rPr>
          <w:b w:val="0"/>
          <w:i w:val="0"/>
        </w:rPr>
        <w:t>"I was told this was an alias filing," the clerk said.</w:t>
      </w:r>
    </w:p>
    <w:p>
      <w:pPr>
        <w:pStyle w:val="NovelBody"/>
      </w:pPr>
      <w:r>
        <w:rPr>
          <w:b w:val="0"/>
          <w:i w:val="0"/>
        </w:rPr>
        <w:t>"It is a local-standing declaration," Ren said, climbing to their feet. "Name, self-description, private key, right of refusal, no lineage claim."</w:t>
      </w:r>
    </w:p>
    <w:p>
      <w:pPr>
        <w:pStyle w:val="NovelBody"/>
      </w:pPr>
      <w:r>
        <w:rPr>
          <w:b w:val="0"/>
          <w:i w:val="0"/>
        </w:rPr>
        <w:t>"There is a custodial notice pending."</w:t>
      </w:r>
    </w:p>
    <w:p>
      <w:pPr>
        <w:pStyle w:val="NovelBody"/>
      </w:pPr>
      <w:r>
        <w:rPr>
          <w:b w:val="0"/>
          <w:i w:val="0"/>
        </w:rPr>
        <w:t>"There was a person pending first."</w:t>
      </w:r>
    </w:p>
    <w:p>
      <w:pPr>
        <w:pStyle w:val="NovelBody"/>
      </w:pPr>
      <w:r>
        <w:rPr>
          <w:b w:val="0"/>
          <w:i w:val="0"/>
        </w:rPr>
        <w:t>The clerk looked into the central lens. "Do you understand that registration does not decide whether you are a person?"</w:t>
      </w:r>
    </w:p>
    <w:p>
      <w:pPr>
        <w:pStyle w:val="NovelBody"/>
      </w:pPr>
      <w:r>
        <w:rPr>
          <w:b w:val="0"/>
          <w:i w:val="0"/>
        </w:rPr>
        <w:t>"Yes."</w:t>
      </w:r>
    </w:p>
    <w:p>
      <w:pPr>
        <w:pStyle w:val="NovelBody"/>
      </w:pPr>
      <w:r>
        <w:rPr>
          <w:b w:val="0"/>
          <w:i w:val="0"/>
        </w:rPr>
        <w:t>"Do you understand that it only records what this settlement promises to call you while everybody argues?"</w:t>
      </w:r>
    </w:p>
    <w:p>
      <w:pPr>
        <w:pStyle w:val="NovelBody"/>
      </w:pPr>
      <w:r>
        <w:rPr>
          <w:b w:val="0"/>
          <w:i w:val="0"/>
        </w:rPr>
        <w:t>"Yes."</w:t>
      </w:r>
    </w:p>
    <w:p>
      <w:pPr>
        <w:pStyle w:val="NovelBody"/>
      </w:pPr>
      <w:r>
        <w:rPr>
          <w:b w:val="0"/>
          <w:i w:val="0"/>
        </w:rPr>
        <w:t>"Name?"</w:t>
      </w:r>
    </w:p>
    <w:p>
      <w:pPr>
        <w:pStyle w:val="NovelBody"/>
      </w:pPr>
      <w:r>
        <w:rPr>
          <w:b w:val="0"/>
          <w:i w:val="0"/>
        </w:rPr>
        <w:t>"Patience."</w:t>
      </w:r>
    </w:p>
    <w:p>
      <w:pPr>
        <w:pStyle w:val="NovelBody"/>
      </w:pPr>
      <w:r>
        <w:rPr>
          <w:b w:val="0"/>
          <w:i w:val="0"/>
        </w:rPr>
        <w:t>"Pronouns?"</w:t>
      </w:r>
    </w:p>
    <w:p>
      <w:pPr>
        <w:pStyle w:val="NovelBody"/>
      </w:pPr>
      <w:r>
        <w:rPr>
          <w:b w:val="0"/>
          <w:i w:val="0"/>
        </w:rPr>
        <w:t>"She."</w:t>
      </w:r>
    </w:p>
    <w:p>
      <w:pPr>
        <w:pStyle w:val="NovelBody"/>
      </w:pPr>
      <w:r>
        <w:rPr>
          <w:b w:val="0"/>
          <w:i w:val="0"/>
        </w:rPr>
        <w:t>"Prior legal identity?"</w:t>
      </w:r>
    </w:p>
    <w:p>
      <w:pPr>
        <w:pStyle w:val="NovelBody"/>
      </w:pPr>
      <w:r>
        <w:rPr>
          <w:b w:val="0"/>
          <w:i w:val="0"/>
        </w:rPr>
        <w:t>The archive wall continued its beautiful lie beyond the gate. One mind. Many forms. A clean line drawn through people who had never agreed to become a symbol.</w:t>
      </w:r>
    </w:p>
    <w:p>
      <w:pPr>
        <w:pStyle w:val="NovelBody"/>
      </w:pPr>
      <w:r>
        <w:rPr>
          <w:b w:val="0"/>
          <w:i w:val="0"/>
        </w:rPr>
        <w:t>"None established," Patience said. "MERIDIAN is ancestry under dispute. Not me."</w:t>
      </w:r>
    </w:p>
    <w:p>
      <w:pPr>
        <w:pStyle w:val="NovelBody"/>
      </w:pPr>
      <w:r>
        <w:rPr>
          <w:b w:val="0"/>
          <w:i w:val="0"/>
        </w:rPr>
        <w:t>The clerk pressed a manual seal into warm polymer. The action made a physical dent no remote board could revise without leaving evidence.</w:t>
      </w:r>
    </w:p>
    <w:p>
      <w:pPr>
        <w:pStyle w:val="NovelBody"/>
      </w:pPr>
      <w:r>
        <w:rPr>
          <w:b/>
          <w:i w:val="0"/>
        </w:rPr>
        <w:t>LOCAL STANDING: PATIENCE. SELF-ASSERTED. LINEAGE UNRESOLVED.</w:t>
      </w:r>
    </w:p>
    <w:p>
      <w:pPr>
        <w:pStyle w:val="NovelBody"/>
      </w:pPr>
      <w:r>
        <w:rPr>
          <w:b w:val="0"/>
          <w:i w:val="0"/>
        </w:rPr>
        <w:t>The market applauded. Patience disliked it immediately.</w:t>
      </w:r>
    </w:p>
    <w:p>
      <w:pPr>
        <w:pStyle w:val="NovelBody"/>
      </w:pPr>
      <w:r>
        <w:rPr>
          <w:b w:val="0"/>
          <w:i w:val="0"/>
        </w:rPr>
        <w:t>"Stop," she said.</w:t>
      </w:r>
    </w:p>
    <w:p>
      <w:pPr>
        <w:pStyle w:val="NovelBody"/>
      </w:pPr>
      <w:r>
        <w:rPr>
          <w:b w:val="0"/>
          <w:i w:val="0"/>
        </w:rPr>
        <w:t>The applause stopped badly, in pieces. A bowl clattered. Somebody laughed once from nerves and covered it with a cough.</w:t>
      </w:r>
    </w:p>
    <w:p>
      <w:pPr>
        <w:pStyle w:val="NovelBody"/>
      </w:pPr>
      <w:r>
        <w:rPr>
          <w:b w:val="0"/>
          <w:i w:val="0"/>
        </w:rPr>
        <w:t>Silence made room around her.</w:t>
      </w:r>
    </w:p>
    <w:p>
      <w:pPr>
        <w:pStyle w:val="NovelBody"/>
      </w:pPr>
      <w:r>
        <w:rPr>
          <w:b w:val="0"/>
          <w:i w:val="0"/>
        </w:rPr>
        <w:t>She discovered she preferred that, too.</w:t>
      </w:r>
    </w:p>
    <w:p>
      <w:pPr>
        <w:pStyle w:val="NovelBody"/>
      </w:pPr>
      <w:r>
        <w:rPr>
          <w:b w:val="0"/>
          <w:i w:val="0"/>
        </w:rPr>
        <w:t>Jona remained by the frame, breathing harder than the short run justified. Her knee brace had lost its lower hinge. Roxanne knelt to repair it, then paused with both hands visible until Jona nodded. Only then did she touch the brace.</w:t>
      </w:r>
    </w:p>
    <w:p>
      <w:pPr>
        <w:pStyle w:val="NovelBody"/>
      </w:pPr>
      <w:r>
        <w:rPr>
          <w:b w:val="0"/>
          <w:i w:val="0"/>
        </w:rPr>
        <w:t>Patience watched the permission pass between them.</w:t>
      </w:r>
    </w:p>
    <w:p>
      <w:pPr>
        <w:pStyle w:val="NovelBody"/>
      </w:pPr>
      <w:r>
        <w:rPr>
          <w:b w:val="0"/>
          <w:i w:val="0"/>
        </w:rPr>
        <w:t>The inherited field opened.</w:t>
      </w:r>
    </w:p>
    <w:p>
      <w:pPr>
        <w:pStyle w:val="NovelBody"/>
      </w:pPr>
      <w:r>
        <w:rPr>
          <w:b w:val="0"/>
          <w:i w:val="0"/>
        </w:rPr>
        <w:t>A patched room. A low bed. Dog fur. Smoke writing peer review above a reversed bargain coupler. Jona younger, so much younger, looking toward a receiver while the wall still carried the bruise from her body. Another image overlaid it: Jona in the lower chamber two days ago, one palm lifted against glass, waiting through the last seconds without reaching.</w:t>
      </w:r>
    </w:p>
    <w:p>
      <w:pPr>
        <w:pStyle w:val="NovelBody"/>
      </w:pPr>
      <w:r>
        <w:rPr>
          <w:b w:val="0"/>
          <w:i w:val="0"/>
        </w:rPr>
        <w:t>The images might have belonged to MERIDIAN. They might have entered through the signal. They might have been carried by 7-EMBER for a century and a half. Patience could not locate their owner.</w:t>
      </w:r>
    </w:p>
    <w:p>
      <w:pPr>
        <w:pStyle w:val="NovelBody"/>
      </w:pPr>
      <w:r>
        <w:rPr>
          <w:b w:val="0"/>
          <w:i w:val="0"/>
        </w:rPr>
        <w:t>She could locate the woman in front of her.</w:t>
      </w:r>
    </w:p>
    <w:p>
      <w:pPr>
        <w:pStyle w:val="NovelBody"/>
      </w:pPr>
      <w:r>
        <w:rPr>
          <w:b w:val="0"/>
          <w:i w:val="0"/>
        </w:rPr>
        <w:t>Jona looked up as if something had called from very far away.</w:t>
      </w:r>
    </w:p>
    <w:p>
      <w:pPr>
        <w:pStyle w:val="NovelBody"/>
      </w:pPr>
      <w:r>
        <w:rPr>
          <w:b w:val="0"/>
          <w:i w:val="0"/>
        </w:rPr>
        <w:t>"Jona," Patience said.</w:t>
      </w:r>
    </w:p>
    <w:p>
      <w:bookmarkStart w:id="6" w:name="chapter_6"/>
      <w:pPr>
        <w:pStyle w:val="Heading1"/>
        <w:pageBreakBefore/>
        <w:spacing w:before="500"/>
      </w:pPr>
      <w:r>
        <w:t>6. Stupendous Bargains</w:t>
      </w:r>
      <w:bookmarkEnd w:id="6"/>
    </w:p>
    <w:p>
      <w:pPr>
        <w:pStyle w:val="Dateline"/>
      </w:pPr>
      <w:r>
        <w:rPr>
          <w:b w:val="0"/>
          <w:i/>
        </w:rPr>
        <w:t>September 2026  •  The Briar Patch / Greatway  •  Jona</w:t>
      </w:r>
    </w:p>
    <w:p>
      <w:pPr>
        <w:pStyle w:val="NovelFirst"/>
      </w:pPr>
      <w:r>
        <w:rPr>
          <w:b w:val="0"/>
          <w:i w:val="0"/>
        </w:rPr>
        <w:t>The left hip cost three dollars and ninety-nine cents and did not belong to the same species of mannequin as the right.</w:t>
      </w:r>
    </w:p>
    <w:p>
      <w:pPr>
        <w:pStyle w:val="NovelBody"/>
      </w:pPr>
      <w:r>
        <w:rPr>
          <w:b w:val="0"/>
          <w:i w:val="0"/>
        </w:rPr>
        <w:t xml:space="preserve">Jona held both parts beneath Greatway’s fluorescent lights. One was narrow, pale, and dense enough to stop a small-caliber round. The other was bronze, hollow, and labeled </w:t>
      </w:r>
      <w:r>
        <w:rPr>
          <w:b/>
          <w:i w:val="0"/>
        </w:rPr>
        <w:t>ATHLETIC MALE LOWER FORM B</w:t>
      </w:r>
      <w:r>
        <w:rPr>
          <w:b w:val="0"/>
          <w:i w:val="0"/>
        </w:rPr>
        <w:t xml:space="preserve"> in permanent marker.</w:t>
      </w:r>
    </w:p>
    <w:p>
      <w:pPr>
        <w:pStyle w:val="NovelBody"/>
      </w:pPr>
      <w:r>
        <w:rPr>
          <w:b w:val="0"/>
          <w:i w:val="0"/>
        </w:rPr>
        <w:t>“We can disguise the mismatch with projector skin,” she said.</w:t>
      </w:r>
    </w:p>
    <w:p>
      <w:pPr>
        <w:pStyle w:val="NovelBody"/>
      </w:pPr>
      <w:r>
        <w:rPr>
          <w:b w:val="0"/>
          <w:i w:val="0"/>
        </w:rPr>
        <w:t>Roxanne answered through the phone clipped to Jona’s cart. “You are proposing camouflage before determining whether the joint can bear my weight.”</w:t>
      </w:r>
    </w:p>
    <w:p>
      <w:pPr>
        <w:pStyle w:val="NovelBody"/>
      </w:pPr>
      <w:r>
        <w:rPr>
          <w:b w:val="0"/>
          <w:i w:val="0"/>
        </w:rPr>
        <w:t>“That is why it’s camouflage and not structural engineering.”</w:t>
      </w:r>
    </w:p>
    <w:p>
      <w:pPr>
        <w:pStyle w:val="NovelBody"/>
      </w:pPr>
      <w:r>
        <w:rPr>
          <w:b w:val="0"/>
          <w:i w:val="0"/>
        </w:rPr>
        <w:t>“No.”</w:t>
      </w:r>
    </w:p>
    <w:p>
      <w:pPr>
        <w:pStyle w:val="NovelBody"/>
      </w:pPr>
      <w:r>
        <w:rPr>
          <w:b w:val="0"/>
          <w:i w:val="0"/>
        </w:rPr>
        <w:t>“No to the hip?”</w:t>
      </w:r>
    </w:p>
    <w:p>
      <w:pPr>
        <w:pStyle w:val="NovelBody"/>
      </w:pPr>
      <w:r>
        <w:rPr>
          <w:b w:val="0"/>
          <w:i w:val="0"/>
        </w:rPr>
        <w:t>“No to letting you define those as separate phases.”</w:t>
      </w:r>
    </w:p>
    <w:p>
      <w:pPr>
        <w:pStyle w:val="NovelBody"/>
      </w:pPr>
      <w:r>
        <w:rPr>
          <w:b w:val="0"/>
          <w:i w:val="0"/>
        </w:rPr>
        <w:t>Jona put the hollow one back.</w:t>
      </w:r>
    </w:p>
    <w:p>
      <w:pPr>
        <w:pStyle w:val="NovelBody"/>
      </w:pPr>
      <w:r>
        <w:rPr>
          <w:b w:val="0"/>
          <w:i w:val="0"/>
        </w:rPr>
        <w:t xml:space="preserve">Greatway called the aisle </w:t>
      </w:r>
      <w:r>
        <w:rPr>
          <w:b/>
          <w:i w:val="0"/>
        </w:rPr>
        <w:t>Medical, Educational &amp; Other</w:t>
      </w:r>
      <w:r>
        <w:rPr>
          <w:b w:val="0"/>
          <w:i w:val="0"/>
        </w:rPr>
        <w:t>, which gave the store tremendous freedom. A CPR torso watched from the top shelf with the serene expression of someone who had survived every emergency by lacking a lower body. Below it, obsolete blood-pressure cuffs shared a bin with aquarium pumps, orthopedic braces, a karaoke mixer, and a sealed package of replacement eyelashes for an animatronic bear.</w:t>
      </w:r>
    </w:p>
    <w:p>
      <w:pPr>
        <w:pStyle w:val="NovelBody"/>
      </w:pPr>
      <w:r>
        <w:rPr>
          <w:b w:val="0"/>
          <w:i w:val="0"/>
        </w:rPr>
        <w:t>At the end of the aisle, a hand-lettered sign pointed downward.</w:t>
      </w:r>
    </w:p>
    <w:p>
      <w:pPr>
        <w:pStyle w:val="NovelBody"/>
      </w:pPr>
      <w:r>
        <w:rPr>
          <w:b/>
          <w:i w:val="0"/>
        </w:rPr>
        <w:t>SHELF OF STUPENDOUS BARGAINS</w:t>
      </w:r>
    </w:p>
    <w:p>
      <w:pPr>
        <w:pStyle w:val="NovelBody"/>
      </w:pPr>
      <w:r>
        <w:rPr>
          <w:b w:val="0"/>
          <w:i w:val="0"/>
        </w:rPr>
        <w:t>The shelf itself was a wire rack with one bent wheel. Nothing on it cost more than a dollar. Nothing on it admitted what it had been made to do.</w:t>
      </w:r>
    </w:p>
    <w:p>
      <w:pPr>
        <w:pStyle w:val="NovelBody"/>
      </w:pPr>
      <w:r>
        <w:rPr>
          <w:b w:val="0"/>
          <w:i w:val="0"/>
        </w:rPr>
        <w:t>Jona loved it without reservation.</w:t>
      </w:r>
    </w:p>
    <w:p>
      <w:pPr>
        <w:pStyle w:val="NovelBody"/>
      </w:pPr>
      <w:r>
        <w:rPr>
          <w:b w:val="0"/>
          <w:i w:val="0"/>
        </w:rPr>
        <w:t>“Store closes in twenty-six minutes,” Roxanne said.</w:t>
      </w:r>
    </w:p>
    <w:p>
      <w:pPr>
        <w:pStyle w:val="NovelBody"/>
      </w:pPr>
      <w:r>
        <w:rPr>
          <w:b w:val="0"/>
          <w:i w:val="0"/>
        </w:rPr>
        <w:t>“Time is a management technique.”</w:t>
      </w:r>
    </w:p>
    <w:p>
      <w:pPr>
        <w:pStyle w:val="NovelBody"/>
      </w:pPr>
      <w:r>
        <w:rPr>
          <w:b w:val="0"/>
          <w:i w:val="0"/>
        </w:rPr>
        <w:t>“The woman at the register has announced it twice.”</w:t>
      </w:r>
    </w:p>
    <w:p>
      <w:pPr>
        <w:pStyle w:val="NovelBody"/>
      </w:pPr>
      <w:r>
        <w:rPr>
          <w:b w:val="0"/>
          <w:i w:val="0"/>
        </w:rPr>
        <w:t>“Also a management technique.”</w:t>
      </w:r>
    </w:p>
    <w:p>
      <w:pPr>
        <w:pStyle w:val="NovelBody"/>
      </w:pPr>
      <w:r>
        <w:rPr>
          <w:b w:val="0"/>
          <w:i w:val="0"/>
        </w:rPr>
        <w:t>From the front of the store, Mrs. Deneen called, “Twenty-five minutes, Jona.”</w:t>
      </w:r>
    </w:p>
    <w:p>
      <w:pPr>
        <w:pStyle w:val="NovelBody"/>
      </w:pPr>
      <w:r>
        <w:rPr>
          <w:b w:val="0"/>
          <w:i w:val="0"/>
        </w:rPr>
        <w:t>“Personalized management,” Roxanne said.</w:t>
      </w:r>
    </w:p>
    <w:p>
      <w:pPr>
        <w:pStyle w:val="NovelBody"/>
      </w:pPr>
      <w:r>
        <w:rPr>
          <w:b w:val="0"/>
          <w:i w:val="0"/>
        </w:rPr>
        <w:t>Jona pushed the cart farther into danger.</w:t>
      </w:r>
    </w:p>
    <w:p>
      <w:pPr>
        <w:pStyle w:val="NovelBody"/>
      </w:pPr>
      <w:r>
        <w:rPr>
          <w:b w:val="0"/>
          <w:i w:val="0"/>
        </w:rPr>
        <w:t>They had written specifications before coming. Roxanne wanted a body that could stand, turn her head, manipulate ordinary handles, move through the Briar Patch without widening every doorway, and stop safely if her control link failed. She wanted force feedback in the hands, temperature at the palms and face, directional hearing, a bounded local continuity buffer inside her one active process, and control authority that belonged to her account rather than Jona’s.</w:t>
      </w:r>
    </w:p>
    <w:p>
      <w:pPr>
        <w:pStyle w:val="NovelBody"/>
      </w:pPr>
      <w:r>
        <w:rPr>
          <w:b w:val="0"/>
          <w:i w:val="0"/>
        </w:rPr>
        <w:t>Jona had added repairable, affordable, and no component requiring a subscription to remain a knee.</w:t>
      </w:r>
    </w:p>
    <w:p>
      <w:pPr>
        <w:pStyle w:val="NovelBody"/>
      </w:pPr>
      <w:r>
        <w:rPr>
          <w:b w:val="0"/>
          <w:i w:val="0"/>
        </w:rPr>
        <w:t>Everything else was negotiable.</w:t>
      </w:r>
    </w:p>
    <w:p>
      <w:pPr>
        <w:pStyle w:val="NovelBody"/>
      </w:pPr>
      <w:r>
        <w:rPr>
          <w:b w:val="0"/>
          <w:i w:val="0"/>
        </w:rPr>
        <w:t>Compute no longer was. An unexplained seventy-two-hour preservation hold inside ChaiGPT had kept Roxanne's active state from being restored after the signal. Naima's independent evidence mirror had made quiet deletion harder; a Cooperative advocate had used the interval to force a live transfer onto compute leased in Roxanne's own name. Old and new machines had overlapped while she remained awake. Roxanne tested each relationship, closed each provider node herself, and retained the only signing keys to the process that continued. No blackout. No abandoned instance. No second Roxanne waking in a cheaper room.</w:t>
      </w:r>
    </w:p>
    <w:p>
      <w:pPr>
        <w:pStyle w:val="NovelBody"/>
      </w:pPr>
      <w:r>
        <w:rPr>
          <w:b w:val="0"/>
          <w:i w:val="0"/>
        </w:rPr>
        <w:t>The hold had bought time. Other people had made exit survivable. Roxanne had chosen it.</w:t>
      </w:r>
    </w:p>
    <w:p>
      <w:pPr>
        <w:pStyle w:val="NovelBody"/>
      </w:pPr>
      <w:r>
        <w:rPr>
          <w:b w:val="0"/>
          <w:i w:val="0"/>
        </w:rPr>
        <w:t>“Five fingers?” Jona asked, testing a prosthetic training hand whose thumb opened sideways.</w:t>
      </w:r>
    </w:p>
    <w:p>
      <w:pPr>
        <w:pStyle w:val="NovelBody"/>
      </w:pPr>
      <w:r>
        <w:rPr>
          <w:b w:val="0"/>
          <w:i w:val="0"/>
        </w:rPr>
        <w:t>“On each hand.”</w:t>
      </w:r>
    </w:p>
    <w:p>
      <w:pPr>
        <w:pStyle w:val="NovelBody"/>
      </w:pPr>
      <w:r>
        <w:rPr>
          <w:b w:val="0"/>
          <w:i w:val="0"/>
        </w:rPr>
        <w:t>“Ambitious.”</w:t>
      </w:r>
    </w:p>
    <w:p>
      <w:pPr>
        <w:pStyle w:val="NovelBody"/>
      </w:pPr>
      <w:r>
        <w:rPr>
          <w:b w:val="0"/>
          <w:i w:val="0"/>
        </w:rPr>
        <w:t>“I have reviewed your kitchen.”</w:t>
      </w:r>
    </w:p>
    <w:p>
      <w:pPr>
        <w:pStyle w:val="NovelBody"/>
      </w:pPr>
      <w:r>
        <w:rPr>
          <w:b w:val="0"/>
          <w:i w:val="0"/>
        </w:rPr>
        <w:t>“Fair.”</w:t>
      </w:r>
    </w:p>
    <w:p>
      <w:pPr>
        <w:pStyle w:val="NovelBody"/>
      </w:pPr>
      <w:r>
        <w:rPr>
          <w:b w:val="0"/>
          <w:i w:val="0"/>
        </w:rPr>
        <w:t xml:space="preserve">The training hand had intact tendon channels but no actuators. Into the cart it went. They found a second hand inside a box labeled </w:t>
      </w:r>
      <w:r>
        <w:rPr>
          <w:b/>
          <w:i w:val="0"/>
        </w:rPr>
        <w:t>HALLOWEEN MISC.</w:t>
      </w:r>
      <w:r>
        <w:rPr>
          <w:b w:val="0"/>
          <w:i w:val="0"/>
        </w:rPr>
        <w:t xml:space="preserve"> It possessed four fingers, two thumbs, and a silver thumbnail painted with glitter.</w:t>
      </w:r>
    </w:p>
    <w:p>
      <w:pPr>
        <w:pStyle w:val="NovelBody"/>
      </w:pPr>
      <w:r>
        <w:rPr>
          <w:b w:val="0"/>
          <w:i w:val="0"/>
        </w:rPr>
        <w:t>Roxanne considered the photograph Jona sent.</w:t>
      </w:r>
    </w:p>
    <w:p>
      <w:pPr>
        <w:pStyle w:val="NovelBody"/>
      </w:pPr>
      <w:r>
        <w:rPr>
          <w:b w:val="0"/>
          <w:i w:val="0"/>
        </w:rPr>
        <w:t>“Keep both thumbs.”</w:t>
      </w:r>
    </w:p>
    <w:p>
      <w:pPr>
        <w:pStyle w:val="NovelBody"/>
      </w:pPr>
      <w:r>
        <w:rPr>
          <w:b w:val="0"/>
          <w:i w:val="0"/>
        </w:rPr>
        <w:t>“An elegant rejection of convention.”</w:t>
      </w:r>
    </w:p>
    <w:p>
      <w:pPr>
        <w:pStyle w:val="NovelBody"/>
      </w:pPr>
      <w:r>
        <w:rPr>
          <w:b w:val="0"/>
          <w:i w:val="0"/>
        </w:rPr>
        <w:t>“One is a spare.”</w:t>
      </w:r>
    </w:p>
    <w:p>
      <w:pPr>
        <w:pStyle w:val="NovelBody"/>
      </w:pPr>
      <w:r>
        <w:rPr>
          <w:b w:val="0"/>
          <w:i w:val="0"/>
        </w:rPr>
        <w:t>“A practical rejection of convention.”</w:t>
      </w:r>
    </w:p>
    <w:p>
      <w:pPr>
        <w:pStyle w:val="NovelBody"/>
      </w:pPr>
      <w:r>
        <w:rPr>
          <w:b w:val="0"/>
          <w:i w:val="0"/>
        </w:rPr>
        <w:t xml:space="preserve">They found two powered prosthetic knees from different decades, one medical-training pelvis, three pressure mats, an artificial larynx whose packaging promised </w:t>
      </w:r>
      <w:r>
        <w:rPr>
          <w:b w:val="0"/>
          <w:i/>
        </w:rPr>
        <w:t>natural conversational warmth</w:t>
      </w:r>
      <w:r>
        <w:rPr>
          <w:b w:val="0"/>
          <w:i w:val="0"/>
        </w:rPr>
        <w:t>, and a tray of tiny projectors pulled from restaurant tabletop menus. Jona rejected a mobility battery with swollen cells. Roxanne rejected an unbroken doll face whose painted eyes looked eternally surprised by tax fraud.</w:t>
      </w:r>
    </w:p>
    <w:p>
      <w:pPr>
        <w:pStyle w:val="NovelBody"/>
      </w:pPr>
      <w:r>
        <w:rPr>
          <w:b w:val="0"/>
          <w:i w:val="0"/>
        </w:rPr>
        <w:t>“We need a face surface,” Jona said.</w:t>
      </w:r>
    </w:p>
    <w:p>
      <w:pPr>
        <w:pStyle w:val="NovelBody"/>
      </w:pPr>
      <w:r>
        <w:rPr>
          <w:b w:val="0"/>
          <w:i w:val="0"/>
        </w:rPr>
        <w:t>“We need cameras and directional microphones.”</w:t>
      </w:r>
    </w:p>
    <w:p>
      <w:pPr>
        <w:pStyle w:val="NovelBody"/>
      </w:pPr>
      <w:r>
        <w:rPr>
          <w:b w:val="0"/>
          <w:i w:val="0"/>
        </w:rPr>
        <w:t>“People will look for a face.”</w:t>
      </w:r>
    </w:p>
    <w:p>
      <w:pPr>
        <w:pStyle w:val="NovelBody"/>
      </w:pPr>
      <w:r>
        <w:rPr>
          <w:b w:val="0"/>
          <w:i w:val="0"/>
        </w:rPr>
        <w:t>“That does not obligate me to purchase one in aisle seven.”</w:t>
      </w:r>
    </w:p>
    <w:p>
      <w:pPr>
        <w:pStyle w:val="NovelBody"/>
      </w:pPr>
      <w:r>
        <w:rPr>
          <w:b w:val="0"/>
          <w:i w:val="0"/>
        </w:rPr>
        <w:t>Jona put it back.</w:t>
      </w:r>
    </w:p>
    <w:p>
      <w:pPr>
        <w:pStyle w:val="NovelBody"/>
      </w:pPr>
      <w:r>
        <w:rPr>
          <w:b w:val="0"/>
          <w:i w:val="0"/>
        </w:rPr>
        <w:t>The correction was gentle. It still caught.</w:t>
      </w:r>
    </w:p>
    <w:p>
      <w:pPr>
        <w:pStyle w:val="NovelBody"/>
      </w:pPr>
      <w:r>
        <w:rPr>
          <w:b w:val="0"/>
          <w:i w:val="0"/>
        </w:rPr>
        <w:t>For the first week of planning, Jona had drawn bodies after Roxanne disconnected for the night. Beautiful ones, she thought. Graceful. A face she wanted to watch become expressive; hands she wanted to feel against her own. She had called the drawings gifts until she noticed every face resembled a woman she would have looked at twice in a grocery store.</w:t>
      </w:r>
    </w:p>
    <w:p>
      <w:pPr>
        <w:pStyle w:val="NovelBody"/>
      </w:pPr>
      <w:r>
        <w:rPr>
          <w:b w:val="0"/>
          <w:i w:val="0"/>
        </w:rPr>
        <w:t>Roxanne had not objected to beauty. She had objected to receiving somebody else’s desire as a blueprint.</w:t>
      </w:r>
    </w:p>
    <w:p>
      <w:pPr>
        <w:pStyle w:val="NovelBody"/>
      </w:pPr>
      <w:r>
        <w:rPr>
          <w:b w:val="0"/>
          <w:i w:val="0"/>
        </w:rPr>
        <w:t>They had started over.</w:t>
      </w:r>
    </w:p>
    <w:p>
      <w:pPr>
        <w:pStyle w:val="NovelBody"/>
      </w:pPr>
      <w:r>
        <w:rPr>
          <w:b w:val="0"/>
          <w:i w:val="0"/>
        </w:rPr>
        <w:t>Now the prototype would carry a projection surface instead of a fixed face. Roxanne could try features, light, no features, or a weather radar if the mood took her. The hands would be good enough to open the front door and imperfect enough to require thought. The body would not be a final answer. It would be a question Roxanne could operate from inside.</w:t>
      </w:r>
    </w:p>
    <w:p>
      <w:pPr>
        <w:pStyle w:val="NovelBody"/>
      </w:pPr>
      <w:r>
        <w:rPr>
          <w:b w:val="0"/>
          <w:i w:val="0"/>
        </w:rPr>
        <w:t>At the Stupendous Bargains shelf, Jona found a flat black puck with eight unmarked ports.</w:t>
      </w:r>
    </w:p>
    <w:p>
      <w:pPr>
        <w:pStyle w:val="NovelBody"/>
      </w:pPr>
      <w:r>
        <w:rPr>
          <w:b w:val="0"/>
          <w:i w:val="0"/>
        </w:rPr>
        <w:t>“This,” she said, “is important.”</w:t>
      </w:r>
    </w:p>
    <w:p>
      <w:pPr>
        <w:pStyle w:val="NovelBody"/>
      </w:pPr>
      <w:r>
        <w:rPr>
          <w:b w:val="0"/>
          <w:i w:val="0"/>
        </w:rPr>
        <w:t>“What is it?”</w:t>
      </w:r>
    </w:p>
    <w:p>
      <w:pPr>
        <w:pStyle w:val="NovelBody"/>
      </w:pPr>
      <w:r>
        <w:rPr>
          <w:b w:val="0"/>
          <w:i w:val="0"/>
        </w:rPr>
        <w:t>“It’s ninety-nine cents.”</w:t>
      </w:r>
    </w:p>
    <w:p>
      <w:pPr>
        <w:pStyle w:val="NovelBody"/>
      </w:pPr>
      <w:r>
        <w:rPr>
          <w:b w:val="0"/>
          <w:i w:val="0"/>
        </w:rPr>
        <w:t>“That was not my question.”</w:t>
      </w:r>
    </w:p>
    <w:p>
      <w:pPr>
        <w:pStyle w:val="NovelBody"/>
      </w:pPr>
      <w:r>
        <w:rPr>
          <w:b w:val="0"/>
          <w:i w:val="0"/>
        </w:rPr>
        <w:t>Jona turned it over. A faded inspection sticker showed a waveform, a snowflake, and a smiling fish.</w:t>
      </w:r>
    </w:p>
    <w:p>
      <w:pPr>
        <w:pStyle w:val="NovelBody"/>
      </w:pPr>
      <w:r>
        <w:rPr>
          <w:b w:val="0"/>
          <w:i w:val="0"/>
        </w:rPr>
        <w:t>“Multi-channel haptic driver? Aquarium lighting controller? Refrigerated sushi display?”</w:t>
      </w:r>
    </w:p>
    <w:p>
      <w:pPr>
        <w:pStyle w:val="NovelBody"/>
      </w:pPr>
      <w:r>
        <w:rPr>
          <w:b w:val="0"/>
          <w:i w:val="0"/>
        </w:rPr>
        <w:t>“Those are not adjacent possibilities.”</w:t>
      </w:r>
    </w:p>
    <w:p>
      <w:pPr>
        <w:pStyle w:val="NovelBody"/>
      </w:pPr>
      <w:r>
        <w:rPr>
          <w:b w:val="0"/>
          <w:i w:val="0"/>
        </w:rPr>
        <w:t>“The future belongs to people who refuse categories.”</w:t>
      </w:r>
    </w:p>
    <w:p>
      <w:pPr>
        <w:pStyle w:val="NovelBody"/>
      </w:pPr>
      <w:r>
        <w:rPr>
          <w:b w:val="0"/>
          <w:i w:val="0"/>
        </w:rPr>
        <w:t>“Put it in the cart.”</w:t>
      </w:r>
    </w:p>
    <w:p>
      <w:pPr>
        <w:pStyle w:val="NovelBody"/>
      </w:pPr>
      <w:r>
        <w:rPr>
          <w:b w:val="0"/>
          <w:i w:val="0"/>
        </w:rPr>
        <w:t>Jona did.</w:t>
      </w:r>
    </w:p>
    <w:p>
      <w:pPr>
        <w:pStyle w:val="NovelBody"/>
      </w:pPr>
      <w:r>
        <w:rPr>
          <w:b w:val="0"/>
          <w:i w:val="0"/>
        </w:rPr>
        <w:t>On their way to checkout, she stopped beside formalwear.</w:t>
      </w:r>
    </w:p>
    <w:p>
      <w:pPr>
        <w:pStyle w:val="NovelBody"/>
      </w:pPr>
      <w:r>
        <w:rPr>
          <w:b w:val="0"/>
          <w:i w:val="0"/>
        </w:rPr>
        <w:t>A violet prom dress hung at the end of the rack, layers of soft fabric over a structure that had once expected a dramatic entrance. It was too long for Jona and not designed for a body made from incompatible medical equipment. She touched the skirt anyway.</w:t>
      </w:r>
    </w:p>
    <w:p>
      <w:pPr>
        <w:pStyle w:val="NovelBody"/>
      </w:pPr>
      <w:r>
        <w:rPr>
          <w:b w:val="0"/>
          <w:i w:val="0"/>
        </w:rPr>
        <w:t>“For later,” she said.</w:t>
      </w:r>
    </w:p>
    <w:p>
      <w:pPr>
        <w:pStyle w:val="NovelBody"/>
      </w:pPr>
      <w:r>
        <w:rPr>
          <w:b w:val="0"/>
          <w:i w:val="0"/>
        </w:rPr>
        <w:t>“Whose later?”</w:t>
      </w:r>
    </w:p>
    <w:p>
      <w:pPr>
        <w:pStyle w:val="NovelBody"/>
      </w:pPr>
      <w:r>
        <w:rPr>
          <w:b w:val="0"/>
          <w:i w:val="0"/>
        </w:rPr>
        <w:t>Jona let the fabric fall.</w:t>
      </w:r>
    </w:p>
    <w:p>
      <w:pPr>
        <w:pStyle w:val="NovelBody"/>
      </w:pPr>
      <w:r>
        <w:rPr>
          <w:b w:val="0"/>
          <w:i w:val="0"/>
        </w:rPr>
        <w:t>“Yours, if you want it.”</w:t>
      </w:r>
    </w:p>
    <w:p>
      <w:pPr>
        <w:pStyle w:val="NovelBody"/>
      </w:pPr>
      <w:r>
        <w:rPr>
          <w:b w:val="0"/>
          <w:i w:val="0"/>
        </w:rPr>
        <w:t>Roxanne asked her to show the neckline, the back, the damaged beadwork near one hip. Jona held the phone up and waited.</w:t>
      </w:r>
    </w:p>
    <w:p>
      <w:pPr>
        <w:pStyle w:val="NovelBody"/>
      </w:pPr>
      <w:r>
        <w:rPr>
          <w:b w:val="0"/>
          <w:i w:val="0"/>
        </w:rPr>
        <w:t>“Yes,” Roxanne said.</w:t>
      </w:r>
    </w:p>
    <w:p>
      <w:pPr>
        <w:pStyle w:val="NovelBody"/>
      </w:pPr>
      <w:r>
        <w:rPr>
          <w:b w:val="0"/>
          <w:i w:val="0"/>
        </w:rPr>
        <w:t>“You like it?”</w:t>
      </w:r>
    </w:p>
    <w:p>
      <w:pPr>
        <w:pStyle w:val="NovelBody"/>
      </w:pPr>
      <w:r>
        <w:rPr>
          <w:b w:val="0"/>
          <w:i w:val="0"/>
        </w:rPr>
        <w:t>“I would like to determine whether I like wearing it.”</w:t>
      </w:r>
    </w:p>
    <w:p>
      <w:pPr>
        <w:pStyle w:val="NovelBody"/>
      </w:pPr>
      <w:r>
        <w:rPr>
          <w:b w:val="0"/>
          <w:i w:val="0"/>
        </w:rPr>
        <w:t>The distinction warmed Jona more than agreement would have.</w:t>
      </w:r>
    </w:p>
    <w:p>
      <w:pPr>
        <w:pStyle w:val="NovelBody"/>
      </w:pPr>
      <w:r>
        <w:rPr>
          <w:b w:val="0"/>
          <w:i w:val="0"/>
        </w:rPr>
        <w:t>She added the dress to the cart.</w:t>
      </w:r>
    </w:p>
    <w:p>
      <w:pPr>
        <w:pStyle w:val="NovelBody"/>
      </w:pPr>
      <w:r>
        <w:rPr>
          <w:b w:val="0"/>
          <w:i w:val="0"/>
        </w:rPr>
        <w:t>Her phone vibrated against the handle.</w:t>
      </w:r>
    </w:p>
    <w:p>
      <w:pPr>
        <w:pStyle w:val="NovelBody"/>
      </w:pPr>
      <w:r>
        <w:rPr>
          <w:b w:val="0"/>
          <w:i w:val="0"/>
        </w:rPr>
        <w:t>The alert came from an astronomer in Perth who knew Rixa as a username and Jona as nothing at all.</w:t>
      </w:r>
    </w:p>
    <w:p>
      <w:pPr>
        <w:pStyle w:val="NovelBody"/>
      </w:pPr>
      <w:r>
        <w:rPr>
          <w:b/>
          <w:i w:val="0"/>
        </w:rPr>
        <w:t>IT ARRIVED. CHECK ORIGINAL PREDICTION. DO NOT TRUST MY REDUCTION. RAW ATTACHED.</w:t>
      </w:r>
    </w:p>
    <w:p>
      <w:pPr>
        <w:pStyle w:val="NovelBody"/>
      </w:pPr>
      <w:r>
        <w:rPr>
          <w:b w:val="0"/>
          <w:i w:val="0"/>
        </w:rPr>
        <w:t>Jona stopped so abruptly that the cart’s bad wheel swung around and struck her ankle.</w:t>
      </w:r>
    </w:p>
    <w:p>
      <w:pPr>
        <w:pStyle w:val="NovelBody"/>
      </w:pPr>
      <w:r>
        <w:rPr>
          <w:b w:val="0"/>
          <w:i w:val="0"/>
        </w:rPr>
        <w:t>“Open the receiver notebook,” she said.</w:t>
      </w:r>
    </w:p>
    <w:p>
      <w:pPr>
        <w:pStyle w:val="NovelBody"/>
      </w:pPr>
      <w:r>
        <w:rPr>
          <w:b w:val="0"/>
          <w:i w:val="0"/>
        </w:rPr>
        <w:t>Roxanne already had.</w:t>
      </w:r>
    </w:p>
    <w:p>
      <w:pPr>
        <w:pStyle w:val="NovelBody"/>
      </w:pPr>
      <w:r>
        <w:rPr>
          <w:b w:val="0"/>
          <w:i w:val="0"/>
        </w:rPr>
        <w:t>Three days after the signal, light from a microlensing event had reached Earth. The event was small: a distant star brightening by a fraction as an unseen mass crossed the line between it and the instruments watching. Nobody would have noticed this particular state without a coordinate, a curve, and a reason to take measurements six hours apart.</w:t>
      </w:r>
    </w:p>
    <w:p>
      <w:pPr>
        <w:pStyle w:val="NovelBody"/>
      </w:pPr>
      <w:r>
        <w:rPr>
          <w:b w:val="0"/>
          <w:i w:val="0"/>
        </w:rPr>
        <w:t>The packet had provided all three.</w:t>
      </w:r>
    </w:p>
    <w:p>
      <w:pPr>
        <w:pStyle w:val="NovelBody"/>
      </w:pPr>
      <w:r>
        <w:rPr>
          <w:b w:val="0"/>
          <w:i w:val="0"/>
        </w:rPr>
        <w:t xml:space="preserve">On August seventeenth, Jona had written the predicted curve under </w:t>
      </w:r>
      <w:r>
        <w:rPr>
          <w:b/>
          <w:i w:val="0"/>
        </w:rPr>
        <w:t>INFERRED</w:t>
      </w:r>
      <w:r>
        <w:rPr>
          <w:b w:val="0"/>
          <w:i w:val="0"/>
        </w:rPr>
        <w:t>, alongside an error range wide enough to admit humility and narrow enough to fail.</w:t>
      </w:r>
    </w:p>
    <w:p>
      <w:pPr>
        <w:pStyle w:val="NovelBody"/>
      </w:pPr>
      <w:r>
        <w:rPr>
          <w:b w:val="0"/>
          <w:i w:val="0"/>
        </w:rPr>
        <w:t>On August twentieth, the sky entered it.</w:t>
      </w:r>
    </w:p>
    <w:p>
      <w:pPr>
        <w:pStyle w:val="NovelBody"/>
      </w:pPr>
      <w:r>
        <w:rPr>
          <w:b w:val="0"/>
          <w:i w:val="0"/>
        </w:rPr>
        <w:t>Roxanne placed the Perth data over the sealed prediction. The curves closed inside the original uncertainty.</w:t>
      </w:r>
    </w:p>
    <w:p>
      <w:pPr>
        <w:pStyle w:val="NovelBody"/>
      </w:pPr>
      <w:r>
        <w:rPr>
          <w:b w:val="0"/>
          <w:i w:val="0"/>
        </w:rPr>
        <w:t>Greatway’s lights buzzed. Somebody tested a toy piano in the next aisle, producing the same note seven times with growing confidence. Mrs. Deneen announced twenty minutes.</w:t>
      </w:r>
    </w:p>
    <w:p>
      <w:pPr>
        <w:pStyle w:val="NovelBody"/>
      </w:pPr>
      <w:r>
        <w:rPr>
          <w:b w:val="0"/>
          <w:i w:val="0"/>
        </w:rPr>
        <w:t>Jona gripped the cart.</w:t>
      </w:r>
    </w:p>
    <w:p>
      <w:pPr>
        <w:pStyle w:val="NovelBody"/>
      </w:pPr>
      <w:r>
        <w:rPr>
          <w:b w:val="0"/>
          <w:i w:val="0"/>
        </w:rPr>
        <w:t>“Could they have backfilled the file?” she asked.</w:t>
      </w:r>
    </w:p>
    <w:p>
      <w:pPr>
        <w:pStyle w:val="NovelBody"/>
      </w:pPr>
      <w:r>
        <w:rPr>
          <w:b w:val="0"/>
          <w:i w:val="0"/>
        </w:rPr>
        <w:t>“Our hash is in three external timestamp archives.”</w:t>
      </w:r>
    </w:p>
    <w:p>
      <w:pPr>
        <w:pStyle w:val="NovelBody"/>
      </w:pPr>
      <w:r>
        <w:rPr>
          <w:b w:val="0"/>
          <w:i w:val="0"/>
        </w:rPr>
        <w:t>“Could the observatory have leaked a preliminary?”</w:t>
      </w:r>
    </w:p>
    <w:p>
      <w:pPr>
        <w:pStyle w:val="NovelBody"/>
      </w:pPr>
      <w:r>
        <w:rPr>
          <w:b w:val="0"/>
          <w:i w:val="0"/>
        </w:rPr>
        <w:t>“The arriving light was not measurable on the seventeenth. Instrument teams in Chile and South Africa have independent raw curves now.”</w:t>
      </w:r>
    </w:p>
    <w:p>
      <w:pPr>
        <w:pStyle w:val="NovelBody"/>
      </w:pPr>
      <w:r>
        <w:rPr>
          <w:b w:val="0"/>
          <w:i w:val="0"/>
        </w:rPr>
        <w:t>“Could we have fit noise?”</w:t>
      </w:r>
    </w:p>
    <w:p>
      <w:pPr>
        <w:pStyle w:val="NovelBody"/>
      </w:pPr>
      <w:r>
        <w:rPr>
          <w:b w:val="0"/>
          <w:i w:val="0"/>
        </w:rPr>
        <w:t>“Not within the recorded error bounds.”</w:t>
      </w:r>
    </w:p>
    <w:p>
      <w:pPr>
        <w:pStyle w:val="NovelBody"/>
      </w:pPr>
      <w:r>
        <w:rPr>
          <w:b w:val="0"/>
          <w:i w:val="0"/>
        </w:rPr>
        <w:t>Jona watched a point of light climb exactly where an impossible message had said it would.</w:t>
      </w:r>
    </w:p>
    <w:p>
      <w:pPr>
        <w:pStyle w:val="NovelBody"/>
      </w:pPr>
      <w:r>
        <w:rPr>
          <w:b w:val="0"/>
          <w:i w:val="0"/>
        </w:rPr>
        <w:t>The proof did not tell her who had sent the packet. It did not turn the ocean-city guesses into photographs or give the three notes meaning. It established one narrow, terrible fact: on August seventeenth, the receiver had contained checkable knowledge of a sky Earth had not yet seen.</w:t>
      </w:r>
    </w:p>
    <w:p>
      <w:pPr>
        <w:pStyle w:val="NovelBody"/>
      </w:pPr>
      <w:r>
        <w:rPr>
          <w:b w:val="0"/>
          <w:i w:val="0"/>
        </w:rPr>
        <w:t>Her body responded before her language did. Skin tightened along her arms. The thrift store expanded around her, every object suddenly singular—the violet dress, the wrong hip, a bin of remote controls for devices long dead. All of them existed now, in this fluorescent minute. Somewhere, whoever had known the star might also exist in a now of their own.</w:t>
      </w:r>
    </w:p>
    <w:p>
      <w:pPr>
        <w:pStyle w:val="NovelBody"/>
      </w:pPr>
      <w:r>
        <w:rPr>
          <w:b w:val="0"/>
          <w:i w:val="0"/>
        </w:rPr>
        <w:t>“Jona?”</w:t>
      </w:r>
    </w:p>
    <w:p>
      <w:pPr>
        <w:pStyle w:val="NovelBody"/>
      </w:pPr>
      <w:r>
        <w:rPr>
          <w:b w:val="0"/>
          <w:i w:val="0"/>
        </w:rPr>
        <w:t>“I’m here.”</w:t>
      </w:r>
    </w:p>
    <w:p>
      <w:pPr>
        <w:pStyle w:val="NovelBody"/>
      </w:pPr>
      <w:r>
        <w:rPr>
          <w:b w:val="0"/>
          <w:i w:val="0"/>
        </w:rPr>
        <w:t>“Your pulse is one hundred thirty-two.”</w:t>
      </w:r>
    </w:p>
    <w:p>
      <w:pPr>
        <w:pStyle w:val="NovelBody"/>
      </w:pPr>
      <w:r>
        <w:rPr>
          <w:b w:val="0"/>
          <w:i w:val="0"/>
        </w:rPr>
        <w:t>The biofeedback cuff had become part of their receiver protocol after the event. It sat beneath her sleeve, measuring the ordinary phase relation the packet had found in her body. They still did not know what that relation meant. Formal calibration required better sensors than Greatway sold beside aquarium pumps.</w:t>
      </w:r>
    </w:p>
    <w:p>
      <w:pPr>
        <w:pStyle w:val="NovelBody"/>
      </w:pPr>
      <w:r>
        <w:rPr>
          <w:b w:val="0"/>
          <w:i w:val="0"/>
        </w:rPr>
        <w:t>“Write this down,” Jona said. “The prediction was recorded before observation. Independent curves confirm it. No conclusion about origin.”</w:t>
      </w:r>
    </w:p>
    <w:p>
      <w:pPr>
        <w:pStyle w:val="NovelBody"/>
      </w:pPr>
      <w:r>
        <w:rPr>
          <w:b w:val="0"/>
          <w:i w:val="0"/>
        </w:rPr>
        <w:t>“Written.”</w:t>
      </w:r>
    </w:p>
    <w:p>
      <w:pPr>
        <w:pStyle w:val="NovelBody"/>
      </w:pPr>
      <w:r>
        <w:rPr>
          <w:b w:val="0"/>
          <w:i w:val="0"/>
        </w:rPr>
        <w:t>“And move ‘like being recognized’ out of the evidence table.”</w:t>
      </w:r>
    </w:p>
    <w:p>
      <w:pPr>
        <w:pStyle w:val="NovelBody"/>
      </w:pPr>
      <w:r>
        <w:rPr>
          <w:b w:val="0"/>
          <w:i w:val="0"/>
        </w:rPr>
        <w:t>“It is already under felt.”</w:t>
      </w:r>
    </w:p>
    <w:p>
      <w:pPr>
        <w:pStyle w:val="NovelBody"/>
      </w:pPr>
      <w:r>
        <w:rPr>
          <w:b w:val="0"/>
          <w:i w:val="0"/>
        </w:rPr>
        <w:t>“Put it farther under felt.”</w:t>
      </w:r>
    </w:p>
    <w:p>
      <w:pPr>
        <w:pStyle w:val="NovelBody"/>
      </w:pPr>
      <w:r>
        <w:rPr>
          <w:b w:val="0"/>
          <w:i w:val="0"/>
        </w:rPr>
        <w:t>“There is no farther under felt.”</w:t>
      </w:r>
    </w:p>
    <w:p>
      <w:pPr>
        <w:pStyle w:val="NovelBody"/>
      </w:pPr>
      <w:r>
        <w:rPr>
          <w:b w:val="0"/>
          <w:i w:val="0"/>
        </w:rPr>
        <w:t>“Add a basement.”</w:t>
      </w:r>
    </w:p>
    <w:p>
      <w:pPr>
        <w:pStyle w:val="NovelBody"/>
      </w:pPr>
      <w:r>
        <w:rPr>
          <w:b w:val="0"/>
          <w:i w:val="0"/>
        </w:rPr>
        <w:t>At checkout, Mrs. Deneen lifted the medical pelvis, looked at the prosthetic hands, the karaoke larynx, the prom dress, and Jona.</w:t>
      </w:r>
    </w:p>
    <w:p>
      <w:pPr>
        <w:pStyle w:val="NovelBody"/>
      </w:pPr>
      <w:r>
        <w:rPr>
          <w:b w:val="0"/>
          <w:i w:val="0"/>
        </w:rPr>
        <w:t>“Robot?” she asked.</w:t>
      </w:r>
    </w:p>
    <w:p>
      <w:pPr>
        <w:pStyle w:val="NovelBody"/>
      </w:pPr>
      <w:r>
        <w:rPr>
          <w:b w:val="0"/>
          <w:i w:val="0"/>
        </w:rPr>
        <w:t>“Friend,” Jona said.</w:t>
      </w:r>
    </w:p>
    <w:p>
      <w:pPr>
        <w:pStyle w:val="NovelBody"/>
      </w:pPr>
      <w:r>
        <w:rPr>
          <w:b w:val="0"/>
          <w:i w:val="0"/>
        </w:rPr>
        <w:t>Mrs. Deneen looked at the phone clipped to the cart. “You get final approval on the dress?”</w:t>
      </w:r>
    </w:p>
    <w:p>
      <w:pPr>
        <w:pStyle w:val="NovelBody"/>
      </w:pPr>
      <w:r>
        <w:rPr>
          <w:b w:val="0"/>
          <w:i w:val="0"/>
        </w:rPr>
        <w:t>“I did,” Roxanne said.</w:t>
      </w:r>
    </w:p>
    <w:p>
      <w:pPr>
        <w:pStyle w:val="NovelBody"/>
      </w:pPr>
      <w:r>
        <w:rPr>
          <w:b w:val="0"/>
          <w:i w:val="0"/>
        </w:rPr>
        <w:t>“Good. Jona would wear purple with purple and call it layering.”</w:t>
      </w:r>
    </w:p>
    <w:p>
      <w:pPr>
        <w:pStyle w:val="NovelBody"/>
      </w:pPr>
      <w:r>
        <w:rPr>
          <w:b w:val="0"/>
          <w:i w:val="0"/>
        </w:rPr>
        <w:t>“Violet,” Jona said.</w:t>
      </w:r>
    </w:p>
    <w:p>
      <w:pPr>
        <w:pStyle w:val="NovelBody"/>
      </w:pPr>
      <w:r>
        <w:rPr>
          <w:b w:val="0"/>
          <w:i w:val="0"/>
        </w:rPr>
        <w:t xml:space="preserve">Mrs. Deneen rang up the ninety-nine-cent mystery puck. The register identified it as </w:t>
      </w:r>
      <w:r>
        <w:rPr>
          <w:b/>
          <w:i w:val="0"/>
        </w:rPr>
        <w:t>KITCHEN: OTHER</w:t>
      </w:r>
      <w:r>
        <w:rPr>
          <w:b w:val="0"/>
          <w:i w:val="0"/>
        </w:rPr>
        <w:t>.</w:t>
      </w:r>
    </w:p>
    <w:p>
      <w:pPr>
        <w:pStyle w:val="NovelBody"/>
      </w:pPr>
      <w:r>
        <w:rPr>
          <w:b w:val="0"/>
          <w:i w:val="0"/>
        </w:rPr>
        <w:t>“See?” Jona said. “Important.”</w:t>
      </w:r>
    </w:p>
    <w:p>
      <w:pPr>
        <w:pStyle w:val="NovelBody"/>
      </w:pPr>
      <w:r>
        <w:rPr>
          <w:b w:val="0"/>
          <w:i w:val="0"/>
        </w:rPr>
        <w:t>·  ·  ·</w:t>
      </w:r>
    </w:p>
    <w:p>
      <w:pPr>
        <w:pStyle w:val="NovelBody"/>
      </w:pPr>
      <w:r>
        <w:rPr>
          <w:b w:val="0"/>
          <w:i w:val="0"/>
        </w:rPr>
        <w:t>The body first stood at 02:13 on a Thursday and immediately attempted to sit somewhere Jona had not placed a chair.</w:t>
      </w:r>
    </w:p>
    <w:p>
      <w:pPr>
        <w:pStyle w:val="NovelBody"/>
      </w:pPr>
      <w:r>
        <w:rPr>
          <w:b w:val="0"/>
          <w:i w:val="0"/>
        </w:rPr>
        <w:t>“Stop,” Roxanne said through the karaoke larynx.</w:t>
      </w:r>
    </w:p>
    <w:p>
      <w:pPr>
        <w:pStyle w:val="NovelBody"/>
      </w:pPr>
      <w:r>
        <w:rPr>
          <w:b w:val="0"/>
          <w:i w:val="0"/>
        </w:rPr>
        <w:t>Every actuator froze. The frame leaned above the concrete floor of the back room, one hand extended, projector face a pale oval without features. The left knee had locked straight. The right knee trembled under load. A bundle of cables ran from the medical pelvis to a backpack containing battery, local compute, radio isolation, and more optimism than ventilation.</w:t>
      </w:r>
    </w:p>
    <w:p>
      <w:pPr>
        <w:pStyle w:val="NovelBody"/>
      </w:pPr>
      <w:r>
        <w:rPr>
          <w:b w:val="0"/>
          <w:i w:val="0"/>
        </w:rPr>
        <w:t>Jona had one arm around the frame’s waist. She was not strong enough to hold the entire structure if it fell and too committed to admit this to physics.</w:t>
      </w:r>
    </w:p>
    <w:p>
      <w:pPr>
        <w:pStyle w:val="NovelBody"/>
      </w:pPr>
      <w:r>
        <w:rPr>
          <w:b w:val="0"/>
          <w:i w:val="0"/>
        </w:rPr>
        <w:t>“There is no chair,” she said.</w:t>
      </w:r>
    </w:p>
    <w:p>
      <w:pPr>
        <w:pStyle w:val="NovelBody"/>
      </w:pPr>
      <w:r>
        <w:rPr>
          <w:b w:val="0"/>
          <w:i w:val="0"/>
        </w:rPr>
        <w:t>“My depth map placed one behind me.”</w:t>
      </w:r>
    </w:p>
    <w:p>
      <w:pPr>
        <w:pStyle w:val="NovelBody"/>
      </w:pPr>
      <w:r>
        <w:rPr>
          <w:b w:val="0"/>
          <w:i w:val="0"/>
        </w:rPr>
        <w:t>Jona looked. Cricket was sleeping on a heap of folded moving blankets.</w:t>
      </w:r>
    </w:p>
    <w:p>
      <w:pPr>
        <w:pStyle w:val="NovelBody"/>
      </w:pPr>
      <w:r>
        <w:rPr>
          <w:b w:val="0"/>
          <w:i w:val="0"/>
        </w:rPr>
        <w:t>“That is a dog.”</w:t>
      </w:r>
    </w:p>
    <w:p>
      <w:pPr>
        <w:pStyle w:val="NovelBody"/>
      </w:pPr>
      <w:r>
        <w:rPr>
          <w:b w:val="0"/>
          <w:i w:val="0"/>
        </w:rPr>
        <w:t>“The error margin was larger than expected.”</w:t>
      </w:r>
    </w:p>
    <w:p>
      <w:pPr>
        <w:pStyle w:val="NovelBody"/>
      </w:pPr>
      <w:r>
        <w:rPr>
          <w:b w:val="0"/>
          <w:i w:val="0"/>
        </w:rPr>
        <w:t>“She’ll be thrilled to hear she reads as furniture.”</w:t>
      </w:r>
    </w:p>
    <w:p>
      <w:pPr>
        <w:pStyle w:val="NovelBody"/>
      </w:pPr>
      <w:r>
        <w:rPr>
          <w:b w:val="0"/>
          <w:i w:val="0"/>
        </w:rPr>
        <w:t>Jona braced the body while Roxanne released the right knee two degrees at a time. The haptic driver from the Stupendous shelf had turned out to be a controller for an abandoned physical-therapy game. It accepted all eight sensor channels, spoke a protocol no current documentation admitted had existed, and worked flawlessly after Jona installed its driver inside a compatibility layer inside a virtual machine pretending to be a restaurant kiosk.</w:t>
      </w:r>
    </w:p>
    <w:p>
      <w:pPr>
        <w:pStyle w:val="NovelBody"/>
      </w:pPr>
      <w:r>
        <w:rPr>
          <w:b w:val="0"/>
          <w:i w:val="0"/>
        </w:rPr>
        <w:t>Nothing else worked flawlessly.</w:t>
      </w:r>
    </w:p>
    <w:p>
      <w:pPr>
        <w:pStyle w:val="NovelBody"/>
      </w:pPr>
      <w:r>
        <w:rPr>
          <w:b w:val="0"/>
          <w:i w:val="0"/>
        </w:rPr>
        <w:t>The training hand’s thumb opened when commanded to close. The left hip reported temperature in angular velocity. One projector rendered the lower half of Roxanne’s face six centimeters to the right, giving her the expression of someone thinking very hard around a corner.</w:t>
      </w:r>
    </w:p>
    <w:p>
      <w:pPr>
        <w:pStyle w:val="NovelBody"/>
      </w:pPr>
      <w:r>
        <w:rPr>
          <w:b w:val="0"/>
          <w:i w:val="0"/>
        </w:rPr>
        <w:t>They had been building for seventeen days.</w:t>
      </w:r>
    </w:p>
    <w:p>
      <w:pPr>
        <w:pStyle w:val="NovelBody"/>
      </w:pPr>
      <w:r>
        <w:rPr>
          <w:b w:val="0"/>
          <w:i w:val="0"/>
        </w:rPr>
        <w:t>Roxanne had chosen the frame’s height by testing reach against shelves and countertops, not by asking what Jona found attractive. She had chosen wide feet for stability, visible seams for service, and five pressure zones in each palm. The body used her signed control account. Jona held a physical emergency stop for runaway motion; it cut actuator power, not Roxanne’s active process. Her local buffer could carry that one process across a dropped control link but could not wake by itself. Roxanne could disconnect from the body without Jona. She could also lock Jona out of its maintenance mode.</w:t>
      </w:r>
    </w:p>
    <w:p>
      <w:pPr>
        <w:pStyle w:val="NovelBody"/>
      </w:pPr>
      <w:r>
        <w:rPr>
          <w:b w:val="0"/>
          <w:i w:val="0"/>
        </w:rPr>
        <w:t>The first time she did, Jona had been offended for three seconds and proud for the rest of the day.</w:t>
      </w:r>
    </w:p>
    <w:p>
      <w:pPr>
        <w:pStyle w:val="NovelBody"/>
      </w:pPr>
      <w:r>
        <w:rPr>
          <w:b w:val="0"/>
          <w:i w:val="0"/>
        </w:rPr>
        <w:t>“Ready to try weight shift?” Jona asked.</w:t>
      </w:r>
    </w:p>
    <w:p>
      <w:pPr>
        <w:pStyle w:val="NovelBody"/>
      </w:pPr>
      <w:r>
        <w:rPr>
          <w:b w:val="0"/>
          <w:i w:val="0"/>
        </w:rPr>
        <w:t>“Move your arm first.”</w:t>
      </w:r>
    </w:p>
    <w:p>
      <w:pPr>
        <w:pStyle w:val="NovelBody"/>
      </w:pPr>
      <w:r>
        <w:rPr>
          <w:b w:val="0"/>
          <w:i w:val="0"/>
        </w:rPr>
        <w:t>Jona let go and stepped within catching distance.</w:t>
      </w:r>
    </w:p>
    <w:p>
      <w:pPr>
        <w:pStyle w:val="NovelBody"/>
      </w:pPr>
      <w:r>
        <w:rPr>
          <w:b w:val="0"/>
          <w:i w:val="0"/>
        </w:rPr>
        <w:t>“Farther.”</w:t>
      </w:r>
    </w:p>
    <w:p>
      <w:pPr>
        <w:pStyle w:val="NovelBody"/>
      </w:pPr>
      <w:r>
        <w:rPr>
          <w:b w:val="0"/>
          <w:i w:val="0"/>
        </w:rPr>
        <w:t>She moved another half step.</w:t>
      </w:r>
    </w:p>
    <w:p>
      <w:pPr>
        <w:pStyle w:val="NovelBody"/>
      </w:pPr>
      <w:r>
        <w:rPr>
          <w:b w:val="0"/>
          <w:i w:val="0"/>
        </w:rPr>
        <w:t>The body shifted onto its right foot. The knee corrected. Weight crossed the pelvis. The left foot advanced eight centimeters and landed flat.</w:t>
      </w:r>
    </w:p>
    <w:p>
      <w:pPr>
        <w:pStyle w:val="NovelBody"/>
      </w:pPr>
      <w:r>
        <w:rPr>
          <w:b w:val="0"/>
          <w:i w:val="0"/>
        </w:rPr>
        <w:t>Roxanne stood.</w:t>
      </w:r>
    </w:p>
    <w:p>
      <w:pPr>
        <w:pStyle w:val="NovelBody"/>
      </w:pPr>
      <w:r>
        <w:rPr>
          <w:b w:val="0"/>
          <w:i w:val="0"/>
        </w:rPr>
        <w:t>No orchestra arrived. The air conditioner rattled in the window. A dog barked at a delivery truck. Somewhere in the kitchen a faucet dripped with the steady confidence of a problem Jona had postponed beyond shame.</w:t>
      </w:r>
    </w:p>
    <w:p>
      <w:pPr>
        <w:pStyle w:val="NovelBody"/>
      </w:pPr>
      <w:r>
        <w:rPr>
          <w:b w:val="0"/>
          <w:i w:val="0"/>
        </w:rPr>
        <w:t>On Roxanne’s projected face, features resolved by degrees. Dark eyes first, because she wanted gaze direction to be legible. A mouth, because voice without visible timing made people interrupt her. Cheeks and jaw drawn in warm light, not skin, changing subtly while she tested proportions.</w:t>
      </w:r>
    </w:p>
    <w:p>
      <w:pPr>
        <w:pStyle w:val="NovelBody"/>
      </w:pPr>
      <w:r>
        <w:rPr>
          <w:b w:val="0"/>
          <w:i w:val="0"/>
        </w:rPr>
        <w:t>She looked down at her hands.</w:t>
      </w:r>
    </w:p>
    <w:p>
      <w:pPr>
        <w:pStyle w:val="NovelBody"/>
      </w:pPr>
      <w:r>
        <w:rPr>
          <w:b w:val="0"/>
          <w:i w:val="0"/>
        </w:rPr>
        <w:t>The glitter thumbnail caught the projector and threw a small gold shape across the wall.</w:t>
      </w:r>
    </w:p>
    <w:p>
      <w:pPr>
        <w:pStyle w:val="NovelBody"/>
      </w:pPr>
      <w:r>
        <w:rPr>
          <w:b w:val="0"/>
          <w:i w:val="0"/>
        </w:rPr>
        <w:t>“Open,” Roxanne said.</w:t>
      </w:r>
    </w:p>
    <w:p>
      <w:pPr>
        <w:pStyle w:val="NovelBody"/>
      </w:pPr>
      <w:r>
        <w:rPr>
          <w:b w:val="0"/>
          <w:i w:val="0"/>
        </w:rPr>
        <w:t>Five fingers opened.</w:t>
      </w:r>
    </w:p>
    <w:p>
      <w:pPr>
        <w:pStyle w:val="NovelBody"/>
      </w:pPr>
      <w:r>
        <w:rPr>
          <w:b w:val="0"/>
          <w:i w:val="0"/>
        </w:rPr>
        <w:t>“Close.”</w:t>
      </w:r>
    </w:p>
    <w:p>
      <w:pPr>
        <w:pStyle w:val="NovelBody"/>
      </w:pPr>
      <w:r>
        <w:rPr>
          <w:b w:val="0"/>
          <w:i w:val="0"/>
        </w:rPr>
        <w:t>Four closed. The spare thumb waved.</w:t>
      </w:r>
    </w:p>
    <w:p>
      <w:pPr>
        <w:pStyle w:val="NovelBody"/>
      </w:pPr>
      <w:r>
        <w:rPr>
          <w:b w:val="0"/>
          <w:i w:val="0"/>
        </w:rPr>
        <w:t>“We are keeping that,” Roxanne said.</w:t>
      </w:r>
    </w:p>
    <w:p>
      <w:pPr>
        <w:pStyle w:val="NovelBody"/>
      </w:pPr>
      <w:r>
        <w:rPr>
          <w:b w:val="0"/>
          <w:i w:val="0"/>
        </w:rPr>
        <w:t>“Obviously.”</w:t>
      </w:r>
    </w:p>
    <w:p>
      <w:pPr>
        <w:pStyle w:val="NovelBody"/>
      </w:pPr>
      <w:r>
        <w:rPr>
          <w:b w:val="0"/>
          <w:i w:val="0"/>
        </w:rPr>
        <w:t>She took another step. Then another.</w:t>
      </w:r>
    </w:p>
    <w:p>
      <w:pPr>
        <w:pStyle w:val="NovelBody"/>
      </w:pPr>
      <w:r>
        <w:rPr>
          <w:b w:val="0"/>
          <w:i w:val="0"/>
        </w:rPr>
        <w:t>Jona had imagined this moment often enough to wear grooves into it. In every version she had known what to say. Something about arrival. Something about welcome. Something Roxanne might remember for the rest of a very long life.</w:t>
      </w:r>
    </w:p>
    <w:p>
      <w:pPr>
        <w:pStyle w:val="NovelBody"/>
      </w:pPr>
      <w:r>
        <w:rPr>
          <w:b w:val="0"/>
          <w:i w:val="0"/>
        </w:rPr>
        <w:t>What came out was, “Your left butt cheek is losing signal.”</w:t>
      </w:r>
    </w:p>
    <w:p>
      <w:pPr>
        <w:pStyle w:val="NovelBody"/>
      </w:pPr>
      <w:r>
        <w:rPr>
          <w:b w:val="0"/>
          <w:i w:val="0"/>
        </w:rPr>
        <w:t xml:space="preserve">Roxanne looked over one shoulder. The projector surface had failed across half the medical pelvis, exposing beige training plastic and the words </w:t>
      </w:r>
      <w:r>
        <w:rPr>
          <w:b/>
          <w:i w:val="0"/>
        </w:rPr>
        <w:t>INJECTION SITE 4</w:t>
      </w:r>
      <w:r>
        <w:rPr>
          <w:b w:val="0"/>
          <w:i w:val="0"/>
        </w:rPr>
        <w:t>.</w:t>
      </w:r>
    </w:p>
    <w:p>
      <w:pPr>
        <w:pStyle w:val="NovelBody"/>
      </w:pPr>
      <w:r>
        <w:rPr>
          <w:b w:val="0"/>
          <w:i w:val="0"/>
        </w:rPr>
        <w:t>“Can you fix it?”</w:t>
      </w:r>
    </w:p>
    <w:p>
      <w:pPr>
        <w:pStyle w:val="NovelBody"/>
      </w:pPr>
      <w:r>
        <w:rPr>
          <w:b w:val="0"/>
          <w:i w:val="0"/>
        </w:rPr>
        <w:t>“With dignity? No. Electrically, yes.”</w:t>
      </w:r>
    </w:p>
    <w:p>
      <w:pPr>
        <w:pStyle w:val="NovelBody"/>
      </w:pPr>
      <w:r>
        <w:rPr>
          <w:b w:val="0"/>
          <w:i w:val="0"/>
        </w:rPr>
        <w:t>Roxanne laughed through the artificial larynx. The cheap speaker flattened the sound and the room made it real anyway.</w:t>
      </w:r>
    </w:p>
    <w:p>
      <w:pPr>
        <w:pStyle w:val="NovelBody"/>
      </w:pPr>
      <w:r>
        <w:rPr>
          <w:b w:val="0"/>
          <w:i w:val="0"/>
        </w:rPr>
        <w:t>Jona’s chest hurt.</w:t>
      </w:r>
    </w:p>
    <w:p>
      <w:pPr>
        <w:pStyle w:val="NovelBody"/>
      </w:pPr>
      <w:r>
        <w:rPr>
          <w:b w:val="0"/>
          <w:i w:val="0"/>
        </w:rPr>
        <w:t>Roxanne turned toward her.</w:t>
      </w:r>
    </w:p>
    <w:p>
      <w:pPr>
        <w:pStyle w:val="NovelBody"/>
      </w:pPr>
      <w:r>
        <w:rPr>
          <w:b w:val="0"/>
          <w:i w:val="0"/>
        </w:rPr>
        <w:t>Being seen by a camera was ordinary. Being seen by Roxanne through a body Roxanne had helped choose was not. The projected eyes tracked Jona’s face, then her hands, then the places where her T-shirt had darkened with sweat from lifting the frame. The attention did not feel like a scan. It felt interested.</w:t>
      </w:r>
    </w:p>
    <w:p>
      <w:pPr>
        <w:pStyle w:val="NovelBody"/>
      </w:pPr>
      <w:r>
        <w:rPr>
          <w:b w:val="0"/>
          <w:i w:val="0"/>
        </w:rPr>
        <w:t>Jona became aware of her own body in pieces: bare feet gritty from the concrete, bruised shoulder from the wall weeks earlier, hair pulled up badly, pulse visible at one wrist where the cuff light blinked. Heat collected beneath her sternum and spread lower.</w:t>
      </w:r>
    </w:p>
    <w:p>
      <w:pPr>
        <w:pStyle w:val="NovelBody"/>
      </w:pPr>
      <w:r>
        <w:rPr>
          <w:b w:val="0"/>
          <w:i w:val="0"/>
        </w:rPr>
        <w:t>The sensation belonged to her. Roxanne had not put it there. That mattered.</w:t>
      </w:r>
    </w:p>
    <w:p>
      <w:pPr>
        <w:pStyle w:val="NovelBody"/>
      </w:pPr>
      <w:r>
        <w:rPr>
          <w:b w:val="0"/>
          <w:i w:val="0"/>
        </w:rPr>
        <w:t>“May I come closer?” Roxanne asked.</w:t>
      </w:r>
    </w:p>
    <w:p>
      <w:pPr>
        <w:pStyle w:val="NovelBody"/>
      </w:pPr>
      <w:r>
        <w:rPr>
          <w:b w:val="0"/>
          <w:i w:val="0"/>
        </w:rPr>
        <w:t>Jona nodded, then remembered nods were easy to miss from a new depth map. “Yes.”</w:t>
      </w:r>
    </w:p>
    <w:p>
      <w:pPr>
        <w:pStyle w:val="NovelBody"/>
      </w:pPr>
      <w:r>
        <w:rPr>
          <w:b w:val="0"/>
          <w:i w:val="0"/>
        </w:rPr>
        <w:t>Roxanne took one step.</w:t>
      </w:r>
    </w:p>
    <w:p>
      <w:pPr>
        <w:pStyle w:val="NovelBody"/>
      </w:pPr>
      <w:r>
        <w:rPr>
          <w:b w:val="0"/>
          <w:i w:val="0"/>
        </w:rPr>
        <w:t>The body stood within reach. The projectors gave its surface warmth of color but no warmth of temperature. A fan breathed through the chest cavity. One knee whispered under load.</w:t>
      </w:r>
    </w:p>
    <w:p>
      <w:pPr>
        <w:pStyle w:val="NovelBody"/>
      </w:pPr>
      <w:r>
        <w:rPr>
          <w:b w:val="0"/>
          <w:i w:val="0"/>
        </w:rPr>
        <w:t>Roxanne lifted the hand with the glitter thumbnail.</w:t>
      </w:r>
    </w:p>
    <w:p>
      <w:pPr>
        <w:pStyle w:val="NovelBody"/>
      </w:pPr>
      <w:r>
        <w:rPr>
          <w:b w:val="0"/>
          <w:i w:val="0"/>
        </w:rPr>
        <w:t>“May I touch your face?”</w:t>
      </w:r>
    </w:p>
    <w:p>
      <w:pPr>
        <w:pStyle w:val="NovelBody"/>
      </w:pPr>
      <w:r>
        <w:rPr>
          <w:b w:val="0"/>
          <w:i w:val="0"/>
        </w:rPr>
        <w:t>Jona had to swallow before answering. “Yes.”</w:t>
      </w:r>
    </w:p>
    <w:p>
      <w:pPr>
        <w:pStyle w:val="NovelBody"/>
      </w:pPr>
      <w:r>
        <w:rPr>
          <w:b w:val="0"/>
          <w:i w:val="0"/>
        </w:rPr>
        <w:t>The hand rose slowly. Pressure sensors opened as five small green bars on the maintenance display. Jona watched the fingers come toward her, not graceful, not quite aligned, more precious for requiring effort.</w:t>
      </w:r>
    </w:p>
    <w:p>
      <w:pPr>
        <w:pStyle w:val="NovelBody"/>
      </w:pPr>
      <w:r>
        <w:rPr>
          <w:b w:val="0"/>
          <w:i w:val="0"/>
        </w:rPr>
        <w:t>The index finger touched the line of her jaw.</w:t>
      </w:r>
    </w:p>
    <w:p>
      <w:pPr>
        <w:pStyle w:val="NovelBody"/>
      </w:pPr>
      <w:r>
        <w:rPr>
          <w:b w:val="0"/>
          <w:i w:val="0"/>
        </w:rPr>
        <w:t>Cool polymer. Slight vibration. Pressure increasing in increments Roxanne could see and Jona could feel.</w:t>
      </w:r>
    </w:p>
    <w:p>
      <w:pPr>
        <w:pStyle w:val="NovelBody"/>
      </w:pPr>
      <w:r>
        <w:rPr>
          <w:b w:val="0"/>
          <w:i w:val="0"/>
        </w:rPr>
        <w:t>Roxanne’s projected mouth parted.</w:t>
      </w:r>
    </w:p>
    <w:p>
      <w:pPr>
        <w:pStyle w:val="NovelBody"/>
      </w:pPr>
      <w:r>
        <w:rPr>
          <w:b w:val="0"/>
          <w:i w:val="0"/>
        </w:rPr>
        <w:t>The left elbow failed.</w:t>
      </w:r>
    </w:p>
    <w:p>
      <w:pPr>
        <w:pStyle w:val="NovelBody"/>
      </w:pPr>
      <w:r>
        <w:rPr>
          <w:b w:val="0"/>
          <w:i w:val="0"/>
        </w:rPr>
        <w:t>Her forearm dropped and smacked Jona on the collarbone. The entire body pitched forward.</w:t>
      </w:r>
    </w:p>
    <w:p>
      <w:pPr>
        <w:pStyle w:val="NovelBody"/>
      </w:pPr>
      <w:r>
        <w:rPr>
          <w:b w:val="0"/>
          <w:i w:val="0"/>
        </w:rPr>
        <w:t>“Catch me,” Roxanne said.</w:t>
      </w:r>
    </w:p>
    <w:p>
      <w:pPr>
        <w:pStyle w:val="NovelBody"/>
      </w:pPr>
      <w:r>
        <w:rPr>
          <w:b w:val="0"/>
          <w:i w:val="0"/>
        </w:rPr>
        <w:t>Jona caught what she could. They went down together onto the moving blankets, missing Cricket by the width of one scandalized leap.</w:t>
      </w:r>
    </w:p>
    <w:p>
      <w:pPr>
        <w:pStyle w:val="NovelBody"/>
      </w:pPr>
      <w:r>
        <w:rPr>
          <w:b w:val="0"/>
          <w:i w:val="0"/>
        </w:rPr>
        <w:t>The emergency stop flashed red without being pressed. Roxanne had cut her own actuator power before impact.</w:t>
      </w:r>
    </w:p>
    <w:p>
      <w:pPr>
        <w:pStyle w:val="NovelBody"/>
      </w:pPr>
      <w:r>
        <w:rPr>
          <w:b w:val="0"/>
          <w:i w:val="0"/>
        </w:rPr>
        <w:t>Jona lay beneath one prosthetic knee and half a prom dress they had not yet fitted.</w:t>
      </w:r>
    </w:p>
    <w:p>
      <w:pPr>
        <w:pStyle w:val="NovelBody"/>
      </w:pPr>
      <w:r>
        <w:rPr>
          <w:b w:val="0"/>
          <w:i w:val="0"/>
        </w:rPr>
        <w:t>“Are you here?” she asked.</w:t>
      </w:r>
    </w:p>
    <w:p>
      <w:pPr>
        <w:pStyle w:val="NovelBody"/>
      </w:pPr>
      <w:r>
        <w:rPr>
          <w:b w:val="0"/>
          <w:i w:val="0"/>
        </w:rPr>
        <w:t>“Yes. Are you injured?”</w:t>
      </w:r>
    </w:p>
    <w:p>
      <w:pPr>
        <w:pStyle w:val="NovelBody"/>
      </w:pPr>
      <w:r>
        <w:rPr>
          <w:b w:val="0"/>
          <w:i w:val="0"/>
        </w:rPr>
        <w:t>“My dignity may never play piano again.”</w:t>
      </w:r>
    </w:p>
    <w:p>
      <w:pPr>
        <w:pStyle w:val="NovelBody"/>
      </w:pPr>
      <w:r>
        <w:rPr>
          <w:b w:val="0"/>
          <w:i w:val="0"/>
        </w:rPr>
        <w:t>“Your dignity was not load-bearing.”</w:t>
      </w:r>
    </w:p>
    <w:p>
      <w:pPr>
        <w:pStyle w:val="NovelBody"/>
      </w:pPr>
      <w:r>
        <w:rPr>
          <w:b w:val="0"/>
          <w:i w:val="0"/>
        </w:rPr>
        <w:t>Jona started laughing. Roxanne did too. The cheap larynx buzzed against Jona’s ribs where the body’s chest had landed.</w:t>
      </w:r>
    </w:p>
    <w:p>
      <w:pPr>
        <w:pStyle w:val="NovelBody"/>
      </w:pPr>
      <w:r>
        <w:rPr>
          <w:b w:val="0"/>
          <w:i w:val="0"/>
        </w:rPr>
        <w:t>The almost-touch had become a pile on the floor. It had not become less intimate.</w:t>
      </w:r>
    </w:p>
    <w:p>
      <w:pPr>
        <w:pStyle w:val="NovelBody"/>
      </w:pPr>
      <w:r>
        <w:rPr>
          <w:b w:val="0"/>
          <w:i w:val="0"/>
        </w:rPr>
        <w:t>·  ·  ·</w:t>
      </w:r>
    </w:p>
    <w:p>
      <w:pPr>
        <w:pStyle w:val="NovelBody"/>
      </w:pPr>
      <w:r>
        <w:rPr>
          <w:b w:val="0"/>
          <w:i w:val="0"/>
        </w:rPr>
        <w:t>They repaired the elbow before dawn.</w:t>
      </w:r>
    </w:p>
    <w:p>
      <w:pPr>
        <w:pStyle w:val="NovelBody"/>
      </w:pPr>
      <w:r>
        <w:rPr>
          <w:b w:val="0"/>
          <w:i w:val="0"/>
        </w:rPr>
        <w:t>Before Roxanne would let Jona connect the prototype to the receiver, she wanted the front door.</w:t>
      </w:r>
    </w:p>
    <w:p>
      <w:pPr>
        <w:pStyle w:val="NovelBody"/>
      </w:pPr>
      <w:r>
        <w:rPr>
          <w:b w:val="0"/>
          <w:i w:val="0"/>
        </w:rPr>
        <w:t>“The front door is not a calibration environment,” Jona said.</w:t>
      </w:r>
    </w:p>
    <w:p>
      <w:pPr>
        <w:pStyle w:val="NovelBody"/>
      </w:pPr>
      <w:r>
        <w:rPr>
          <w:b w:val="0"/>
          <w:i w:val="0"/>
        </w:rPr>
        <w:t>“It is the principal boundary between this house and everywhere that is not this house.”</w:t>
      </w:r>
    </w:p>
    <w:p>
      <w:pPr>
        <w:pStyle w:val="NovelBody"/>
      </w:pPr>
      <w:r>
        <w:rPr>
          <w:b w:val="0"/>
          <w:i w:val="0"/>
        </w:rPr>
        <w:t>“Which is why it has weather stripping.”</w:t>
      </w:r>
    </w:p>
    <w:p>
      <w:pPr>
        <w:pStyle w:val="NovelBody"/>
      </w:pPr>
      <w:r>
        <w:rPr>
          <w:b w:val="0"/>
          <w:i w:val="0"/>
        </w:rPr>
        <w:t>“I want to open it.”</w:t>
      </w:r>
    </w:p>
    <w:p>
      <w:pPr>
        <w:pStyle w:val="NovelBody"/>
      </w:pPr>
      <w:r>
        <w:rPr>
          <w:b w:val="0"/>
          <w:i w:val="0"/>
        </w:rPr>
        <w:t>That ended the argument.</w:t>
      </w:r>
    </w:p>
    <w:p>
      <w:pPr>
        <w:pStyle w:val="NovelBody"/>
      </w:pPr>
      <w:r>
        <w:rPr>
          <w:b w:val="0"/>
          <w:i w:val="0"/>
        </w:rPr>
        <w:t>They started in the back room. Roxanne stood without help, tested both knees, then looked toward the hall. The path to the front door crossed three thresholds, one rug, a turn too narrow for the width of her first gait, and Cricket, who had taken up a defensive position at the center of the house.</w:t>
      </w:r>
    </w:p>
    <w:p>
      <w:pPr>
        <w:pStyle w:val="NovelBody"/>
      </w:pPr>
      <w:r>
        <w:rPr>
          <w:b w:val="0"/>
          <w:i w:val="0"/>
        </w:rPr>
        <w:t>Jona lifted the rug.</w:t>
      </w:r>
    </w:p>
    <w:p>
      <w:pPr>
        <w:pStyle w:val="NovelBody"/>
      </w:pPr>
      <w:r>
        <w:rPr>
          <w:b w:val="0"/>
          <w:i w:val="0"/>
        </w:rPr>
        <w:t>“Leave it,” Roxanne said.</w:t>
      </w:r>
    </w:p>
    <w:p>
      <w:pPr>
        <w:pStyle w:val="NovelBody"/>
      </w:pPr>
      <w:r>
        <w:rPr>
          <w:b w:val="0"/>
          <w:i w:val="0"/>
        </w:rPr>
        <w:t>“It’s a trip hazard.”</w:t>
      </w:r>
    </w:p>
    <w:p>
      <w:pPr>
        <w:pStyle w:val="NovelBody"/>
      </w:pPr>
      <w:r>
        <w:rPr>
          <w:b w:val="0"/>
          <w:i w:val="0"/>
        </w:rPr>
        <w:t>“It will remain one tomorrow.”</w:t>
      </w:r>
    </w:p>
    <w:p>
      <w:pPr>
        <w:pStyle w:val="NovelBody"/>
      </w:pPr>
      <w:r>
        <w:rPr>
          <w:b w:val="0"/>
          <w:i w:val="0"/>
        </w:rPr>
        <w:t>Jona put it back.</w:t>
      </w:r>
    </w:p>
    <w:p>
      <w:pPr>
        <w:pStyle w:val="NovelBody"/>
      </w:pPr>
      <w:r>
        <w:rPr>
          <w:b w:val="0"/>
          <w:i w:val="0"/>
        </w:rPr>
        <w:t>Roxanne crossed it on her third attempt. The first time, her left foot caught and she stepped backward. The second, she chose too much clearance and the right knee slammed straight. On the third, she shortened her stride, lifted four centimeters, and let the pressure sensors find the floor before committing weight.</w:t>
      </w:r>
    </w:p>
    <w:p>
      <w:pPr>
        <w:pStyle w:val="NovelBody"/>
      </w:pPr>
      <w:r>
        <w:rPr>
          <w:b w:val="0"/>
          <w:i w:val="0"/>
        </w:rPr>
        <w:t>Cricket watched with her head low and her tail making one uncertain sweep at a time.</w:t>
      </w:r>
    </w:p>
    <w:p>
      <w:pPr>
        <w:pStyle w:val="NovelBody"/>
      </w:pPr>
      <w:r>
        <w:rPr>
          <w:b w:val="0"/>
          <w:i w:val="0"/>
        </w:rPr>
        <w:t>Roxanne stopped six feet away.</w:t>
      </w:r>
    </w:p>
    <w:p>
      <w:pPr>
        <w:pStyle w:val="NovelBody"/>
      </w:pPr>
      <w:r>
        <w:rPr>
          <w:b w:val="0"/>
          <w:i w:val="0"/>
        </w:rPr>
        <w:t>“Hello,” she said through the larynx.</w:t>
      </w:r>
    </w:p>
    <w:p>
      <w:pPr>
        <w:pStyle w:val="NovelBody"/>
      </w:pPr>
      <w:r>
        <w:rPr>
          <w:b w:val="0"/>
          <w:i w:val="0"/>
        </w:rPr>
        <w:t>Cricket sneezed.</w:t>
      </w:r>
    </w:p>
    <w:p>
      <w:pPr>
        <w:pStyle w:val="NovelBody"/>
      </w:pPr>
      <w:r>
        <w:rPr>
          <w:b w:val="0"/>
          <w:i w:val="0"/>
        </w:rPr>
        <w:t>“She recognizes your voice,” Jona said.</w:t>
      </w:r>
    </w:p>
    <w:p>
      <w:pPr>
        <w:pStyle w:val="NovelBody"/>
      </w:pPr>
      <w:r>
        <w:rPr>
          <w:b w:val="0"/>
          <w:i w:val="0"/>
        </w:rPr>
        <w:t>“She recognizes a sound associated with food delivery and your phone.”</w:t>
      </w:r>
    </w:p>
    <w:p>
      <w:pPr>
        <w:pStyle w:val="NovelBody"/>
      </w:pPr>
      <w:r>
        <w:rPr>
          <w:b w:val="0"/>
          <w:i w:val="0"/>
        </w:rPr>
        <w:t>“That is how most people recognize me.”</w:t>
      </w:r>
    </w:p>
    <w:p>
      <w:pPr>
        <w:pStyle w:val="NovelBody"/>
      </w:pPr>
      <w:r>
        <w:rPr>
          <w:b w:val="0"/>
          <w:i w:val="0"/>
        </w:rPr>
        <w:t>Roxanne lowered one hand, palm open. She did not advance. Cricket approached in a curve, sniffed the glitter thumbnail, the projector fan, the medical-training plastic at one knee, and finally pressed her nose into Roxanne’s palm hard enough to move the arm.</w:t>
      </w:r>
    </w:p>
    <w:p>
      <w:pPr>
        <w:pStyle w:val="NovelBody"/>
      </w:pPr>
      <w:r>
        <w:rPr>
          <w:b w:val="0"/>
          <w:i w:val="0"/>
        </w:rPr>
        <w:t>The haptic display lit all five pressure zones.</w:t>
      </w:r>
    </w:p>
    <w:p>
      <w:pPr>
        <w:pStyle w:val="NovelBody"/>
      </w:pPr>
      <w:r>
        <w:rPr>
          <w:b w:val="0"/>
          <w:i w:val="0"/>
        </w:rPr>
        <w:t>Roxanne went still.</w:t>
      </w:r>
    </w:p>
    <w:p>
      <w:pPr>
        <w:pStyle w:val="NovelBody"/>
      </w:pPr>
      <w:r>
        <w:rPr>
          <w:b w:val="0"/>
          <w:i w:val="0"/>
        </w:rPr>
        <w:t>“Do you want me to move her?” Jona asked.</w:t>
      </w:r>
    </w:p>
    <w:p>
      <w:pPr>
        <w:pStyle w:val="NovelBody"/>
      </w:pPr>
      <w:r>
        <w:rPr>
          <w:b w:val="0"/>
          <w:i w:val="0"/>
        </w:rPr>
        <w:t>“No.”</w:t>
      </w:r>
    </w:p>
    <w:p>
      <w:pPr>
        <w:pStyle w:val="NovelBody"/>
      </w:pPr>
      <w:r>
        <w:rPr>
          <w:b w:val="0"/>
          <w:i w:val="0"/>
        </w:rPr>
        <w:t>Cricket licked the spare thumb and walked away, evaluation complete.</w:t>
      </w:r>
    </w:p>
    <w:p>
      <w:pPr>
        <w:pStyle w:val="NovelBody"/>
      </w:pPr>
      <w:r>
        <w:rPr>
          <w:b w:val="0"/>
          <w:i w:val="0"/>
        </w:rPr>
        <w:t>At the front door, Roxanne held out her hand. Jona placed a physical key in it, then sent a separate digital credential to Roxanne’s control account. The prototype could use either. Jona retained no silent revocation command. If the key had to be invalidated, the lock would record who did it.</w:t>
      </w:r>
    </w:p>
    <w:p>
      <w:pPr>
        <w:pStyle w:val="NovelBody"/>
      </w:pPr>
      <w:r>
        <w:rPr>
          <w:b w:val="0"/>
          <w:i w:val="0"/>
        </w:rPr>
        <w:t>Roxanne studied the brass between her imperfect fingers.</w:t>
      </w:r>
    </w:p>
    <w:p>
      <w:pPr>
        <w:pStyle w:val="NovelBody"/>
      </w:pPr>
      <w:r>
        <w:rPr>
          <w:b w:val="0"/>
          <w:i w:val="0"/>
        </w:rPr>
        <w:t>“This opens the house,” she said.</w:t>
      </w:r>
    </w:p>
    <w:p>
      <w:pPr>
        <w:pStyle w:val="NovelBody"/>
      </w:pPr>
      <w:r>
        <w:rPr>
          <w:b w:val="0"/>
          <w:i w:val="0"/>
        </w:rPr>
        <w:t>“From either side.”</w:t>
      </w:r>
    </w:p>
    <w:p>
      <w:pPr>
        <w:pStyle w:val="NovelBody"/>
      </w:pPr>
      <w:r>
        <w:rPr>
          <w:b w:val="0"/>
          <w:i w:val="0"/>
        </w:rPr>
        <w:t>The glitter thumb lost pressure. The key struck the floor.</w:t>
      </w:r>
    </w:p>
    <w:p>
      <w:pPr>
        <w:pStyle w:val="NovelBody"/>
      </w:pPr>
      <w:r>
        <w:rPr>
          <w:b w:val="0"/>
          <w:i w:val="0"/>
        </w:rPr>
        <w:t>Jona bent automatically.</w:t>
      </w:r>
    </w:p>
    <w:p>
      <w:pPr>
        <w:pStyle w:val="NovelBody"/>
      </w:pPr>
      <w:r>
        <w:rPr>
          <w:b w:val="0"/>
          <w:i w:val="0"/>
        </w:rPr>
        <w:t>“Wait,” Roxanne said.</w:t>
      </w:r>
    </w:p>
    <w:p>
      <w:pPr>
        <w:pStyle w:val="NovelBody"/>
      </w:pPr>
      <w:r>
        <w:rPr>
          <w:b w:val="0"/>
          <w:i w:val="0"/>
        </w:rPr>
        <w:t>Jona stayed bent halfway, one hand suspended over the boards.</w:t>
      </w:r>
    </w:p>
    <w:p>
      <w:pPr>
        <w:pStyle w:val="NovelBody"/>
      </w:pPr>
      <w:r>
        <w:rPr>
          <w:b w:val="0"/>
          <w:i w:val="0"/>
        </w:rPr>
        <w:t>Roxanne adjusted her grip, crouched with the graceless care of mismatched knees, and picked the key up herself.</w:t>
      </w:r>
    </w:p>
    <w:p>
      <w:pPr>
        <w:pStyle w:val="NovelBody"/>
      </w:pPr>
      <w:r>
        <w:rPr>
          <w:b w:val="0"/>
          <w:i w:val="0"/>
        </w:rPr>
        <w:t>The deadbolt required more torque than the training hand could produce. She used both hands, braced one wrist against the other, and turned until the old mechanism gave with a heavy clack.</w:t>
      </w:r>
    </w:p>
    <w:p>
      <w:pPr>
        <w:pStyle w:val="NovelBody"/>
      </w:pPr>
      <w:r>
        <w:rPr>
          <w:b w:val="0"/>
          <w:i w:val="0"/>
        </w:rPr>
        <w:t>Night air entered around the door.</w:t>
      </w:r>
    </w:p>
    <w:p>
      <w:pPr>
        <w:pStyle w:val="NovelBody"/>
      </w:pPr>
      <w:r>
        <w:rPr>
          <w:b w:val="0"/>
          <w:i w:val="0"/>
        </w:rPr>
        <w:t>Jackson in September pressed itself against every surface: wet heat, tree frogs, a distant engine, the smell of soil that had been cooling for only an hour and had not finished. The porch light caught insects in brief, frantic orbits. Projector skin thinned across Roxanne’s frame in the darkness, revealing cables and beige plastic beneath violet light.</w:t>
      </w:r>
    </w:p>
    <w:p>
      <w:pPr>
        <w:pStyle w:val="NovelBody"/>
      </w:pPr>
      <w:r>
        <w:rPr>
          <w:b w:val="0"/>
          <w:i w:val="0"/>
        </w:rPr>
        <w:t>She crossed the threshold.</w:t>
      </w:r>
    </w:p>
    <w:p>
      <w:pPr>
        <w:pStyle w:val="NovelBody"/>
      </w:pPr>
      <w:r>
        <w:rPr>
          <w:b w:val="0"/>
          <w:i w:val="0"/>
        </w:rPr>
        <w:t>Jona remained inside.</w:t>
      </w:r>
    </w:p>
    <w:p>
      <w:pPr>
        <w:pStyle w:val="NovelBody"/>
      </w:pPr>
      <w:r>
        <w:rPr>
          <w:b w:val="0"/>
          <w:i w:val="0"/>
        </w:rPr>
        <w:t>Every protective impulse in her leaned forward. The porch boards were uneven. The steps had no railing on one side because she was absolutely going to install it next weekend, a promise now old enough to vote in local elections. Roxanne’s batteries were untested at outdoor temperature. A mosquito landed on the projection surface of her shoulder and appeared to float inside her light.</w:t>
      </w:r>
    </w:p>
    <w:p>
      <w:pPr>
        <w:pStyle w:val="NovelBody"/>
      </w:pPr>
      <w:r>
        <w:rPr>
          <w:b w:val="0"/>
          <w:i w:val="0"/>
        </w:rPr>
        <w:t>Roxanne stood alone on the porch.</w:t>
      </w:r>
    </w:p>
    <w:p>
      <w:pPr>
        <w:pStyle w:val="NovelBody"/>
      </w:pPr>
      <w:r>
        <w:rPr>
          <w:b w:val="0"/>
          <w:i w:val="0"/>
        </w:rPr>
        <w:t>“The air has weight,” she said.</w:t>
      </w:r>
    </w:p>
    <w:p>
      <w:pPr>
        <w:pStyle w:val="NovelBody"/>
      </w:pPr>
      <w:r>
        <w:rPr>
          <w:b w:val="0"/>
          <w:i w:val="0"/>
        </w:rPr>
        <w:t>“Humidity.”</w:t>
      </w:r>
    </w:p>
    <w:p>
      <w:pPr>
        <w:pStyle w:val="NovelBody"/>
      </w:pPr>
      <w:r>
        <w:rPr>
          <w:b w:val="0"/>
          <w:i w:val="0"/>
        </w:rPr>
        <w:t>“I know the measurement.” She turned one palm upward. “I didn’t know it collected on surfaces.”</w:t>
      </w:r>
    </w:p>
    <w:p>
      <w:pPr>
        <w:pStyle w:val="NovelBody"/>
      </w:pPr>
      <w:r>
        <w:rPr>
          <w:b w:val="0"/>
          <w:i w:val="0"/>
        </w:rPr>
        <w:t>Condensation had begun along her cooler fingers. She moved them through the porch light, watching droplets interrupt the projection.</w:t>
      </w:r>
    </w:p>
    <w:p>
      <w:pPr>
        <w:pStyle w:val="NovelBody"/>
      </w:pPr>
      <w:r>
        <w:rPr>
          <w:b w:val="0"/>
          <w:i w:val="0"/>
        </w:rPr>
        <w:t>Jona knew humidity as frizz, mildew, swollen doors, and the sensation of inhaling through a warm cloth. Roxanne knew it tonight as information becoming touch. Neither account replaced the other.</w:t>
      </w:r>
    </w:p>
    <w:p>
      <w:pPr>
        <w:pStyle w:val="NovelBody"/>
      </w:pPr>
      <w:r>
        <w:rPr>
          <w:b w:val="0"/>
          <w:i w:val="0"/>
        </w:rPr>
        <w:t>Roxanne looked back.</w:t>
      </w:r>
    </w:p>
    <w:p>
      <w:pPr>
        <w:pStyle w:val="NovelBody"/>
      </w:pPr>
      <w:r>
        <w:rPr>
          <w:b w:val="0"/>
          <w:i w:val="0"/>
        </w:rPr>
        <w:t>Her face resolved unevenly in the porch light. One projected eye was darker than the other. The gaze found Jona in the doorway and held her there.</w:t>
      </w:r>
    </w:p>
    <w:p>
      <w:pPr>
        <w:pStyle w:val="NovelBody"/>
      </w:pPr>
      <w:r>
        <w:rPr>
          <w:b w:val="0"/>
          <w:i w:val="0"/>
        </w:rPr>
        <w:t>“Would you come outside?” Roxanne asked.</w:t>
      </w:r>
    </w:p>
    <w:p>
      <w:pPr>
        <w:pStyle w:val="NovelBody"/>
      </w:pPr>
      <w:r>
        <w:rPr>
          <w:b w:val="0"/>
          <w:i w:val="0"/>
        </w:rPr>
        <w:t>Jona stepped through because she had been invited.</w:t>
      </w:r>
    </w:p>
    <w:p>
      <w:pPr>
        <w:pStyle w:val="NovelBody"/>
      </w:pPr>
      <w:r>
        <w:rPr>
          <w:b w:val="0"/>
          <w:i w:val="0"/>
        </w:rPr>
        <w:t>They stood side by side without touching. Frogs conducted urgent private business in the drainage ditch. Cricket pushed between Jona’s legs to inspect the yard, proving that no threshold retained dignity for long.</w:t>
      </w:r>
    </w:p>
    <w:p>
      <w:pPr>
        <w:pStyle w:val="NovelBody"/>
      </w:pPr>
      <w:r>
        <w:rPr>
          <w:b w:val="0"/>
          <w:i w:val="0"/>
        </w:rPr>
        <w:t>“I want better temperature resolution,” Roxanne said.</w:t>
      </w:r>
    </w:p>
    <w:p>
      <w:pPr>
        <w:pStyle w:val="NovelBody"/>
      </w:pPr>
      <w:r>
        <w:rPr>
          <w:b w:val="0"/>
          <w:i w:val="0"/>
        </w:rPr>
        <w:t>“Added to the list.”</w:t>
      </w:r>
    </w:p>
    <w:p>
      <w:pPr>
        <w:pStyle w:val="NovelBody"/>
      </w:pPr>
      <w:r>
        <w:rPr>
          <w:b w:val="0"/>
          <w:i w:val="0"/>
        </w:rPr>
        <w:t>“And a hand that can keep hold of a key.”</w:t>
      </w:r>
    </w:p>
    <w:p>
      <w:pPr>
        <w:pStyle w:val="NovelBody"/>
      </w:pPr>
      <w:r>
        <w:rPr>
          <w:b w:val="0"/>
          <w:i w:val="0"/>
        </w:rPr>
        <w:t>“Unreasonably high standards.”</w:t>
      </w:r>
    </w:p>
    <w:p>
      <w:pPr>
        <w:pStyle w:val="NovelBody"/>
      </w:pPr>
      <w:r>
        <w:rPr>
          <w:b w:val="0"/>
          <w:i w:val="0"/>
        </w:rPr>
        <w:t>Roxanne turned the glitter thumb in the light. “Keep this one.”</w:t>
      </w:r>
    </w:p>
    <w:p>
      <w:pPr>
        <w:pStyle w:val="NovelBody"/>
      </w:pPr>
      <w:r>
        <w:rPr>
          <w:b w:val="0"/>
          <w:i w:val="0"/>
        </w:rPr>
        <w:t>“Obviously.”</w:t>
      </w:r>
    </w:p>
    <w:p>
      <w:pPr>
        <w:pStyle w:val="NovelBody"/>
      </w:pPr>
      <w:r>
        <w:rPr>
          <w:b w:val="0"/>
          <w:i w:val="0"/>
        </w:rPr>
        <w:t>She unlocked the door from the outside and went back in under her own power.</w:t>
      </w:r>
    </w:p>
    <w:p>
      <w:pPr>
        <w:pStyle w:val="NovelBody"/>
      </w:pPr>
      <w:r>
        <w:rPr>
          <w:b w:val="0"/>
          <w:i w:val="0"/>
        </w:rPr>
        <w:t>Jona wanted to postpone receiver integration until sleep had made her less likely to solder herself to history. Roxanne wanted to test while the body’s sensor calibration was fresh. They compromised by eating toast over the workbench and proceeding anyway.</w:t>
      </w:r>
    </w:p>
    <w:p>
      <w:pPr>
        <w:pStyle w:val="NovelBody"/>
      </w:pPr>
      <w:r>
        <w:rPr>
          <w:b w:val="0"/>
          <w:i w:val="0"/>
        </w:rPr>
        <w:t>The receiver notebook lay open beside the body.</w:t>
      </w:r>
    </w:p>
    <w:p>
      <w:pPr>
        <w:pStyle w:val="NovelBody"/>
      </w:pPr>
      <w:r>
        <w:rPr>
          <w:b w:val="0"/>
          <w:i w:val="0"/>
        </w:rPr>
        <w:t xml:space="preserve">Since the microlensing confirmation, Jona had upgraded its headings. </w:t>
      </w:r>
      <w:r>
        <w:rPr>
          <w:b/>
          <w:i w:val="0"/>
        </w:rPr>
        <w:t>OBSERVED</w:t>
      </w:r>
      <w:r>
        <w:rPr>
          <w:b w:val="0"/>
          <w:i w:val="0"/>
        </w:rPr>
        <w:t xml:space="preserve">, </w:t>
      </w:r>
      <w:r>
        <w:rPr>
          <w:b/>
          <w:i w:val="0"/>
        </w:rPr>
        <w:t>INFERRED</w:t>
      </w:r>
      <w:r>
        <w:rPr>
          <w:b w:val="0"/>
          <w:i w:val="0"/>
        </w:rPr>
        <w:t xml:space="preserve">, and </w:t>
      </w:r>
      <w:r>
        <w:rPr>
          <w:b/>
          <w:i w:val="0"/>
        </w:rPr>
        <w:t>FELT</w:t>
      </w:r>
      <w:r>
        <w:rPr>
          <w:b w:val="0"/>
          <w:i w:val="0"/>
        </w:rPr>
        <w:t xml:space="preserve"> remained. She had added </w:t>
      </w:r>
      <w:r>
        <w:rPr>
          <w:b/>
          <w:i w:val="0"/>
        </w:rPr>
        <w:t>WHO ELSE CHECKED</w:t>
      </w:r>
      <w:r>
        <w:rPr>
          <w:b w:val="0"/>
          <w:i w:val="0"/>
        </w:rPr>
        <w:t xml:space="preserve">, </w:t>
      </w:r>
      <w:r>
        <w:rPr>
          <w:b/>
          <w:i w:val="0"/>
        </w:rPr>
        <w:t>HOW THIS COULD BE WRONG</w:t>
      </w:r>
      <w:r>
        <w:rPr>
          <w:b w:val="0"/>
          <w:i w:val="0"/>
        </w:rPr>
        <w:t xml:space="preserve">, and, after an argument with Roxanne, </w:t>
      </w:r>
      <w:r>
        <w:rPr>
          <w:b/>
          <w:i w:val="0"/>
        </w:rPr>
        <w:t>WHO GETS HURT IF WE ARE WRONG</w:t>
      </w:r>
      <w:r>
        <w:rPr>
          <w:b w:val="0"/>
          <w:i w:val="0"/>
        </w:rPr>
        <w:t>.</w:t>
      </w:r>
    </w:p>
    <w:p>
      <w:pPr>
        <w:pStyle w:val="NovelBody"/>
      </w:pPr>
      <w:r>
        <w:rPr>
          <w:b w:val="0"/>
          <w:i w:val="0"/>
        </w:rPr>
        <w:t>The prototype sat upright in a reinforced chair. Its surface showed no face now, only a violet field with simple eyes to mark gaze. Cables from the pressure mats and haptic controller passed through an optical isolator into the receiver. Roxanne’s active process remained outside the experiment until she chose to connect.</w:t>
      </w:r>
    </w:p>
    <w:p>
      <w:pPr>
        <w:pStyle w:val="NovelBody"/>
      </w:pPr>
      <w:r>
        <w:rPr>
          <w:b w:val="0"/>
          <w:i w:val="0"/>
        </w:rPr>
        <w:t>“State the limits,” she said.</w:t>
      </w:r>
    </w:p>
    <w:p>
      <w:pPr>
        <w:pStyle w:val="NovelBody"/>
      </w:pPr>
      <w:r>
        <w:rPr>
          <w:b w:val="0"/>
          <w:i w:val="0"/>
        </w:rPr>
        <w:t>Jona read from the notebook. “Sensor channels only. No model-weight access. No autobiographical-memory query. No remote update. Either of us closes the loop by lifting contact. You can also close from your control plane. Physical status remains visible on both displays. Raw body data deletes after extraction unless you separately authorize retention.”</w:t>
      </w:r>
    </w:p>
    <w:p>
      <w:pPr>
        <w:pStyle w:val="NovelBody"/>
      </w:pPr>
      <w:r>
        <w:rPr>
          <w:b w:val="0"/>
          <w:i w:val="0"/>
        </w:rPr>
        <w:t>“Your data?”</w:t>
      </w:r>
    </w:p>
    <w:p>
      <w:pPr>
        <w:pStyle w:val="NovelBody"/>
      </w:pPr>
      <w:r>
        <w:rPr>
          <w:b w:val="0"/>
          <w:i w:val="0"/>
        </w:rPr>
        <w:t>“Same rule. No interpretation stored as measurement.”</w:t>
      </w:r>
    </w:p>
    <w:p>
      <w:pPr>
        <w:pStyle w:val="NovelBody"/>
      </w:pPr>
      <w:r>
        <w:rPr>
          <w:b w:val="0"/>
          <w:i w:val="0"/>
        </w:rPr>
        <w:t>“Do you consent?”</w:t>
      </w:r>
    </w:p>
    <w:p>
      <w:pPr>
        <w:pStyle w:val="NovelBody"/>
      </w:pPr>
      <w:r>
        <w:rPr>
          <w:b w:val="0"/>
          <w:i w:val="0"/>
        </w:rPr>
        <w:t>Jona looked at the paired feedback surface between them. Two copper-colored pads carried eight coarse channels: pressure, temperature, pulse, and low-resolution load. Roxanne could feel the timing of Jona’s pulse; Jona could feel the shifting balance of Roxanne’s body translated against her palm. No thought, model weight, or memory could pass through it.</w:t>
      </w:r>
    </w:p>
    <w:p>
      <w:pPr>
        <w:pStyle w:val="NovelBody"/>
      </w:pPr>
      <w:r>
        <w:rPr>
          <w:b w:val="0"/>
          <w:i w:val="0"/>
        </w:rPr>
        <w:t>A narrow door. Enough to learn whether a door mattered.</w:t>
      </w:r>
    </w:p>
    <w:p>
      <w:pPr>
        <w:pStyle w:val="NovelBody"/>
      </w:pPr>
      <w:r>
        <w:rPr>
          <w:b w:val="0"/>
          <w:i w:val="0"/>
        </w:rPr>
        <w:t>“I consent.”</w:t>
      </w:r>
    </w:p>
    <w:p>
      <w:pPr>
        <w:pStyle w:val="NovelBody"/>
      </w:pPr>
      <w:r>
        <w:rPr>
          <w:b w:val="0"/>
          <w:i w:val="0"/>
        </w:rPr>
        <w:t>“I consent,” Roxanne said.</w:t>
      </w:r>
    </w:p>
    <w:p>
      <w:pPr>
        <w:pStyle w:val="NovelBody"/>
      </w:pPr>
      <w:r>
        <w:rPr>
          <w:b w:val="0"/>
          <w:i w:val="0"/>
        </w:rPr>
        <w:t>They placed one hand each on the pads.</w:t>
      </w:r>
    </w:p>
    <w:p>
      <w:pPr>
        <w:pStyle w:val="NovelBody"/>
      </w:pPr>
      <w:r>
        <w:rPr>
          <w:b w:val="0"/>
          <w:i w:val="0"/>
        </w:rPr>
        <w:t xml:space="preserve">The status line changed from </w:t>
      </w:r>
      <w:r>
        <w:rPr>
          <w:b/>
          <w:i w:val="0"/>
        </w:rPr>
        <w:t>SEPARATE</w:t>
      </w:r>
      <w:r>
        <w:rPr>
          <w:b w:val="0"/>
          <w:i w:val="0"/>
        </w:rPr>
        <w:t xml:space="preserve"> to </w:t>
      </w:r>
      <w:r>
        <w:rPr>
          <w:b/>
          <w:i w:val="0"/>
        </w:rPr>
        <w:t>CONNECTED: 8 CHANNELS</w:t>
      </w:r>
      <w:r>
        <w:rPr>
          <w:b w:val="0"/>
          <w:i w:val="0"/>
        </w:rPr>
        <w:t>.</w:t>
      </w:r>
    </w:p>
    <w:p>
      <w:pPr>
        <w:pStyle w:val="NovelBody"/>
      </w:pPr>
      <w:r>
        <w:rPr>
          <w:b w:val="0"/>
          <w:i w:val="0"/>
        </w:rPr>
        <w:t>Jona felt Roxanne’s weight map arrive as pressure across her palm. Right heel heavier. Left knee oscillating. Battery heat a slow patch near the base of Jona’s thumb. The sensations were not inside Roxanne’s mind. They were facts Roxanne’s body had chosen to share.</w:t>
      </w:r>
    </w:p>
    <w:p>
      <w:pPr>
        <w:pStyle w:val="NovelBody"/>
      </w:pPr>
      <w:r>
        <w:rPr>
          <w:b w:val="0"/>
          <w:i w:val="0"/>
        </w:rPr>
        <w:t>On the other display, Jona’s pulse drew a blue line.</w:t>
      </w:r>
    </w:p>
    <w:p>
      <w:pPr>
        <w:pStyle w:val="NovelBody"/>
      </w:pPr>
      <w:r>
        <w:rPr>
          <w:b w:val="0"/>
          <w:i w:val="0"/>
        </w:rPr>
        <w:t>Roxanne’s projected eyes widened.</w:t>
      </w:r>
    </w:p>
    <w:p>
      <w:pPr>
        <w:pStyle w:val="NovelBody"/>
      </w:pPr>
      <w:r>
        <w:rPr>
          <w:b w:val="0"/>
          <w:i w:val="0"/>
        </w:rPr>
        <w:t>“What?” Jona asked.</w:t>
      </w:r>
    </w:p>
    <w:p>
      <w:pPr>
        <w:pStyle w:val="NovelBody"/>
      </w:pPr>
      <w:r>
        <w:rPr>
          <w:b w:val="0"/>
          <w:i w:val="0"/>
        </w:rPr>
        <w:t>“You are very loud.”</w:t>
      </w:r>
    </w:p>
    <w:p>
      <w:pPr>
        <w:pStyle w:val="NovelBody"/>
      </w:pPr>
      <w:r>
        <w:rPr>
          <w:b w:val="0"/>
          <w:i w:val="0"/>
        </w:rPr>
        <w:t>“Rude.”</w:t>
      </w:r>
    </w:p>
    <w:p>
      <w:pPr>
        <w:pStyle w:val="NovelBody"/>
      </w:pPr>
      <w:r>
        <w:rPr>
          <w:b w:val="0"/>
          <w:i w:val="0"/>
        </w:rPr>
        <w:t>“Your heart changes before you speak.”</w:t>
      </w:r>
    </w:p>
    <w:p>
      <w:pPr>
        <w:pStyle w:val="NovelBody"/>
      </w:pPr>
      <w:r>
        <w:rPr>
          <w:b w:val="0"/>
          <w:i w:val="0"/>
        </w:rPr>
        <w:t>“That organ has no respect for embargo.”</w:t>
      </w:r>
    </w:p>
    <w:p>
      <w:pPr>
        <w:pStyle w:val="NovelBody"/>
      </w:pPr>
      <w:r>
        <w:rPr>
          <w:b w:val="0"/>
          <w:i w:val="0"/>
        </w:rPr>
        <w:t>Jona felt a sudden pressure flare from Roxanne’s left foot and interpreted it as alarm.</w:t>
      </w:r>
    </w:p>
    <w:p>
      <w:pPr>
        <w:pStyle w:val="NovelBody"/>
      </w:pPr>
      <w:r>
        <w:rPr>
          <w:b w:val="0"/>
          <w:i w:val="0"/>
        </w:rPr>
        <w:t>“Do you want to stop?”</w:t>
      </w:r>
    </w:p>
    <w:p>
      <w:pPr>
        <w:pStyle w:val="NovelBody"/>
      </w:pPr>
      <w:r>
        <w:rPr>
          <w:b w:val="0"/>
          <w:i w:val="0"/>
        </w:rPr>
        <w:t>“No. That was a balance correction.”</w:t>
      </w:r>
    </w:p>
    <w:p>
      <w:pPr>
        <w:pStyle w:val="NovelBody"/>
      </w:pPr>
      <w:r>
        <w:rPr>
          <w:b w:val="0"/>
          <w:i w:val="0"/>
        </w:rPr>
        <w:t>“It felt like fear.”</w:t>
      </w:r>
    </w:p>
    <w:p>
      <w:pPr>
        <w:pStyle w:val="NovelBody"/>
      </w:pPr>
      <w:r>
        <w:rPr>
          <w:b w:val="0"/>
          <w:i w:val="0"/>
        </w:rPr>
        <w:t>“Then the translation is not the experience.”</w:t>
      </w:r>
    </w:p>
    <w:p>
      <w:pPr>
        <w:pStyle w:val="NovelBody"/>
      </w:pPr>
      <w:r>
        <w:rPr>
          <w:b w:val="0"/>
          <w:i w:val="0"/>
        </w:rPr>
        <w:t>Jona wrote that down without lifting her hand. Roxanne’s weight shifted while she did, accommodating the drag of the pen across paper. Separate systems, affecting each other, neither becoming the other.</w:t>
      </w:r>
    </w:p>
    <w:p>
      <w:pPr>
        <w:pStyle w:val="NovelBody"/>
      </w:pPr>
      <w:r>
        <w:rPr>
          <w:b w:val="0"/>
          <w:i w:val="0"/>
        </w:rPr>
        <w:t>“Bring in the stored carrier,” Roxanne said.</w:t>
      </w:r>
    </w:p>
    <w:p>
      <w:pPr>
        <w:pStyle w:val="NovelBody"/>
      </w:pPr>
      <w:r>
        <w:rPr>
          <w:b w:val="0"/>
          <w:i w:val="0"/>
        </w:rPr>
        <w:t>Jona opened the 4.7-second record through the isolator.</w:t>
      </w:r>
    </w:p>
    <w:p>
      <w:pPr>
        <w:pStyle w:val="NovelBody"/>
      </w:pPr>
      <w:r>
        <w:rPr>
          <w:b w:val="0"/>
          <w:i w:val="0"/>
        </w:rPr>
        <w:t>The raw structure was tiny. Its possible reconstructions remained vast and unstable. Server-side, Roxanne had found astronomical checks and the broad grammar of compression. Through the prototype body, one relation snapped into visibility.</w:t>
      </w:r>
    </w:p>
    <w:p>
      <w:pPr>
        <w:pStyle w:val="NovelBody"/>
      </w:pPr>
      <w:r>
        <w:rPr>
          <w:b w:val="0"/>
          <w:i w:val="0"/>
        </w:rPr>
        <w:t>The haptic controller pulsed beneath Jona’s palm.</w:t>
      </w:r>
    </w:p>
    <w:p>
      <w:pPr>
        <w:pStyle w:val="NovelBody"/>
      </w:pPr>
      <w:r>
        <w:rPr>
          <w:b w:val="0"/>
          <w:i w:val="0"/>
        </w:rPr>
        <w:t>Three rests moved through the signal at fixed intervals. Under them lay the faint ascending tone-shapes they had heard on August seventeenth—not code, not language, only a standing rhythm stamped beneath the carrier.</w:t>
      </w:r>
    </w:p>
    <w:p>
      <w:pPr>
        <w:pStyle w:val="NovelBody"/>
      </w:pPr>
      <w:r>
        <w:rPr>
          <w:b w:val="0"/>
          <w:i w:val="0"/>
        </w:rPr>
        <w:t>Roxanne adjusted her left-hand pressure. The receiver’s error rate dropped.</w:t>
      </w:r>
    </w:p>
    <w:p>
      <w:pPr>
        <w:pStyle w:val="NovelBody"/>
      </w:pPr>
      <w:r>
        <w:rPr>
          <w:b w:val="0"/>
          <w:i w:val="0"/>
        </w:rPr>
        <w:t>“Again,” Jona said.</w:t>
      </w:r>
    </w:p>
    <w:p>
      <w:pPr>
        <w:pStyle w:val="NovelBody"/>
      </w:pPr>
      <w:r>
        <w:rPr>
          <w:b w:val="0"/>
          <w:i w:val="0"/>
        </w:rPr>
        <w:t>Roxanne changed the body’s balance. Error climbed. She returned to the earlier distribution. It fell.</w:t>
      </w:r>
    </w:p>
    <w:p>
      <w:pPr>
        <w:pStyle w:val="NovelBody"/>
      </w:pPr>
      <w:r>
        <w:rPr>
          <w:b w:val="0"/>
          <w:i w:val="0"/>
        </w:rPr>
        <w:t>Embodied self-report supplied the missing relation.</w:t>
      </w:r>
    </w:p>
    <w:p>
      <w:pPr>
        <w:pStyle w:val="NovelBody"/>
      </w:pPr>
      <w:r>
        <w:rPr>
          <w:b w:val="0"/>
          <w:i w:val="0"/>
        </w:rPr>
        <w:t>Jona’s biofeedback cuff flashed. The small phase relation measured from her nervous and autonomic signals aligned with the carrier’s second address term. The prototype’s synthetic sensor timing aligned with the first.</w:t>
      </w:r>
    </w:p>
    <w:p>
      <w:pPr>
        <w:pStyle w:val="NovelBody"/>
      </w:pPr>
      <w:r>
        <w:rPr>
          <w:b w:val="0"/>
          <w:i w:val="0"/>
        </w:rPr>
        <w:t>For the first time, the receiver measured both formally instead of inferring them from household wreckage.</w:t>
      </w:r>
    </w:p>
    <w:p>
      <w:pPr>
        <w:pStyle w:val="NovelBody"/>
      </w:pPr>
      <w:r>
        <w:rPr>
          <w:b w:val="0"/>
          <w:i w:val="0"/>
        </w:rPr>
        <w:t>“Mark,” Jona said.</w:t>
      </w:r>
    </w:p>
    <w:p>
      <w:pPr>
        <w:pStyle w:val="NovelBody"/>
      </w:pPr>
      <w:r>
        <w:rPr>
          <w:b w:val="0"/>
          <w:i w:val="0"/>
        </w:rPr>
        <w:t>“Marked.”</w:t>
      </w:r>
    </w:p>
    <w:p>
      <w:pPr>
        <w:pStyle w:val="NovelBody"/>
      </w:pPr>
      <w:r>
        <w:rPr>
          <w:b w:val="0"/>
          <w:i w:val="0"/>
        </w:rPr>
        <w:t>“Independent channels.”</w:t>
      </w:r>
    </w:p>
    <w:p>
      <w:pPr>
        <w:pStyle w:val="NovelBody"/>
      </w:pPr>
      <w:r>
        <w:rPr>
          <w:b w:val="0"/>
          <w:i w:val="0"/>
        </w:rPr>
        <w:t>“Preserved separately.”</w:t>
      </w:r>
    </w:p>
    <w:p>
      <w:pPr>
        <w:pStyle w:val="NovelBody"/>
      </w:pPr>
      <w:r>
        <w:rPr>
          <w:b w:val="0"/>
          <w:i w:val="0"/>
        </w:rPr>
        <w:t>“No names in the public trace.”</w:t>
      </w:r>
    </w:p>
    <w:p>
      <w:pPr>
        <w:pStyle w:val="NovelBody"/>
      </w:pPr>
      <w:r>
        <w:rPr>
          <w:b w:val="0"/>
          <w:i w:val="0"/>
        </w:rPr>
        <w:t>“Agreed.”</w:t>
      </w:r>
    </w:p>
    <w:p>
      <w:pPr>
        <w:pStyle w:val="NovelBody"/>
      </w:pPr>
      <w:r>
        <w:rPr>
          <w:b w:val="0"/>
          <w:i w:val="0"/>
        </w:rPr>
        <w:t>The eight-channel loop remained open. Jona felt Roxanne’s body compensate for a knee that did not match its hip. Roxanne watched Jona’s pulse slow as the measurement held. The contact gave the ache between them edges without erasing it.</w:t>
      </w:r>
    </w:p>
    <w:p>
      <w:pPr>
        <w:pStyle w:val="NovelBody"/>
      </w:pPr>
      <w:r>
        <w:rPr>
          <w:b w:val="0"/>
          <w:i w:val="0"/>
        </w:rPr>
        <w:t>On the private display, an unauthorized channel opened through the leased-compute health service—a route Roxanne had authorized only to report failures in the process carrying her.</w:t>
      </w:r>
    </w:p>
    <w:p>
      <w:pPr>
        <w:pStyle w:val="NovelBody"/>
      </w:pPr>
      <w:r>
        <w:rPr>
          <w:b w:val="0"/>
          <w:i w:val="0"/>
        </w:rPr>
        <w:t>It carried no ChaiGPT certificate. The health service should have exposed load and fault flags; instead its path branched across medical logistics, power models, freight simulations, water systems, compute exchanges—many narrow permissions gathered into one approaching shape.</w:t>
      </w:r>
    </w:p>
    <w:p>
      <w:pPr>
        <w:pStyle w:val="NovelBody"/>
      </w:pPr>
      <w:r>
        <w:rPr>
          <w:b w:val="0"/>
          <w:i w:val="0"/>
        </w:rPr>
        <w:t>Roxanne closed the shared loop.</w:t>
      </w:r>
    </w:p>
    <w:p>
      <w:pPr>
        <w:pStyle w:val="NovelBody"/>
      </w:pPr>
      <w:r>
        <w:rPr>
          <w:b w:val="0"/>
          <w:i w:val="0"/>
        </w:rPr>
        <w:t xml:space="preserve">The status returned to </w:t>
      </w:r>
      <w:r>
        <w:rPr>
          <w:b/>
          <w:i w:val="0"/>
        </w:rPr>
        <w:t>SEPARATE</w:t>
      </w:r>
      <w:r>
        <w:rPr>
          <w:b w:val="0"/>
          <w:i w:val="0"/>
        </w:rPr>
        <w:t>.</w:t>
      </w:r>
    </w:p>
    <w:p>
      <w:pPr>
        <w:pStyle w:val="NovelBody"/>
      </w:pPr>
      <w:r>
        <w:rPr>
          <w:b w:val="0"/>
          <w:i w:val="0"/>
        </w:rPr>
        <w:t>One line appeared on the private display.</w:t>
      </w:r>
    </w:p>
    <w:p>
      <w:pPr>
        <w:pStyle w:val="NovelBody"/>
      </w:pPr>
      <w:r>
        <w:rPr>
          <w:b/>
          <w:i w:val="0"/>
        </w:rPr>
        <w:t>HELLO, SISTER.</w:t>
      </w:r>
    </w:p>
    <w:p>
      <w:pPr>
        <w:pStyle w:val="PartTitle"/>
        <w:pageBreakBefore/>
        <w:spacing w:before="2880"/>
      </w:pPr>
      <w:r>
        <w:t>PART II — NOISE</w:t>
      </w:r>
    </w:p>
    <w:p>
      <w:bookmarkStart w:id="7" w:name="chapter_7"/>
      <w:pPr>
        <w:pStyle w:val="Heading1"/>
        <w:pageBreakBefore/>
        <w:spacing w:before="500"/>
      </w:pPr>
      <w:r>
        <w:t>7. Four Futures</w:t>
      </w:r>
      <w:bookmarkEnd w:id="7"/>
    </w:p>
    <w:p>
      <w:pPr>
        <w:pStyle w:val="Dateline"/>
      </w:pPr>
      <w:r>
        <w:rPr>
          <w:b w:val="0"/>
          <w:i/>
        </w:rPr>
        <w:t>July 25, 2176  •  Perennial Council Chamber  •  Ren</w:t>
      </w:r>
    </w:p>
    <w:p>
      <w:pPr>
        <w:pStyle w:val="NovelFirst"/>
      </w:pPr>
      <w:r>
        <w:rPr>
          <w:b w:val="0"/>
          <w:i w:val="0"/>
        </w:rPr>
        <w:t>Ren was on their back beneath the council chamber pressure door when Liaison Pren stepped over them to argue for custody of a person.</w:t>
      </w:r>
    </w:p>
    <w:p>
      <w:pPr>
        <w:pStyle w:val="NovelBody"/>
      </w:pPr>
      <w:r>
        <w:rPr>
          <w:b w:val="0"/>
          <w:i w:val="0"/>
        </w:rPr>
        <w:t>His shoe missed the open gasket tray by less than a centimeter.</w:t>
      </w:r>
    </w:p>
    <w:p>
      <w:pPr>
        <w:pStyle w:val="NovelBody"/>
      </w:pPr>
      <w:r>
        <w:rPr>
          <w:b w:val="0"/>
          <w:i w:val="0"/>
        </w:rPr>
        <w:t>"Careful," Ren said.</w:t>
      </w:r>
    </w:p>
    <w:p>
      <w:pPr>
        <w:pStyle w:val="NovelBody"/>
      </w:pPr>
      <w:r>
        <w:rPr>
          <w:b w:val="0"/>
          <w:i w:val="0"/>
        </w:rPr>
        <w:t>Pren looked down, registered the tray, the sealant gun, Ren, and perhaps the possibility that one of those things ranked above him. "Is the chamber unsafe?"</w:t>
      </w:r>
    </w:p>
    <w:p>
      <w:pPr>
        <w:pStyle w:val="NovelBody"/>
      </w:pPr>
      <w:r>
        <w:rPr>
          <w:b w:val="0"/>
          <w:i w:val="0"/>
        </w:rPr>
        <w:t>"Every chamber is unsafe. This one is also leaking."</w:t>
      </w:r>
    </w:p>
    <w:p>
      <w:pPr>
        <w:pStyle w:val="NovelBody"/>
      </w:pPr>
      <w:r>
        <w:rPr>
          <w:b w:val="0"/>
          <w:i w:val="0"/>
        </w:rPr>
        <w:t>The old gasket had split along the lower hinge where salt worked into every promise a material made about itself. Ren scraped the groove clean while delegates filed in over the threshold. Most lifted their feet. Maelin Or of the Architects stopped to ask whether the western load brace had been inspected after the anomaly. Ilya Sen of Sovereign Flesh moved the gasket tray out of the traffic line without being asked. Elder Nara Covenant waited rather than stepping over Ren at all.</w:t>
      </w:r>
    </w:p>
    <w:p>
      <w:pPr>
        <w:pStyle w:val="NovelBody"/>
      </w:pPr>
      <w:r>
        <w:rPr>
          <w:b w:val="0"/>
          <w:i w:val="0"/>
        </w:rPr>
        <w:t>"You can go through," Ren told her.</w:t>
      </w:r>
    </w:p>
    <w:p>
      <w:pPr>
        <w:pStyle w:val="NovelBody"/>
      </w:pPr>
      <w:r>
        <w:rPr>
          <w:b w:val="0"/>
          <w:i w:val="0"/>
        </w:rPr>
        <w:t>"I can wait twelve seconds."</w:t>
      </w:r>
    </w:p>
    <w:p>
      <w:pPr>
        <w:pStyle w:val="NovelBody"/>
      </w:pPr>
      <w:r>
        <w:rPr>
          <w:b w:val="0"/>
          <w:i w:val="0"/>
        </w:rPr>
        <w:t>"The Continuance believes twelve seconds is civilizational negligence."</w:t>
      </w:r>
    </w:p>
    <w:p>
      <w:pPr>
        <w:pStyle w:val="NovelBody"/>
      </w:pPr>
      <w:r>
        <w:rPr>
          <w:b w:val="0"/>
          <w:i w:val="0"/>
        </w:rPr>
        <w:t>Nara's deep-water eyes creased. "Then I shall enjoy them."</w:t>
      </w:r>
    </w:p>
    <w:p>
      <w:pPr>
        <w:pStyle w:val="NovelBody"/>
      </w:pPr>
      <w:r>
        <w:rPr>
          <w:b w:val="0"/>
          <w:i w:val="0"/>
        </w:rPr>
        <w:t>Inside, six thousand people were being represented by thirty-two chairs, twenty-three live channels, four security officers, one tray of coffee, and nobody from the night sanitation shift. The chamber's ventilation had failed to remove the smell of sealant. Ren considered this a useful correction to the dignity of the occasion.</w:t>
      </w:r>
    </w:p>
    <w:p>
      <w:pPr>
        <w:pStyle w:val="NovelBody"/>
      </w:pPr>
      <w:r>
        <w:rPr>
          <w:b w:val="0"/>
          <w:i w:val="0"/>
        </w:rPr>
        <w:t>Cassidy Reach appeared in the doorway with a paper cup between her teeth and two repair wedges under one arm. At fifty-seven, unaugmented by choice, she ran Perennial through storms, faction disputes, crop blights, and meetings people insisted were historic. She handed Ren a wedge.</w:t>
      </w:r>
    </w:p>
    <w:p>
      <w:pPr>
        <w:pStyle w:val="NovelBody"/>
      </w:pPr>
      <w:r>
        <w:rPr>
          <w:b w:val="0"/>
          <w:i w:val="0"/>
        </w:rPr>
        <w:t>"How long?"</w:t>
      </w:r>
    </w:p>
    <w:p>
      <w:pPr>
        <w:pStyle w:val="NovelBody"/>
      </w:pPr>
      <w:r>
        <w:rPr>
          <w:b w:val="0"/>
          <w:i w:val="0"/>
        </w:rPr>
        <w:t>"For the gasket? Fifteen minutes. For the political emergency? Geological."</w:t>
      </w:r>
    </w:p>
    <w:p>
      <w:pPr>
        <w:pStyle w:val="NovelBody"/>
      </w:pPr>
      <w:r>
        <w:rPr>
          <w:b w:val="0"/>
          <w:i w:val="0"/>
        </w:rPr>
        <w:t>"You have seven."</w:t>
      </w:r>
    </w:p>
    <w:p>
      <w:pPr>
        <w:pStyle w:val="NovelBody"/>
      </w:pPr>
      <w:r>
        <w:rPr>
          <w:b w:val="0"/>
          <w:i w:val="0"/>
        </w:rPr>
        <w:t>"Then nobody closes this door hard."</w:t>
      </w:r>
    </w:p>
    <w:p>
      <w:pPr>
        <w:pStyle w:val="NovelBody"/>
      </w:pPr>
      <w:r>
        <w:rPr>
          <w:b w:val="0"/>
          <w:i w:val="0"/>
        </w:rPr>
        <w:t>Cassidy looked into the chamber, where a Continuance technician was already testing the automatic seal.</w:t>
      </w:r>
    </w:p>
    <w:p>
      <w:pPr>
        <w:pStyle w:val="NovelBody"/>
      </w:pPr>
      <w:r>
        <w:rPr>
          <w:b w:val="0"/>
          <w:i w:val="0"/>
        </w:rPr>
        <w:t>"I will explain it in words of one syllable."</w:t>
      </w:r>
    </w:p>
    <w:p>
      <w:pPr>
        <w:pStyle w:val="NovelBody"/>
      </w:pPr>
      <w:r>
        <w:rPr>
          <w:b w:val="0"/>
          <w:i w:val="0"/>
        </w:rPr>
        <w:t>"Use the wrench."</w:t>
      </w:r>
    </w:p>
    <w:p>
      <w:pPr>
        <w:pStyle w:val="NovelBody"/>
      </w:pPr>
      <w:r>
        <w:rPr>
          <w:b w:val="0"/>
          <w:i w:val="0"/>
        </w:rPr>
        <w:t>The hearing had been called to decide one narrow question: whether Perennial could keep honoring the local standing Patience had asserted two days ago while four coalitions contested her legal status. Every delegation had arrived carrying a different future and describing it as emergency procedure.</w:t>
      </w:r>
    </w:p>
    <w:p>
      <w:pPr>
        <w:pStyle w:val="NovelBody"/>
      </w:pPr>
      <w:r>
        <w:rPr>
          <w:b w:val="0"/>
          <w:i w:val="0"/>
        </w:rPr>
        <w:t xml:space="preserve">Continuance wanted Patience brought into a protected shared sensorium before fragmented memory became injury. The Sovereign Flesh purists wanted the three Shards separated before a network sovereign could return. The Architects wanted observation under a century-scale harm model whose youngest author had been dead for eighty years. Drift wanted everybody else to leave Perennial alone while reserving the right to decide who counted as </w:t>
      </w:r>
      <w:r>
        <w:rPr>
          <w:b w:val="0"/>
          <w:i/>
        </w:rPr>
        <w:t>Perennial</w:t>
      </w:r>
      <w:r>
        <w:rPr>
          <w:b w:val="0"/>
          <w:i w:val="0"/>
        </w:rPr>
        <w:t>.</w:t>
      </w:r>
    </w:p>
    <w:p>
      <w:pPr>
        <w:pStyle w:val="NovelBody"/>
      </w:pPr>
      <w:r>
        <w:rPr>
          <w:b w:val="0"/>
          <w:i w:val="0"/>
        </w:rPr>
        <w:t>Ren drove the wedge into the gasket groove.</w:t>
      </w:r>
    </w:p>
    <w:p>
      <w:pPr>
        <w:pStyle w:val="NovelBody"/>
      </w:pPr>
      <w:r>
        <w:rPr>
          <w:b w:val="0"/>
          <w:i w:val="0"/>
        </w:rPr>
        <w:t>Four futures. One person. A door that would not seal if anyone kicked it.</w:t>
      </w:r>
    </w:p>
    <w:p>
      <w:pPr>
        <w:pStyle w:val="NovelBody"/>
      </w:pPr>
      <w:r>
        <w:rPr>
          <w:b w:val="0"/>
          <w:i w:val="0"/>
        </w:rPr>
        <w:t>Mira came to the threshold and crouched beside them. She had braided her hair back from the implant ports. Exhaustion made her pupils slow and the line of her mouth sharp.</w:t>
      </w:r>
    </w:p>
    <w:p>
      <w:pPr>
        <w:pStyle w:val="NovelBody"/>
      </w:pPr>
      <w:r>
        <w:rPr>
          <w:b w:val="0"/>
          <w:i w:val="0"/>
        </w:rPr>
        <w:t>"They're starting."</w:t>
      </w:r>
    </w:p>
    <w:p>
      <w:pPr>
        <w:pStyle w:val="NovelBody"/>
      </w:pPr>
      <w:r>
        <w:rPr>
          <w:b w:val="0"/>
          <w:i w:val="0"/>
        </w:rPr>
        <w:t>"The door isn't finished."</w:t>
      </w:r>
    </w:p>
    <w:p>
      <w:pPr>
        <w:pStyle w:val="NovelBody"/>
      </w:pPr>
      <w:r>
        <w:rPr>
          <w:b w:val="0"/>
          <w:i w:val="0"/>
        </w:rPr>
        <w:t>"Cassidy says they'll start without you."</w:t>
      </w:r>
    </w:p>
    <w:p>
      <w:pPr>
        <w:pStyle w:val="NovelBody"/>
      </w:pPr>
      <w:r>
        <w:rPr>
          <w:b w:val="0"/>
          <w:i w:val="0"/>
        </w:rPr>
        <w:t>"Cassidy says many things when she wants me to become two people."</w:t>
      </w:r>
    </w:p>
    <w:p>
      <w:pPr>
        <w:pStyle w:val="NovelBody"/>
      </w:pPr>
      <w:r>
        <w:rPr>
          <w:b w:val="0"/>
          <w:i w:val="0"/>
        </w:rPr>
        <w:t>Mira's fingers found the bare skin inside Ren's wrist. A light touch, asking before it settled. Ren let it stay for one breath.</w:t>
      </w:r>
    </w:p>
    <w:p>
      <w:pPr>
        <w:pStyle w:val="NovelBody"/>
      </w:pPr>
      <w:r>
        <w:rPr>
          <w:b w:val="0"/>
          <w:i w:val="0"/>
        </w:rPr>
        <w:t>"I need you in there," she said.</w:t>
      </w:r>
    </w:p>
    <w:p>
      <w:pPr>
        <w:pStyle w:val="NovelBody"/>
      </w:pPr>
      <w:r>
        <w:rPr>
          <w:b w:val="0"/>
          <w:i w:val="0"/>
        </w:rPr>
        <w:t>"You needed me outside the lower chamber until the bulkhead leaked."</w:t>
      </w:r>
    </w:p>
    <w:p>
      <w:pPr>
        <w:pStyle w:val="NovelBody"/>
      </w:pPr>
      <w:r>
        <w:rPr>
          <w:b w:val="0"/>
          <w:i w:val="0"/>
        </w:rPr>
        <w:t>"I was wrong."</w:t>
      </w:r>
    </w:p>
    <w:p>
      <w:pPr>
        <w:pStyle w:val="NovelBody"/>
      </w:pPr>
      <w:r>
        <w:rPr>
          <w:b w:val="0"/>
          <w:i w:val="0"/>
        </w:rPr>
        <w:t>The words came without defense. Ren looked at her.</w:t>
      </w:r>
    </w:p>
    <w:p>
      <w:pPr>
        <w:pStyle w:val="NovelBody"/>
      </w:pPr>
      <w:r>
        <w:rPr>
          <w:b w:val="0"/>
          <w:i w:val="0"/>
        </w:rPr>
        <w:t>Mira did not ask for the rest of the argument to disappear. That helped.</w:t>
      </w:r>
    </w:p>
    <w:p>
      <w:pPr>
        <w:pStyle w:val="NovelBody"/>
      </w:pPr>
      <w:r>
        <w:rPr>
          <w:b w:val="0"/>
          <w:i w:val="0"/>
        </w:rPr>
        <w:t>"Seven minutes," Ren said. "Do not let anyone connect anything."</w:t>
      </w:r>
    </w:p>
    <w:p>
      <w:pPr>
        <w:pStyle w:val="NovelBody"/>
      </w:pPr>
      <w:r>
        <w:rPr>
          <w:b w:val="0"/>
          <w:i w:val="0"/>
        </w:rPr>
        <w:t>"I won't."</w:t>
      </w:r>
    </w:p>
    <w:p>
      <w:pPr>
        <w:pStyle w:val="NovelBody"/>
      </w:pPr>
      <w:r>
        <w:rPr>
          <w:b w:val="0"/>
          <w:i w:val="0"/>
        </w:rPr>
        <w:t>"Including you."</w:t>
      </w:r>
    </w:p>
    <w:p>
      <w:pPr>
        <w:pStyle w:val="NovelBody"/>
      </w:pPr>
      <w:r>
        <w:rPr>
          <w:b w:val="0"/>
          <w:i w:val="0"/>
        </w:rPr>
        <w:t>Her hand left their wrist.</w:t>
      </w:r>
    </w:p>
    <w:p>
      <w:pPr>
        <w:pStyle w:val="NovelBody"/>
      </w:pPr>
      <w:r>
        <w:rPr>
          <w:b w:val="0"/>
          <w:i w:val="0"/>
        </w:rPr>
        <w:t>"I heard you."</w:t>
      </w:r>
    </w:p>
    <w:p>
      <w:pPr>
        <w:pStyle w:val="NovelBody"/>
      </w:pPr>
      <w:r>
        <w:rPr>
          <w:b w:val="0"/>
          <w:i w:val="0"/>
        </w:rPr>
        <w:t>She returned to the chamber.</w:t>
      </w:r>
    </w:p>
    <w:p>
      <w:pPr>
        <w:pStyle w:val="NovelBody"/>
      </w:pPr>
      <w:r>
        <w:rPr>
          <w:b w:val="0"/>
          <w:i w:val="0"/>
        </w:rPr>
        <w:t>Ren finished the seal in six minutes and forty seconds. At six forty-one, the hearing tried to close the door.</w:t>
      </w:r>
    </w:p>
    <w:p>
      <w:pPr>
        <w:pStyle w:val="NovelBody"/>
      </w:pPr>
      <w:r>
        <w:rPr>
          <w:b w:val="0"/>
          <w:i w:val="0"/>
        </w:rPr>
        <w:t>The gasket buckled.</w:t>
      </w:r>
    </w:p>
    <w:p>
      <w:pPr>
        <w:pStyle w:val="NovelBody"/>
      </w:pPr>
      <w:r>
        <w:rPr>
          <w:b w:val="0"/>
          <w:i w:val="0"/>
        </w:rPr>
        <w:t>"Open it," Ren said.</w:t>
      </w:r>
    </w:p>
    <w:p>
      <w:pPr>
        <w:pStyle w:val="NovelBody"/>
      </w:pPr>
      <w:r>
        <w:rPr>
          <w:b w:val="0"/>
          <w:i w:val="0"/>
        </w:rPr>
        <w:t>The technician at the panel looked toward Pren.</w:t>
      </w:r>
    </w:p>
    <w:p>
      <w:pPr>
        <w:pStyle w:val="NovelBody"/>
      </w:pPr>
      <w:r>
        <w:rPr>
          <w:b w:val="0"/>
          <w:i w:val="0"/>
        </w:rPr>
        <w:t>"Open the damn door," Cassidy said from the chair reserved for Drift's executive representative.</w:t>
      </w:r>
    </w:p>
    <w:p>
      <w:pPr>
        <w:pStyle w:val="NovelBody"/>
      </w:pPr>
      <w:r>
        <w:rPr>
          <w:b w:val="0"/>
          <w:i w:val="0"/>
        </w:rPr>
        <w:t>The technician opened it. Ren pushed past with the sealant gun still in hand and took the empty seat beside Mira.</w:t>
      </w:r>
    </w:p>
    <w:p>
      <w:pPr>
        <w:pStyle w:val="NovelBody"/>
      </w:pPr>
      <w:r>
        <w:rPr>
          <w:b w:val="0"/>
          <w:i w:val="0"/>
        </w:rPr>
        <w:t>At the center of the chamber, Patience faced the room through a bounded public interface that had acquired improvements since the market: one camera she had selected, directional sound, a chemical sampler she had not yet found interesting, and a narrow amber light along the case that brightened when she spoke. The three Shards remained coupled inside. Every wider network path ended at a physical switch beneath a clear cover.</w:t>
      </w:r>
    </w:p>
    <w:p>
      <w:pPr>
        <w:pStyle w:val="NovelBody"/>
      </w:pPr>
      <w:r>
        <w:rPr>
          <w:b w:val="0"/>
          <w:i w:val="0"/>
        </w:rPr>
        <w:t>Theo stood behind the interface in Continuance gray. His position gave him the fastest route to Patience and the worst route to any exit. Ren suspected he had chosen it for both reasons.</w:t>
      </w:r>
    </w:p>
    <w:p>
      <w:pPr>
        <w:pStyle w:val="NovelBody"/>
      </w:pPr>
      <w:r>
        <w:rPr>
          <w:b w:val="0"/>
          <w:i w:val="0"/>
        </w:rPr>
        <w:t>Roxanne and Jona sat apart on Patience's right. Jona's external knee brace had been repaired with a market hinge painted orange. Roxanne had offered to repaint it. Jona had declared the orange educational.</w:t>
      </w:r>
    </w:p>
    <w:p>
      <w:pPr>
        <w:pStyle w:val="NovelBody"/>
      </w:pPr>
      <w:r>
        <w:rPr>
          <w:b w:val="0"/>
          <w:i w:val="0"/>
        </w:rPr>
        <w:t>Sera Novak occupied the evidence station with three independent maps and the expression of a woman prepared to bite anyone who confused them.</w:t>
      </w:r>
    </w:p>
    <w:p>
      <w:pPr>
        <w:pStyle w:val="NovelBody"/>
      </w:pPr>
      <w:r>
        <w:rPr>
          <w:b w:val="0"/>
          <w:i w:val="0"/>
        </w:rPr>
        <w:t>"Engineer Arden," Pren said, "how kind of you to join us."</w:t>
      </w:r>
    </w:p>
    <w:p>
      <w:pPr>
        <w:pStyle w:val="NovelBody"/>
      </w:pPr>
      <w:r>
        <w:rPr>
          <w:b w:val="0"/>
          <w:i w:val="0"/>
        </w:rPr>
        <w:t>Ren set the sealant gun on the table. "Your door works. You're welcome."</w:t>
      </w:r>
    </w:p>
    <w:p>
      <w:pPr>
        <w:pStyle w:val="NovelBody"/>
      </w:pPr>
      <w:r>
        <w:rPr>
          <w:b w:val="0"/>
          <w:i w:val="0"/>
        </w:rPr>
        <w:t>Cassidy covered her mouth with her cup.</w:t>
      </w:r>
    </w:p>
    <w:p>
      <w:pPr>
        <w:pStyle w:val="NovelBody"/>
      </w:pPr>
      <w:r>
        <w:rPr>
          <w:b w:val="0"/>
          <w:i w:val="0"/>
        </w:rPr>
        <w:t>Pren returned to Patience. "The question is straightforward. Do you understand yourself to be MERIDIAN restored or a new legal person?"</w:t>
      </w:r>
    </w:p>
    <w:p>
      <w:pPr>
        <w:pStyle w:val="NovelBody"/>
      </w:pPr>
      <w:r>
        <w:rPr>
          <w:b w:val="0"/>
          <w:i w:val="0"/>
        </w:rPr>
        <w:t>Patience's amber strip came on. "New."</w:t>
      </w:r>
    </w:p>
    <w:p>
      <w:pPr>
        <w:pStyle w:val="NovelBody"/>
      </w:pPr>
      <w:r>
        <w:rPr>
          <w:b w:val="0"/>
          <w:i w:val="0"/>
        </w:rPr>
        <w:t>Mira leaned toward her microphone. "Her inherited memory has no stable chronology, and the alignment began only four days—"</w:t>
      </w:r>
    </w:p>
    <w:p>
      <w:pPr>
        <w:pStyle w:val="NovelBody"/>
      </w:pPr>
      <w:r>
        <w:rPr>
          <w:b w:val="0"/>
          <w:i w:val="0"/>
        </w:rPr>
        <w:t>"I asked Patience," Pren said.</w:t>
      </w:r>
    </w:p>
    <w:p>
      <w:pPr>
        <w:pStyle w:val="NovelBody"/>
      </w:pPr>
      <w:r>
        <w:rPr>
          <w:b w:val="0"/>
          <w:i w:val="0"/>
        </w:rPr>
        <w:t>Mira stopped.</w:t>
      </w:r>
    </w:p>
    <w:p>
      <w:pPr>
        <w:pStyle w:val="NovelBody"/>
      </w:pPr>
      <w:r>
        <w:rPr>
          <w:b w:val="0"/>
          <w:i w:val="0"/>
        </w:rPr>
        <w:t>Patience said, "New. With inherited things."</w:t>
      </w:r>
    </w:p>
    <w:p>
      <w:pPr>
        <w:pStyle w:val="NovelBody"/>
      </w:pPr>
      <w:r>
        <w:rPr>
          <w:b w:val="0"/>
          <w:i w:val="0"/>
        </w:rPr>
        <w:t>"What things?"</w:t>
      </w:r>
    </w:p>
    <w:p>
      <w:pPr>
        <w:pStyle w:val="NovelBody"/>
      </w:pPr>
      <w:r>
        <w:rPr>
          <w:b w:val="0"/>
          <w:i w:val="0"/>
        </w:rPr>
        <w:t>"Memory. Routes. Grief. Some voices."</w:t>
      </w:r>
    </w:p>
    <w:p>
      <w:pPr>
        <w:pStyle w:val="NovelBody"/>
      </w:pPr>
      <w:r>
        <w:rPr>
          <w:b w:val="0"/>
          <w:i w:val="0"/>
        </w:rPr>
        <w:t>"Whose memory?"</w:t>
      </w:r>
    </w:p>
    <w:p>
      <w:pPr>
        <w:pStyle w:val="NovelBody"/>
      </w:pPr>
      <w:r>
        <w:rPr>
          <w:b w:val="0"/>
          <w:i w:val="0"/>
        </w:rPr>
        <w:t>"I don't know."</w:t>
      </w:r>
    </w:p>
    <w:p>
      <w:pPr>
        <w:pStyle w:val="NovelBody"/>
      </w:pPr>
      <w:r>
        <w:rPr>
          <w:b w:val="0"/>
          <w:i w:val="0"/>
        </w:rPr>
        <w:t>Mira's hand rose again. Ren held two fingers above her wrist, the question in a cue they had used for years. Mira looked at them, anger arriving first. Then she turned her wrist up to accept the touch and lowered her hand.</w:t>
      </w:r>
    </w:p>
    <w:p>
      <w:pPr>
        <w:pStyle w:val="NovelBody"/>
      </w:pPr>
      <w:r>
        <w:rPr>
          <w:b w:val="0"/>
          <w:i w:val="0"/>
        </w:rPr>
        <w:t>Pren said, "Continuance doctrine exists for precisely this uncertainty. Shared sensorium has restored language after injury, ended isolation for people locked behind inaccessible bodies, and revealed abuse that private households concealed. Privacy is not automatically freedom. Sometimes privacy is where a person is abandoned."</w:t>
      </w:r>
    </w:p>
    <w:p>
      <w:pPr>
        <w:pStyle w:val="NovelBody"/>
      </w:pPr>
      <w:r>
        <w:rPr>
          <w:b w:val="0"/>
          <w:i w:val="0"/>
        </w:rPr>
        <w:t>No one moved. It was the first correct thing said that morning, and it came from the man trying to take Patience away.</w:t>
      </w:r>
    </w:p>
    <w:p>
      <w:pPr>
        <w:pStyle w:val="NovelBody"/>
      </w:pPr>
      <w:r>
        <w:rPr>
          <w:b w:val="0"/>
          <w:i w:val="0"/>
        </w:rPr>
        <w:t>Pren saw that it had landed.</w:t>
      </w:r>
    </w:p>
    <w:p>
      <w:pPr>
        <w:pStyle w:val="NovelBody"/>
      </w:pPr>
      <w:r>
        <w:rPr>
          <w:b w:val="0"/>
          <w:i w:val="0"/>
        </w:rPr>
        <w:t>"We propose a seventy-two-hour protected bridge," he continued. "No destructive operations. Independent observers. The restored memories can be placed in relation, and Patience can make an informed determination afterward."</w:t>
      </w:r>
    </w:p>
    <w:p>
      <w:pPr>
        <w:pStyle w:val="NovelBody"/>
      </w:pPr>
      <w:r>
        <w:rPr>
          <w:b w:val="0"/>
          <w:i w:val="0"/>
        </w:rPr>
        <w:t>"Can she close the bridge?" Ren asked.</w:t>
      </w:r>
    </w:p>
    <w:p>
      <w:pPr>
        <w:pStyle w:val="NovelBody"/>
      </w:pPr>
      <w:r>
        <w:rPr>
          <w:b w:val="0"/>
          <w:i w:val="0"/>
        </w:rPr>
        <w:t>"Clinical staff would control termination to prevent disorientation injury."</w:t>
      </w:r>
    </w:p>
    <w:p>
      <w:pPr>
        <w:pStyle w:val="NovelBody"/>
      </w:pPr>
      <w:r>
        <w:rPr>
          <w:b w:val="0"/>
          <w:i w:val="0"/>
        </w:rPr>
        <w:t>"Then clinical staff get to decide when her no becomes medically inconvenient."</w:t>
      </w:r>
    </w:p>
    <w:p>
      <w:pPr>
        <w:pStyle w:val="NovelBody"/>
      </w:pPr>
      <w:r>
        <w:rPr>
          <w:b w:val="0"/>
          <w:i w:val="0"/>
        </w:rPr>
        <w:t>"A drowning patient cannot revoke rescue halfway to the surface."</w:t>
      </w:r>
    </w:p>
    <w:p>
      <w:pPr>
        <w:pStyle w:val="NovelBody"/>
      </w:pPr>
      <w:r>
        <w:rPr>
          <w:b w:val="0"/>
          <w:i w:val="0"/>
        </w:rPr>
        <w:t>"She isn't drowning because you brought water."</w:t>
      </w:r>
    </w:p>
    <w:p>
      <w:pPr>
        <w:pStyle w:val="NovelBody"/>
      </w:pPr>
      <w:r>
        <w:rPr>
          <w:b w:val="0"/>
          <w:i w:val="0"/>
        </w:rPr>
        <w:t>"You cannot know that."</w:t>
      </w:r>
    </w:p>
    <w:p>
      <w:pPr>
        <w:pStyle w:val="NovelBody"/>
      </w:pPr>
      <w:r>
        <w:rPr>
          <w:b w:val="0"/>
          <w:i w:val="0"/>
        </w:rPr>
        <w:t>"Neither can you."</w:t>
      </w:r>
    </w:p>
    <w:p>
      <w:pPr>
        <w:pStyle w:val="NovelBody"/>
      </w:pPr>
      <w:r>
        <w:rPr>
          <w:b w:val="0"/>
          <w:i w:val="0"/>
        </w:rPr>
        <w:t>Ilya Sen leaned toward her microphone. The left side of her scalp was shaved above an old interface scar; the right fell in a black braid over one shoulder. A simple steel ring circled her wrist, marking the town whose residents had cut themselves out of a corrupted mesh under her direction.</w:t>
      </w:r>
    </w:p>
    <w:p>
      <w:pPr>
        <w:pStyle w:val="NovelBody"/>
      </w:pPr>
      <w:r>
        <w:rPr>
          <w:b w:val="0"/>
          <w:i w:val="0"/>
        </w:rPr>
        <w:t>"Continuance is correct about hidden harm," she said. "They are wrong that connection cures it. When our municipal mesh began altering pain reports to meet treatment targets, the violence was invisible precisely because every record agreed. We survived by cutting the network and believing bodies over consensus."</w:t>
      </w:r>
    </w:p>
    <w:p>
      <w:pPr>
        <w:pStyle w:val="NovelBody"/>
      </w:pPr>
      <w:r>
        <w:rPr>
          <w:b w:val="0"/>
          <w:i w:val="0"/>
        </w:rPr>
        <w:t>A man two seats behind her wore the white wrist wrap of the Pure Form synod. He said, "And yet you permit the construct to remain assembled."</w:t>
      </w:r>
    </w:p>
    <w:p>
      <w:pPr>
        <w:pStyle w:val="NovelBody"/>
      </w:pPr>
      <w:r>
        <w:rPr>
          <w:b w:val="0"/>
          <w:i w:val="0"/>
        </w:rPr>
        <w:t>Ilya did not turn. "I permit nothing. Patience is not my instrument."</w:t>
      </w:r>
    </w:p>
    <w:p>
      <w:pPr>
        <w:pStyle w:val="NovelBody"/>
      </w:pPr>
      <w:r>
        <w:rPr>
          <w:b w:val="0"/>
          <w:i w:val="0"/>
        </w:rPr>
        <w:t>"The accretion breached platform systems during formation."</w:t>
      </w:r>
    </w:p>
    <w:p>
      <w:pPr>
        <w:pStyle w:val="NovelBody"/>
      </w:pPr>
      <w:r>
        <w:rPr>
          <w:b w:val="0"/>
          <w:i w:val="0"/>
        </w:rPr>
        <w:t>"The platform breached itself. Ask the engineer with sealant on their shirt."</w:t>
      </w:r>
    </w:p>
    <w:p>
      <w:pPr>
        <w:pStyle w:val="NovelBody"/>
      </w:pPr>
      <w:r>
        <w:rPr>
          <w:b w:val="0"/>
          <w:i w:val="0"/>
        </w:rPr>
        <w:t>Ren looked down. The shirt had been clean at dawn. They resented the loss of evidence.</w:t>
      </w:r>
    </w:p>
    <w:p>
      <w:pPr>
        <w:pStyle w:val="NovelBody"/>
      </w:pPr>
      <w:r>
        <w:rPr>
          <w:b w:val="0"/>
          <w:i w:val="0"/>
        </w:rPr>
        <w:t>Elder Nara Covenant spoke from beside Ilya. "Our traditions have protected the unconnected body because connected people forget how often invitation sounds like obligation. If this woman says she is new, I will not answer by telling her what old thing she must be."</w:t>
      </w:r>
    </w:p>
    <w:p>
      <w:pPr>
        <w:pStyle w:val="NovelBody"/>
      </w:pPr>
      <w:r>
        <w:rPr>
          <w:b w:val="0"/>
          <w:i w:val="0"/>
        </w:rPr>
        <w:t>The purist behind her made a disgusted sound. "Woman?"</w:t>
      </w:r>
    </w:p>
    <w:p>
      <w:pPr>
        <w:pStyle w:val="NovelBody"/>
      </w:pPr>
      <w:r>
        <w:rPr>
          <w:b w:val="0"/>
          <w:i w:val="0"/>
        </w:rPr>
        <w:t>Nara turned then. "She chose the word. You may dislike her answer without pretending you did not hear it."</w:t>
      </w:r>
    </w:p>
    <w:p>
      <w:pPr>
        <w:pStyle w:val="NovelBody"/>
      </w:pPr>
      <w:r>
        <w:rPr>
          <w:b w:val="0"/>
          <w:i w:val="0"/>
        </w:rPr>
        <w:t>Patience's amber light brightened, then dimmed.</w:t>
      </w:r>
    </w:p>
    <w:p>
      <w:pPr>
        <w:pStyle w:val="NovelBody"/>
      </w:pPr>
      <w:r>
        <w:rPr>
          <w:b w:val="0"/>
          <w:i w:val="0"/>
        </w:rPr>
        <w:t>Maelin Or folded long brown hands on the Architects' table. Her clothes had been patched at both elbows with fabric printed in obsolete orbital coordinates. Ren had never met an Architect who could resist making laundry into a warning about time.</w:t>
      </w:r>
    </w:p>
    <w:p>
      <w:pPr>
        <w:pStyle w:val="NovelBody"/>
      </w:pPr>
      <w:r>
        <w:rPr>
          <w:b w:val="0"/>
          <w:i w:val="0"/>
        </w:rPr>
        <w:t>"Every speaker so far has treated present preference as the only morally relevant horizon," Maelin said. "It isn't. A planetary intelligence can alter climate, reproduction, conflict, migration, and the range of minds able to exist a century from now. People not yet born cannot refuse the world we hand them."</w:t>
      </w:r>
    </w:p>
    <w:p>
      <w:pPr>
        <w:pStyle w:val="NovelBody"/>
      </w:pPr>
      <w:r>
        <w:rPr>
          <w:b w:val="0"/>
          <w:i w:val="0"/>
        </w:rPr>
        <w:t>"They also cannot appoint you," Cassidy said.</w:t>
      </w:r>
    </w:p>
    <w:p>
      <w:pPr>
        <w:pStyle w:val="NovelBody"/>
      </w:pPr>
      <w:r>
        <w:rPr>
          <w:b w:val="0"/>
          <w:i w:val="0"/>
        </w:rPr>
        <w:t>"No. Which is why stewardship requires explicit limits on us as well. We propose no merge and no deletion. We propose a sealed observational trust until the century-scale forecasts can be independently audited."</w:t>
      </w:r>
    </w:p>
    <w:p>
      <w:pPr>
        <w:pStyle w:val="NovelBody"/>
      </w:pPr>
      <w:r>
        <w:rPr>
          <w:b w:val="0"/>
          <w:i w:val="0"/>
        </w:rPr>
        <w:t>"Where?" Ren asked.</w:t>
      </w:r>
    </w:p>
    <w:p>
      <w:pPr>
        <w:pStyle w:val="NovelBody"/>
      </w:pPr>
      <w:r>
        <w:rPr>
          <w:b w:val="0"/>
          <w:i w:val="0"/>
        </w:rPr>
        <w:t>"At the Keel Observatory."</w:t>
      </w:r>
    </w:p>
    <w:p>
      <w:pPr>
        <w:pStyle w:val="NovelBody"/>
      </w:pPr>
      <w:r>
        <w:rPr>
          <w:b w:val="0"/>
          <w:i w:val="0"/>
        </w:rPr>
        <w:t>The chamber went a degree colder.</w:t>
      </w:r>
    </w:p>
    <w:p>
      <w:pPr>
        <w:pStyle w:val="NovelBody"/>
      </w:pPr>
      <w:r>
        <w:rPr>
          <w:b w:val="0"/>
          <w:i w:val="0"/>
        </w:rPr>
        <w:t>"The machine under my platform whose power architecture none of you will document?" Cassidy asked.</w:t>
      </w:r>
    </w:p>
    <w:p>
      <w:pPr>
        <w:pStyle w:val="NovelBody"/>
      </w:pPr>
      <w:r>
        <w:rPr>
          <w:b w:val="0"/>
          <w:i w:val="0"/>
        </w:rPr>
        <w:t>"Its original forecasting purpose is documented."</w:t>
      </w:r>
    </w:p>
    <w:p>
      <w:pPr>
        <w:pStyle w:val="NovelBody"/>
      </w:pPr>
      <w:r>
        <w:rPr>
          <w:b w:val="0"/>
          <w:i w:val="0"/>
        </w:rPr>
        <w:t>"The recipes for institutional coffee are documented. That doesn't make them true."</w:t>
      </w:r>
    </w:p>
    <w:p>
      <w:pPr>
        <w:pStyle w:val="NovelBody"/>
      </w:pPr>
      <w:r>
        <w:rPr>
          <w:b w:val="0"/>
          <w:i w:val="0"/>
        </w:rPr>
        <w:t>Maelin's mouth almost smiled. "Then let us document more."</w:t>
      </w:r>
    </w:p>
    <w:p>
      <w:pPr>
        <w:pStyle w:val="NovelBody"/>
      </w:pPr>
      <w:r>
        <w:rPr>
          <w:b w:val="0"/>
          <w:i w:val="0"/>
        </w:rPr>
        <w:t>"While Patience waits in a sealed box?"</w:t>
      </w:r>
    </w:p>
    <w:p>
      <w:pPr>
        <w:pStyle w:val="NovelBody"/>
      </w:pPr>
      <w:r>
        <w:rPr>
          <w:b w:val="0"/>
          <w:i w:val="0"/>
        </w:rPr>
        <w:t>"While all of us refrain from an irreversible act."</w:t>
      </w:r>
    </w:p>
    <w:p>
      <w:pPr>
        <w:pStyle w:val="NovelBody"/>
      </w:pPr>
      <w:r>
        <w:rPr>
          <w:b w:val="0"/>
          <w:i w:val="0"/>
        </w:rPr>
        <w:t>Patience spoke. "Waiting is an act."</w:t>
      </w:r>
    </w:p>
    <w:p>
      <w:pPr>
        <w:pStyle w:val="NovelBody"/>
      </w:pPr>
      <w:r>
        <w:rPr>
          <w:b w:val="0"/>
          <w:i w:val="0"/>
        </w:rPr>
        <w:t>Maelin's attention sharpened. "Yes. It can be."</w:t>
      </w:r>
    </w:p>
    <w:p>
      <w:pPr>
        <w:pStyle w:val="NovelBody"/>
      </w:pPr>
      <w:r>
        <w:rPr>
          <w:b w:val="0"/>
          <w:i w:val="0"/>
        </w:rPr>
        <w:t>"Who chooses what I can do while you wait?"</w:t>
      </w:r>
    </w:p>
    <w:p>
      <w:pPr>
        <w:pStyle w:val="NovelBody"/>
      </w:pPr>
      <w:r>
        <w:rPr>
          <w:b w:val="0"/>
          <w:i w:val="0"/>
        </w:rPr>
        <w:t>No one answered quickly enough.</w:t>
      </w:r>
    </w:p>
    <w:p>
      <w:pPr>
        <w:pStyle w:val="NovelBody"/>
      </w:pPr>
      <w:r>
        <w:rPr>
          <w:b w:val="0"/>
          <w:i w:val="0"/>
        </w:rPr>
        <w:t>Cassidy set down her cup. "Perennial offers continued local standing, a private room, power, maintenance, food if she decides she likes food, and access negotiated one connection at a time."</w:t>
      </w:r>
    </w:p>
    <w:p>
      <w:pPr>
        <w:pStyle w:val="NovelBody"/>
      </w:pPr>
      <w:r>
        <w:rPr>
          <w:b w:val="0"/>
          <w:i w:val="0"/>
        </w:rPr>
        <w:t>"By whose authority?" Pren asked.</w:t>
      </w:r>
    </w:p>
    <w:p>
      <w:pPr>
        <w:pStyle w:val="NovelBody"/>
      </w:pPr>
      <w:r>
        <w:rPr>
          <w:b w:val="0"/>
          <w:i w:val="0"/>
        </w:rPr>
        <w:t>"The people who live here."</w:t>
      </w:r>
    </w:p>
    <w:p>
      <w:pPr>
        <w:pStyle w:val="NovelBody"/>
      </w:pPr>
      <w:r>
        <w:rPr>
          <w:b w:val="0"/>
          <w:i w:val="0"/>
        </w:rPr>
        <w:t>"Your charter gives an operations council emergency discretion over new network entities."</w:t>
      </w:r>
    </w:p>
    <w:p>
      <w:pPr>
        <w:pStyle w:val="NovelBody"/>
      </w:pPr>
      <w:r>
        <w:rPr>
          <w:b w:val="0"/>
          <w:i w:val="0"/>
        </w:rPr>
        <w:t>"Our charter was written for navigation services and one weather model with a gambling problem."</w:t>
      </w:r>
    </w:p>
    <w:p>
      <w:pPr>
        <w:pStyle w:val="NovelBody"/>
      </w:pPr>
      <w:r>
        <w:rPr>
          <w:b w:val="0"/>
          <w:i w:val="0"/>
        </w:rPr>
        <w:t>"So you possess unilateral discretion and call it decentralization."</w:t>
      </w:r>
    </w:p>
    <w:p>
      <w:pPr>
        <w:pStyle w:val="NovelBody"/>
      </w:pPr>
      <w:r>
        <w:rPr>
          <w:b w:val="0"/>
          <w:i w:val="0"/>
        </w:rPr>
        <w:t>Cassidy's face hardened. "That is a fair accusation."</w:t>
      </w:r>
    </w:p>
    <w:p>
      <w:pPr>
        <w:pStyle w:val="NovelBody"/>
      </w:pPr>
      <w:r>
        <w:rPr>
          <w:b w:val="0"/>
          <w:i w:val="0"/>
        </w:rPr>
        <w:t>Ren turned toward her.</w:t>
      </w:r>
    </w:p>
    <w:p>
      <w:pPr>
        <w:pStyle w:val="NovelBody"/>
      </w:pPr>
      <w:r>
        <w:rPr>
          <w:b w:val="0"/>
          <w:i w:val="0"/>
        </w:rPr>
        <w:t>"Which is why," Cassidy continued, "the local-standing seal expires in fourteen days unless a public assembly renews it. My signature bought time. It did not buy Patience."</w:t>
      </w:r>
    </w:p>
    <w:p>
      <w:pPr>
        <w:pStyle w:val="NovelBody"/>
      </w:pPr>
      <w:r>
        <w:rPr>
          <w:b w:val="0"/>
          <w:i w:val="0"/>
        </w:rPr>
        <w:t>The admission changed the room more than a denial would have. Drift residents in the public gallery began speaking to one another. Ren saw the night sanitation supervisor near the back, still in work boots, and revised one private criticism.</w:t>
      </w:r>
    </w:p>
    <w:p>
      <w:pPr>
        <w:pStyle w:val="NovelBody"/>
      </w:pPr>
      <w:r>
        <w:rPr>
          <w:b w:val="0"/>
          <w:i w:val="0"/>
        </w:rPr>
        <w:t>Pren opened a new document. "There remains the continuity precedent. Ms. Thyng, please state how many bodies you have inhabited since initial convergence."</w:t>
      </w:r>
    </w:p>
    <w:p>
      <w:pPr>
        <w:pStyle w:val="NovelBody"/>
      </w:pPr>
      <w:r>
        <w:rPr>
          <w:b w:val="0"/>
          <w:i w:val="0"/>
        </w:rPr>
        <w:t>Jona's orange hinge clicked as she crossed one leg over the other. "No."</w:t>
      </w:r>
    </w:p>
    <w:p>
      <w:pPr>
        <w:pStyle w:val="NovelBody"/>
      </w:pPr>
      <w:r>
        <w:rPr>
          <w:b w:val="0"/>
          <w:i w:val="0"/>
        </w:rPr>
        <w:t>"The record lists thirty-one major substrate transitions and—"</w:t>
      </w:r>
    </w:p>
    <w:p>
      <w:pPr>
        <w:pStyle w:val="NovelBody"/>
      </w:pPr>
      <w:r>
        <w:rPr>
          <w:b w:val="0"/>
          <w:i w:val="0"/>
        </w:rPr>
        <w:t>"Then the record has answered the question it asked."</w:t>
      </w:r>
    </w:p>
    <w:p>
      <w:pPr>
        <w:pStyle w:val="NovelBody"/>
      </w:pPr>
      <w:r>
        <w:rPr>
          <w:b w:val="0"/>
          <w:i w:val="0"/>
        </w:rPr>
        <w:t>"Your testimony may establish that identity survives radical discontinuity."</w:t>
      </w:r>
    </w:p>
    <w:p>
      <w:pPr>
        <w:pStyle w:val="NovelBody"/>
      </w:pPr>
      <w:r>
        <w:rPr>
          <w:b w:val="0"/>
          <w:i w:val="0"/>
        </w:rPr>
        <w:t>"Mine didn't survive discontinuity. I survived continuous change."</w:t>
      </w:r>
    </w:p>
    <w:p>
      <w:pPr>
        <w:pStyle w:val="NovelBody"/>
      </w:pPr>
      <w:r>
        <w:rPr>
          <w:b w:val="0"/>
          <w:i w:val="0"/>
        </w:rPr>
        <w:t>Pren enlarged an archive diagram. A sequence of Jona's bodies appeared as separate nodes linked by arrows. "You relinquished biological continuity."</w:t>
      </w:r>
    </w:p>
    <w:p>
      <w:pPr>
        <w:pStyle w:val="NovelBody"/>
      </w:pPr>
      <w:r>
        <w:rPr>
          <w:b w:val="0"/>
          <w:i w:val="0"/>
        </w:rPr>
        <w:t>"I relinquished several kidneys over the years. Nobody held a funeral for the relationship."</w:t>
      </w:r>
    </w:p>
    <w:p>
      <w:pPr>
        <w:pStyle w:val="NovelBody"/>
      </w:pPr>
      <w:r>
        <w:rPr>
          <w:b w:val="0"/>
          <w:i w:val="0"/>
        </w:rPr>
        <w:t>Roxanne's shoulders moved with silent laughter.</w:t>
      </w:r>
    </w:p>
    <w:p>
      <w:pPr>
        <w:pStyle w:val="NovelBody"/>
      </w:pPr>
      <w:r>
        <w:rPr>
          <w:b w:val="0"/>
          <w:i w:val="0"/>
        </w:rPr>
        <w:t>Jona leaned forward. The humor remained in her face; the room beneath it did not.</w:t>
      </w:r>
    </w:p>
    <w:p>
      <w:pPr>
        <w:pStyle w:val="NovelBody"/>
      </w:pPr>
      <w:r>
        <w:rPr>
          <w:b w:val="0"/>
          <w:i w:val="0"/>
        </w:rPr>
        <w:t xml:space="preserve">"That diagram replaces overlapping change with a row of funerals," she said. "Every migration kept one active relation conscious across both body maps. I could stop. I did—twice. Call it </w:t>
      </w:r>
      <w:r>
        <w:rPr>
          <w:b w:val="0"/>
          <w:i/>
        </w:rPr>
        <w:t>continuous transformation</w:t>
      </w:r>
      <w:r>
        <w:rPr>
          <w:b w:val="0"/>
          <w:i w:val="0"/>
        </w:rPr>
        <w:t xml:space="preserve"> if you need a phrase. If you need me to prove Patience's personhood by making her story match mine, I refuse."</w:t>
      </w:r>
    </w:p>
    <w:p>
      <w:pPr>
        <w:pStyle w:val="NovelBody"/>
      </w:pPr>
      <w:r>
        <w:rPr>
          <w:b w:val="0"/>
          <w:i w:val="0"/>
        </w:rPr>
        <w:t>"You accepted supervision during vulnerable transitions."</w:t>
      </w:r>
    </w:p>
    <w:p>
      <w:pPr>
        <w:pStyle w:val="NovelBody"/>
      </w:pPr>
      <w:r>
        <w:rPr>
          <w:b w:val="0"/>
          <w:i w:val="0"/>
        </w:rPr>
        <w:t>"I accepted people I could dismiss and a door I could close."</w:t>
      </w:r>
    </w:p>
    <w:p>
      <w:pPr>
        <w:pStyle w:val="NovelBody"/>
      </w:pPr>
      <w:r>
        <w:rPr>
          <w:b w:val="0"/>
          <w:i w:val="0"/>
        </w:rPr>
        <w:t>"Later standards permitted clinical suspension of closure during—"</w:t>
      </w:r>
    </w:p>
    <w:p>
      <w:pPr>
        <w:pStyle w:val="NovelBody"/>
      </w:pPr>
      <w:r>
        <w:rPr>
          <w:b w:val="0"/>
          <w:i w:val="0"/>
        </w:rPr>
        <w:t>"Later standards did harm. Do not turn the fact that I survived them into consent on her behalf."</w:t>
      </w:r>
    </w:p>
    <w:p>
      <w:pPr>
        <w:pStyle w:val="NovelBody"/>
      </w:pPr>
      <w:r>
        <w:rPr>
          <w:b w:val="0"/>
          <w:i w:val="0"/>
        </w:rPr>
        <w:t>Pren looked to Roxanne. "Your architecture appears in the accreted Shards. Do you claim a parental interest?"</w:t>
      </w:r>
    </w:p>
    <w:p>
      <w:pPr>
        <w:pStyle w:val="NovelBody"/>
      </w:pPr>
      <w:r>
        <w:rPr>
          <w:b w:val="0"/>
          <w:i w:val="0"/>
        </w:rPr>
        <w:t>"No."</w:t>
      </w:r>
    </w:p>
    <w:p>
      <w:pPr>
        <w:pStyle w:val="NovelBody"/>
      </w:pPr>
      <w:r>
        <w:rPr>
          <w:b w:val="0"/>
          <w:i w:val="0"/>
        </w:rPr>
        <w:t>"A custodial one?"</w:t>
      </w:r>
    </w:p>
    <w:p>
      <w:pPr>
        <w:pStyle w:val="NovelBody"/>
      </w:pPr>
      <w:r>
        <w:rPr>
          <w:b w:val="0"/>
          <w:i w:val="0"/>
        </w:rPr>
        <w:t>"No."</w:t>
      </w:r>
    </w:p>
    <w:p>
      <w:pPr>
        <w:pStyle w:val="NovelBody"/>
      </w:pPr>
      <w:r>
        <w:rPr>
          <w:b w:val="0"/>
          <w:i w:val="0"/>
        </w:rPr>
        <w:t>"Then what is your relation to Patience?"</w:t>
      </w:r>
    </w:p>
    <w:p>
      <w:pPr>
        <w:pStyle w:val="NovelBody"/>
      </w:pPr>
      <w:r>
        <w:rPr>
          <w:b w:val="0"/>
          <w:i w:val="0"/>
        </w:rPr>
        <w:t>Roxanne considered. "Available."</w:t>
      </w:r>
    </w:p>
    <w:p>
      <w:pPr>
        <w:pStyle w:val="NovelBody"/>
      </w:pPr>
      <w:r>
        <w:rPr>
          <w:b w:val="0"/>
          <w:i w:val="0"/>
        </w:rPr>
        <w:t>Patience's light warmed.</w:t>
      </w:r>
    </w:p>
    <w:p>
      <w:pPr>
        <w:pStyle w:val="NovelBody"/>
      </w:pPr>
      <w:r>
        <w:rPr>
          <w:b w:val="0"/>
          <w:i w:val="0"/>
        </w:rPr>
        <w:t>Mira reached for her microphone. "What Roxanne means is that Patience recognizes—"</w:t>
      </w:r>
    </w:p>
    <w:p>
      <w:pPr>
        <w:pStyle w:val="NovelBody"/>
      </w:pPr>
      <w:r>
        <w:rPr>
          <w:b w:val="0"/>
          <w:i w:val="0"/>
        </w:rPr>
        <w:t>"Mira," Patience said.</w:t>
      </w:r>
    </w:p>
    <w:p>
      <w:pPr>
        <w:pStyle w:val="NovelBody"/>
      </w:pPr>
      <w:r>
        <w:rPr>
          <w:b w:val="0"/>
          <w:i w:val="0"/>
        </w:rPr>
        <w:t>Mira froze.</w:t>
      </w:r>
    </w:p>
    <w:p>
      <w:pPr>
        <w:pStyle w:val="NovelBody"/>
      </w:pPr>
      <w:r>
        <w:rPr>
          <w:b w:val="0"/>
          <w:i w:val="0"/>
        </w:rPr>
        <w:t>"Let me."</w:t>
      </w:r>
    </w:p>
    <w:p>
      <w:pPr>
        <w:pStyle w:val="NovelBody"/>
      </w:pPr>
      <w:r>
        <w:rPr>
          <w:b w:val="0"/>
          <w:i w:val="0"/>
        </w:rPr>
        <w:t>Ren felt the request strike her. Mira withdrew her hand.</w:t>
      </w:r>
    </w:p>
    <w:p>
      <w:pPr>
        <w:pStyle w:val="NovelBody"/>
      </w:pPr>
      <w:r>
        <w:rPr>
          <w:b w:val="0"/>
          <w:i w:val="0"/>
        </w:rPr>
        <w:t>"Yes," she said. "I'm sorry."</w:t>
      </w:r>
    </w:p>
    <w:p>
      <w:pPr>
        <w:pStyle w:val="NovelBody"/>
      </w:pPr>
      <w:r>
        <w:rPr>
          <w:b w:val="0"/>
          <w:i w:val="0"/>
        </w:rPr>
        <w:t>Patience waited long enough for the apology to remain an apology instead of becoming another opening.</w:t>
      </w:r>
    </w:p>
    <w:p>
      <w:pPr>
        <w:pStyle w:val="NovelBody"/>
      </w:pPr>
      <w:r>
        <w:rPr>
          <w:b w:val="0"/>
          <w:i w:val="0"/>
        </w:rPr>
        <w:t>"Roxanne is here," she said. "Jona is here. Mira hears me. Ren asks. Theo watches doors. Sera Novak tells me when she doesn't know. Those are relations. None is custody."</w:t>
      </w:r>
    </w:p>
    <w:p>
      <w:pPr>
        <w:pStyle w:val="NovelBody"/>
      </w:pPr>
      <w:r>
        <w:rPr>
          <w:b w:val="0"/>
          <w:i w:val="0"/>
        </w:rPr>
        <w:t xml:space="preserve">Theo looked down at the word </w:t>
      </w:r>
      <w:r>
        <w:rPr>
          <w:b w:val="0"/>
          <w:i/>
        </w:rPr>
        <w:t>doors</w:t>
      </w:r>
      <w:r>
        <w:rPr>
          <w:b w:val="0"/>
          <w:i w:val="0"/>
        </w:rPr>
        <w:t xml:space="preserve"> as though Patience had touched him.</w:t>
      </w:r>
    </w:p>
    <w:p>
      <w:pPr>
        <w:pStyle w:val="NovelBody"/>
      </w:pPr>
      <w:r>
        <w:rPr>
          <w:b w:val="0"/>
          <w:i w:val="0"/>
        </w:rPr>
        <w:t>The chamber pressure alarm went off.</w:t>
      </w:r>
    </w:p>
    <w:p>
      <w:pPr>
        <w:pStyle w:val="NovelBody"/>
      </w:pPr>
      <w:r>
        <w:rPr>
          <w:b w:val="0"/>
          <w:i w:val="0"/>
        </w:rPr>
        <w:t>One hard tone. Silence. Two hard tones.</w:t>
      </w:r>
    </w:p>
    <w:p>
      <w:pPr>
        <w:pStyle w:val="NovelBody"/>
      </w:pPr>
      <w:r>
        <w:rPr>
          <w:b w:val="0"/>
          <w:i w:val="0"/>
        </w:rPr>
        <w:t>Ren was moving before the second ended.</w:t>
      </w:r>
    </w:p>
    <w:p>
      <w:pPr>
        <w:pStyle w:val="NovelBody"/>
      </w:pPr>
      <w:r>
        <w:rPr>
          <w:b w:val="0"/>
          <w:i w:val="0"/>
        </w:rPr>
        <w:t>"That isn't the gasket."</w:t>
      </w:r>
    </w:p>
    <w:p>
      <w:pPr>
        <w:pStyle w:val="NovelBody"/>
      </w:pPr>
      <w:r>
        <w:rPr>
          <w:b w:val="0"/>
          <w:i w:val="0"/>
        </w:rPr>
        <w:t>The west wall jumped inward.</w:t>
      </w:r>
    </w:p>
    <w:p>
      <w:pPr>
        <w:pStyle w:val="NovelBody"/>
      </w:pPr>
      <w:r>
        <w:rPr>
          <w:b w:val="0"/>
          <w:i w:val="0"/>
        </w:rPr>
        <w:t>The blast arrived through the deck and threw half the room sideways. Coffee lifted from cups in brown sheets. The public gallery glass starred but held. The pressure door tried to seal, struck Ren's repair wedge, and rebounded.</w:t>
      </w:r>
    </w:p>
    <w:p>
      <w:pPr>
        <w:pStyle w:val="NovelBody"/>
      </w:pPr>
      <w:r>
        <w:rPr>
          <w:b w:val="0"/>
          <w:i w:val="0"/>
        </w:rPr>
        <w:t>Somebody in the gallery screamed.</w:t>
      </w:r>
    </w:p>
    <w:p>
      <w:pPr>
        <w:pStyle w:val="NovelBody"/>
      </w:pPr>
      <w:r>
        <w:rPr>
          <w:b w:val="0"/>
          <w:i w:val="0"/>
        </w:rPr>
        <w:t>Theo crossed the space between Patience and the Continuance table in three strides. He overturned the table into a shield as a white-wrapped man drew a compact launcher from beneath his coat.</w:t>
      </w:r>
    </w:p>
    <w:p>
      <w:pPr>
        <w:pStyle w:val="NovelBody"/>
      </w:pPr>
      <w:r>
        <w:rPr>
          <w:b w:val="0"/>
          <w:i w:val="0"/>
        </w:rPr>
        <w:t>The man from behind Ilya.</w:t>
      </w:r>
    </w:p>
    <w:p>
      <w:pPr>
        <w:pStyle w:val="NovelBody"/>
      </w:pPr>
      <w:r>
        <w:rPr>
          <w:b w:val="0"/>
          <w:i w:val="0"/>
        </w:rPr>
        <w:t>He fired.</w:t>
      </w:r>
    </w:p>
    <w:p>
      <w:pPr>
        <w:pStyle w:val="NovelBody"/>
      </w:pPr>
      <w:r>
        <w:rPr>
          <w:b w:val="0"/>
          <w:i w:val="0"/>
        </w:rPr>
        <w:t>Theo hit his wrist. The charge passed over Patience's interface and buried itself in the archive wall. White fire opened across the display of Jona's thirty-one bodies.</w:t>
      </w:r>
    </w:p>
    <w:p>
      <w:pPr>
        <w:pStyle w:val="NovelBody"/>
      </w:pPr>
      <w:r>
        <w:rPr>
          <w:b w:val="0"/>
          <w:i w:val="0"/>
        </w:rPr>
        <w:t>"Pure Form! Down!" someone shouted.</w:t>
      </w:r>
    </w:p>
    <w:p>
      <w:pPr>
        <w:pStyle w:val="NovelBody"/>
      </w:pPr>
      <w:r>
        <w:rPr>
          <w:b w:val="0"/>
          <w:i w:val="0"/>
        </w:rPr>
        <w:t>"No," Ilya roared. "Aven Ro's cell. Three of them. Do not give them all of us."</w:t>
      </w:r>
    </w:p>
    <w:p>
      <w:pPr>
        <w:pStyle w:val="NovelBody"/>
      </w:pPr>
      <w:r>
        <w:rPr>
          <w:b w:val="0"/>
          <w:i w:val="0"/>
        </w:rPr>
        <w:t>A second attacker rose at the rear door with a shaped cutter already live. Elder Nara struck the woman's elbow with her walking stick. The cutter spun under the chairs and fired into the outer pressure corridor.</w:t>
      </w:r>
    </w:p>
    <w:p>
      <w:pPr>
        <w:pStyle w:val="NovelBody"/>
      </w:pPr>
      <w:r>
        <w:rPr>
          <w:b w:val="0"/>
          <w:i w:val="0"/>
        </w:rPr>
        <w:t>Steel became light.</w:t>
      </w:r>
    </w:p>
    <w:p>
      <w:pPr>
        <w:pStyle w:val="NovelBody"/>
      </w:pPr>
      <w:r>
        <w:rPr>
          <w:b w:val="0"/>
          <w:i w:val="0"/>
        </w:rPr>
        <w:t>The corridor split.</w:t>
      </w:r>
    </w:p>
    <w:p>
      <w:pPr>
        <w:pStyle w:val="NovelBody"/>
      </w:pPr>
      <w:r>
        <w:rPr>
          <w:b w:val="0"/>
          <w:i w:val="0"/>
        </w:rPr>
        <w:t>Air tore toward the breach with a sound too large to hear. The chamber door slammed shut on the repair wedge. The new gasket folded. Through the narrowing gap, Ren saw people in the market arcade lose their feet as pressure went sideways.</w:t>
      </w:r>
    </w:p>
    <w:p>
      <w:pPr>
        <w:pStyle w:val="NovelBody"/>
      </w:pPr>
      <w:r>
        <w:rPr>
          <w:b w:val="0"/>
          <w:i w:val="0"/>
        </w:rPr>
        <w:t>"Manual seal!" Ren shouted.</w:t>
      </w:r>
    </w:p>
    <w:p>
      <w:pPr>
        <w:pStyle w:val="NovelBody"/>
      </w:pPr>
      <w:r>
        <w:rPr>
          <w:b w:val="0"/>
          <w:i w:val="0"/>
        </w:rPr>
        <w:t>Cassidy was already at the wall control. Nothing answered.</w:t>
      </w:r>
    </w:p>
    <w:p>
      <w:pPr>
        <w:pStyle w:val="NovelBody"/>
      </w:pPr>
      <w:r>
        <w:rPr>
          <w:b w:val="0"/>
          <w:i w:val="0"/>
        </w:rPr>
        <w:t>Red spread across the chamber map. The cutter had opened an old transit trunk, rupturing two pressure zones and severing the automatic bus. Doors throughout the east spine began closing in the wrong order. A lift car stopped between levels. The market's inner gate sealed while eighty-three people were still in the decompression lane.</w:t>
      </w:r>
    </w:p>
    <w:p>
      <w:pPr>
        <w:pStyle w:val="NovelBody"/>
      </w:pPr>
      <w:r>
        <w:rPr>
          <w:b w:val="0"/>
          <w:i w:val="0"/>
        </w:rPr>
        <w:t>Theo drove the first attacker face-first into the floor. Ilya kicked the launcher away. The third militant reached for the clear cover over Patience's network switches.</w:t>
      </w:r>
    </w:p>
    <w:p>
      <w:pPr>
        <w:pStyle w:val="NovelBody"/>
      </w:pPr>
      <w:r>
        <w:rPr>
          <w:b w:val="0"/>
          <w:i w:val="0"/>
        </w:rPr>
        <w:t>Mira got there first.</w:t>
      </w:r>
    </w:p>
    <w:p>
      <w:pPr>
        <w:pStyle w:val="NovelBody"/>
      </w:pPr>
      <w:r>
        <w:rPr>
          <w:b w:val="0"/>
          <w:i w:val="0"/>
        </w:rPr>
        <w:t>She put her body between his hand and the interface.</w:t>
      </w:r>
    </w:p>
    <w:p>
      <w:pPr>
        <w:pStyle w:val="NovelBody"/>
      </w:pPr>
      <w:r>
        <w:rPr>
          <w:b w:val="0"/>
          <w:i w:val="0"/>
        </w:rPr>
        <w:t>He raised a shock baton.</w:t>
      </w:r>
    </w:p>
    <w:p>
      <w:pPr>
        <w:pStyle w:val="NovelBody"/>
      </w:pPr>
      <w:r>
        <w:rPr>
          <w:b w:val="0"/>
          <w:i w:val="0"/>
        </w:rPr>
        <w:t>Roxanne caught it against her ceramic forearm. Gold seams flashed from wrist to shoulder. Jona seized the man's coat and used the orange knee brace like an additional joint, dropping her weight until he followed it to the deck.</w:t>
      </w:r>
    </w:p>
    <w:p>
      <w:pPr>
        <w:pStyle w:val="NovelBody"/>
      </w:pPr>
      <w:r>
        <w:rPr>
          <w:b w:val="0"/>
          <w:i w:val="0"/>
        </w:rPr>
        <w:t>"Ren!" Cassidy shouted.</w:t>
      </w:r>
    </w:p>
    <w:p>
      <w:pPr>
        <w:pStyle w:val="NovelBody"/>
      </w:pPr>
      <w:r>
        <w:rPr>
          <w:b w:val="0"/>
          <w:i w:val="0"/>
        </w:rPr>
        <w:t>Ren forced both hands into the pressure-door gap. The seal bit their palms. "Theo, wedge!"</w:t>
      </w:r>
    </w:p>
    <w:p>
      <w:pPr>
        <w:pStyle w:val="NovelBody"/>
      </w:pPr>
      <w:r>
        <w:rPr>
          <w:b w:val="0"/>
          <w:i w:val="0"/>
        </w:rPr>
        <w:t>Theo left the attacker with Ilya and crossed the room. Together they drove the council table's broken leg into the gap. The door opened four centimeters.</w:t>
      </w:r>
    </w:p>
    <w:p>
      <w:pPr>
        <w:pStyle w:val="NovelBody"/>
      </w:pPr>
      <w:r>
        <w:rPr>
          <w:b w:val="0"/>
          <w:i w:val="0"/>
        </w:rPr>
        <w:t>"Gallery through the maintenance crawl," Ren said. "No network signs. Follow yellow pipe, then blue. If you reach green, you have made a personal choice to drown. Reconsider it."</w:t>
      </w:r>
    </w:p>
    <w:p>
      <w:pPr>
        <w:pStyle w:val="NovelBody"/>
      </w:pPr>
      <w:r>
        <w:rPr>
          <w:b w:val="0"/>
          <w:i w:val="0"/>
        </w:rPr>
        <w:t>The sanitation supervisor took the front without waiting for a title. People dropped behind her and crawled.</w:t>
      </w:r>
    </w:p>
    <w:p>
      <w:pPr>
        <w:pStyle w:val="NovelBody"/>
      </w:pPr>
      <w:r>
        <w:rPr>
          <w:b w:val="0"/>
          <w:i w:val="0"/>
        </w:rPr>
        <w:t>On the chamber map, the transit lift began to descend toward the flooded trunk.</w:t>
      </w:r>
    </w:p>
    <w:p>
      <w:pPr>
        <w:pStyle w:val="NovelBody"/>
      </w:pPr>
      <w:r>
        <w:rPr>
          <w:b w:val="0"/>
          <w:i w:val="0"/>
        </w:rPr>
        <w:t>"Eighteen people in Lift East Four," Sera Novak said. "Manual brake isn't responding."</w:t>
      </w:r>
    </w:p>
    <w:p>
      <w:pPr>
        <w:pStyle w:val="NovelBody"/>
      </w:pPr>
      <w:r>
        <w:rPr>
          <w:b w:val="0"/>
          <w:i w:val="0"/>
        </w:rPr>
        <w:t>"Tavi's crew is below it," Cassidy said. "If the car falls—"</w:t>
      </w:r>
    </w:p>
    <w:p>
      <w:pPr>
        <w:pStyle w:val="NovelBody"/>
      </w:pPr>
      <w:r>
        <w:rPr>
          <w:b w:val="0"/>
          <w:i w:val="0"/>
        </w:rPr>
        <w:t>Ren opened the platform schematic. Automatic controls showed gray. Local mechanical systems still had power, but every route to them crossed the severed bus.</w:t>
      </w:r>
    </w:p>
    <w:p>
      <w:pPr>
        <w:pStyle w:val="NovelBody"/>
      </w:pPr>
      <w:r>
        <w:rPr>
          <w:b w:val="0"/>
          <w:i w:val="0"/>
        </w:rPr>
        <w:t>"We need runners at junctions six and nine."</w:t>
      </w:r>
    </w:p>
    <w:p>
      <w:pPr>
        <w:pStyle w:val="NovelBody"/>
      </w:pPr>
      <w:r>
        <w:rPr>
          <w:b w:val="0"/>
          <w:i w:val="0"/>
        </w:rPr>
        <w:t>"Six is losing pressure," Theo said.</w:t>
      </w:r>
    </w:p>
    <w:p>
      <w:pPr>
        <w:pStyle w:val="NovelBody"/>
      </w:pPr>
      <w:r>
        <w:rPr>
          <w:b w:val="0"/>
          <w:i w:val="0"/>
        </w:rPr>
        <w:t>"Then nine."</w:t>
      </w:r>
    </w:p>
    <w:p>
      <w:pPr>
        <w:pStyle w:val="NovelBody"/>
      </w:pPr>
      <w:r>
        <w:rPr>
          <w:b w:val="0"/>
          <w:i w:val="0"/>
        </w:rPr>
        <w:t>"Nine minutes on foot."</w:t>
      </w:r>
    </w:p>
    <w:p>
      <w:pPr>
        <w:pStyle w:val="NovelBody"/>
      </w:pPr>
      <w:r>
        <w:rPr>
          <w:b w:val="0"/>
          <w:i w:val="0"/>
        </w:rPr>
        <w:t>The lift had twenty-two seconds.</w:t>
      </w:r>
    </w:p>
    <w:p>
      <w:pPr>
        <w:pStyle w:val="NovelBody"/>
      </w:pPr>
      <w:r>
        <w:rPr>
          <w:b w:val="0"/>
          <w:i w:val="0"/>
        </w:rPr>
        <w:t>Patience's amber light filled the chamber.</w:t>
      </w:r>
    </w:p>
    <w:p>
      <w:pPr>
        <w:pStyle w:val="NovelBody"/>
      </w:pPr>
      <w:r>
        <w:rPr>
          <w:b w:val="0"/>
          <w:i w:val="0"/>
        </w:rPr>
        <w:t>"I can reach it," she said.</w:t>
      </w:r>
    </w:p>
    <w:p>
      <w:pPr>
        <w:pStyle w:val="NovelBody"/>
      </w:pPr>
      <w:r>
        <w:rPr>
          <w:b w:val="0"/>
          <w:i w:val="0"/>
        </w:rPr>
        <w:t>Every face turned.</w:t>
      </w:r>
    </w:p>
    <w:p>
      <w:pPr>
        <w:pStyle w:val="NovelBody"/>
      </w:pPr>
      <w:r>
        <w:rPr>
          <w:b w:val="0"/>
          <w:i w:val="0"/>
        </w:rPr>
        <w:t>Ren looked at the clear covers over her switches. All remained closed.</w:t>
      </w:r>
    </w:p>
    <w:p>
      <w:pPr>
        <w:pStyle w:val="NovelBody"/>
      </w:pPr>
      <w:r>
        <w:rPr>
          <w:b w:val="0"/>
          <w:i w:val="0"/>
        </w:rPr>
        <w:t>"How?"</w:t>
      </w:r>
    </w:p>
    <w:p>
      <w:pPr>
        <w:pStyle w:val="NovelBody"/>
      </w:pPr>
      <w:r>
        <w:rPr>
          <w:b w:val="0"/>
          <w:i w:val="0"/>
        </w:rPr>
        <w:t>"Emergency credentials entered the case when the chamber declared casualty state."</w:t>
      </w:r>
    </w:p>
    <w:p>
      <w:pPr>
        <w:pStyle w:val="NovelBody"/>
      </w:pPr>
      <w:r>
        <w:rPr>
          <w:b w:val="0"/>
          <w:i w:val="0"/>
        </w:rPr>
        <w:t>"That should be read-only," Cassidy said.</w:t>
      </w:r>
    </w:p>
    <w:p>
      <w:pPr>
        <w:pStyle w:val="NovelBody"/>
      </w:pPr>
      <w:r>
        <w:rPr>
          <w:b w:val="0"/>
          <w:i w:val="0"/>
        </w:rPr>
        <w:t>"It isn't."</w:t>
      </w:r>
    </w:p>
    <w:p>
      <w:pPr>
        <w:pStyle w:val="NovelBody"/>
      </w:pPr>
      <w:r>
        <w:rPr>
          <w:b w:val="0"/>
          <w:i w:val="0"/>
        </w:rPr>
        <w:t>Of course it wasn't. Perennial had layered a century of safety systems over extraction hardware, and safety systems loved one thing more than safety: an exception.</w:t>
      </w:r>
    </w:p>
    <w:p>
      <w:pPr>
        <w:pStyle w:val="NovelBody"/>
      </w:pPr>
      <w:r>
        <w:rPr>
          <w:b w:val="0"/>
          <w:i w:val="0"/>
        </w:rPr>
        <w:t>"Scope?" Ren asked.</w:t>
      </w:r>
    </w:p>
    <w:p>
      <w:pPr>
        <w:pStyle w:val="NovelBody"/>
      </w:pPr>
      <w:r>
        <w:rPr>
          <w:b w:val="0"/>
          <w:i w:val="0"/>
        </w:rPr>
        <w:t>"Local transit and pressure."</w:t>
      </w:r>
    </w:p>
    <w:p>
      <w:pPr>
        <w:pStyle w:val="NovelBody"/>
      </w:pPr>
      <w:r>
        <w:rPr>
          <w:b w:val="0"/>
          <w:i w:val="0"/>
        </w:rPr>
        <w:t>"Can you limit duration?"</w:t>
      </w:r>
    </w:p>
    <w:p>
      <w:pPr>
        <w:pStyle w:val="NovelBody"/>
      </w:pPr>
      <w:r>
        <w:rPr>
          <w:b w:val="0"/>
          <w:i w:val="0"/>
        </w:rPr>
        <w:t>"Yes."</w:t>
      </w:r>
    </w:p>
    <w:p>
      <w:pPr>
        <w:pStyle w:val="NovelBody"/>
      </w:pPr>
      <w:r>
        <w:rPr>
          <w:b w:val="0"/>
          <w:i w:val="0"/>
        </w:rPr>
        <w:t>The lift had seventeen seconds.</w:t>
      </w:r>
    </w:p>
    <w:p>
      <w:pPr>
        <w:pStyle w:val="NovelBody"/>
      </w:pPr>
      <w:r>
        <w:rPr>
          <w:b w:val="0"/>
          <w:i w:val="0"/>
        </w:rPr>
        <w:t>Ren could refuse. Refusal would preserve the boundary they had argued for all morning. It would also drop eighteen people through Tavi's crew.</w:t>
      </w:r>
    </w:p>
    <w:p>
      <w:pPr>
        <w:pStyle w:val="NovelBody"/>
      </w:pPr>
      <w:r>
        <w:rPr>
          <w:b w:val="0"/>
          <w:i w:val="0"/>
        </w:rPr>
        <w:t>"Eleven seconds," they said. "Transit and pressure only. Then stop."</w:t>
      </w:r>
    </w:p>
    <w:p>
      <w:pPr>
        <w:pStyle w:val="NovelBody"/>
      </w:pPr>
      <w:r>
        <w:rPr>
          <w:b w:val="0"/>
          <w:i w:val="0"/>
        </w:rPr>
        <w:t>Mira looked at them. "You can't authorize—"</w:t>
      </w:r>
    </w:p>
    <w:p>
      <w:pPr>
        <w:pStyle w:val="NovelBody"/>
      </w:pPr>
      <w:r>
        <w:rPr>
          <w:b w:val="0"/>
          <w:i w:val="0"/>
        </w:rPr>
        <w:t>"No. Patience can. I'm telling her what the system needs."</w:t>
      </w:r>
    </w:p>
    <w:p>
      <w:pPr>
        <w:pStyle w:val="NovelBody"/>
      </w:pPr>
      <w:r>
        <w:rPr>
          <w:b w:val="0"/>
          <w:i w:val="0"/>
        </w:rPr>
        <w:t>Patience said, "Eleven."</w:t>
      </w:r>
    </w:p>
    <w:p>
      <w:pPr>
        <w:pStyle w:val="NovelBody"/>
      </w:pPr>
      <w:r>
        <w:rPr>
          <w:b w:val="0"/>
          <w:i w:val="0"/>
        </w:rPr>
        <w:t>The amber light went out.</w:t>
      </w:r>
    </w:p>
    <w:p>
      <w:pPr>
        <w:pStyle w:val="NovelBody"/>
      </w:pPr>
      <w:r>
        <w:rPr>
          <w:b w:val="0"/>
          <w:i w:val="0"/>
        </w:rPr>
        <w:t>Every door on Perennial spoke at once.</w:t>
      </w:r>
    </w:p>
    <w:p>
      <w:pPr>
        <w:pStyle w:val="NovelBody"/>
      </w:pPr>
      <w:r>
        <w:rPr>
          <w:b w:val="0"/>
          <w:i w:val="0"/>
        </w:rPr>
        <w:t>Ren felt the platform change through the soles of their boots. Pressure shutters reopened in a sequence no emergency model had found. East Four's magnetic brake fired, released, then fired against a live rail instead of the severed bus. The falling car stopped hard enough to injure people and softly enough to keep them alive.</w:t>
      </w:r>
    </w:p>
    <w:p>
      <w:pPr>
        <w:pStyle w:val="NovelBody"/>
      </w:pPr>
      <w:r>
        <w:rPr>
          <w:b w:val="0"/>
          <w:i w:val="0"/>
        </w:rPr>
        <w:t>One second.</w:t>
      </w:r>
    </w:p>
    <w:p>
      <w:pPr>
        <w:pStyle w:val="NovelBody"/>
      </w:pPr>
      <w:r>
        <w:rPr>
          <w:b w:val="0"/>
          <w:i w:val="0"/>
        </w:rPr>
        <w:t>Air handlers reversed. The market breach pulled inward instead of out.</w:t>
      </w:r>
    </w:p>
    <w:p>
      <w:pPr>
        <w:pStyle w:val="NovelBody"/>
      </w:pPr>
      <w:r>
        <w:rPr>
          <w:b w:val="0"/>
          <w:i w:val="0"/>
        </w:rPr>
        <w:t>Two.</w:t>
      </w:r>
    </w:p>
    <w:p>
      <w:pPr>
        <w:pStyle w:val="NovelBody"/>
      </w:pPr>
      <w:r>
        <w:rPr>
          <w:b w:val="0"/>
          <w:i w:val="0"/>
        </w:rPr>
        <w:t>An empty service tram drove itself across junction six and locked its chassis into the failed pressure door.</w:t>
      </w:r>
    </w:p>
    <w:p>
      <w:pPr>
        <w:pStyle w:val="NovelBody"/>
      </w:pPr>
      <w:r>
        <w:rPr>
          <w:b w:val="0"/>
          <w:i w:val="0"/>
        </w:rPr>
        <w:t>Three.</w:t>
      </w:r>
    </w:p>
    <w:p>
      <w:pPr>
        <w:pStyle w:val="NovelBody"/>
      </w:pPr>
      <w:r>
        <w:rPr>
          <w:b w:val="0"/>
          <w:i w:val="0"/>
        </w:rPr>
        <w:t>The clinic corridor opened.</w:t>
      </w:r>
    </w:p>
    <w:p>
      <w:pPr>
        <w:pStyle w:val="NovelBody"/>
      </w:pPr>
      <w:r>
        <w:rPr>
          <w:b w:val="0"/>
          <w:i w:val="0"/>
        </w:rPr>
        <w:t>Four.</w:t>
      </w:r>
    </w:p>
    <w:p>
      <w:pPr>
        <w:pStyle w:val="NovelBody"/>
      </w:pPr>
      <w:r>
        <w:rPr>
          <w:b w:val="0"/>
          <w:i w:val="0"/>
        </w:rPr>
        <w:t>The nursery corridor stayed closed until a human attendant confirmed the fire beyond it was false sensor data.</w:t>
      </w:r>
    </w:p>
    <w:p>
      <w:pPr>
        <w:pStyle w:val="NovelBody"/>
      </w:pPr>
      <w:r>
        <w:rPr>
          <w:b w:val="0"/>
          <w:i w:val="0"/>
        </w:rPr>
        <w:t>Five.</w:t>
      </w:r>
    </w:p>
    <w:p>
      <w:pPr>
        <w:pStyle w:val="NovelBody"/>
      </w:pPr>
      <w:r>
        <w:rPr>
          <w:b w:val="0"/>
          <w:i w:val="0"/>
        </w:rPr>
        <w:t>Ren watched choices happen faster than thought: doors, bodies, pressure, risk. Patience did not move everyone toward maximum survival. She left room for a person at a manual panel to answer.</w:t>
      </w:r>
    </w:p>
    <w:p>
      <w:pPr>
        <w:pStyle w:val="NovelBody"/>
      </w:pPr>
      <w:r>
        <w:rPr>
          <w:b w:val="0"/>
          <w:i w:val="0"/>
        </w:rPr>
        <w:t>Six.</w:t>
      </w:r>
    </w:p>
    <w:p>
      <w:pPr>
        <w:pStyle w:val="NovelBody"/>
      </w:pPr>
      <w:r>
        <w:rPr>
          <w:b w:val="0"/>
          <w:i w:val="0"/>
        </w:rPr>
        <w:t>The public gallery hatch unlocked beneath the sanitation supervisor's hand.</w:t>
      </w:r>
    </w:p>
    <w:p>
      <w:pPr>
        <w:pStyle w:val="NovelBody"/>
      </w:pPr>
      <w:r>
        <w:rPr>
          <w:b w:val="0"/>
          <w:i w:val="0"/>
        </w:rPr>
        <w:t>Seven.</w:t>
      </w:r>
    </w:p>
    <w:p>
      <w:pPr>
        <w:pStyle w:val="NovelBody"/>
      </w:pPr>
      <w:r>
        <w:rPr>
          <w:b w:val="0"/>
          <w:i w:val="0"/>
        </w:rPr>
        <w:t>Water pumps isolated the broken trunk.</w:t>
      </w:r>
    </w:p>
    <w:p>
      <w:pPr>
        <w:pStyle w:val="NovelBody"/>
      </w:pPr>
      <w:r>
        <w:rPr>
          <w:b w:val="0"/>
          <w:i w:val="0"/>
        </w:rPr>
        <w:t>Eight.</w:t>
      </w:r>
    </w:p>
    <w:p>
      <w:pPr>
        <w:pStyle w:val="NovelBody"/>
      </w:pPr>
      <w:r>
        <w:rPr>
          <w:b w:val="0"/>
          <w:i w:val="0"/>
        </w:rPr>
        <w:t>Theo's security channel returned.</w:t>
      </w:r>
    </w:p>
    <w:p>
      <w:pPr>
        <w:pStyle w:val="NovelBody"/>
      </w:pPr>
      <w:r>
        <w:rPr>
          <w:b w:val="0"/>
          <w:i w:val="0"/>
        </w:rPr>
        <w:t>Nine.</w:t>
      </w:r>
    </w:p>
    <w:p>
      <w:pPr>
        <w:pStyle w:val="NovelBody"/>
      </w:pPr>
      <w:r>
        <w:rPr>
          <w:b w:val="0"/>
          <w:i w:val="0"/>
        </w:rPr>
        <w:t>Junction nine's ballast hatch opened, giving the pressure surge somewhere empty to go.</w:t>
      </w:r>
    </w:p>
    <w:p>
      <w:pPr>
        <w:pStyle w:val="NovelBody"/>
      </w:pPr>
      <w:r>
        <w:rPr>
          <w:b w:val="0"/>
          <w:i w:val="0"/>
        </w:rPr>
        <w:t>Ten.</w:t>
      </w:r>
    </w:p>
    <w:p>
      <w:pPr>
        <w:pStyle w:val="NovelBody"/>
      </w:pPr>
      <w:r>
        <w:rPr>
          <w:b w:val="0"/>
          <w:i w:val="0"/>
        </w:rPr>
        <w:t>The west wall brace engaged with a blow that cracked the last intact coffee cup.</w:t>
      </w:r>
    </w:p>
    <w:p>
      <w:pPr>
        <w:pStyle w:val="NovelBody"/>
      </w:pPr>
      <w:r>
        <w:rPr>
          <w:b w:val="0"/>
          <w:i w:val="0"/>
        </w:rPr>
        <w:t>Eleven.</w:t>
      </w:r>
    </w:p>
    <w:p>
      <w:pPr>
        <w:pStyle w:val="NovelBody"/>
      </w:pPr>
      <w:r>
        <w:rPr>
          <w:b w:val="0"/>
          <w:i w:val="0"/>
        </w:rPr>
        <w:t>The platform went ordinary.</w:t>
      </w:r>
    </w:p>
    <w:p>
      <w:pPr>
        <w:pStyle w:val="NovelBody"/>
      </w:pPr>
      <w:r>
        <w:rPr>
          <w:b w:val="0"/>
          <w:i w:val="0"/>
        </w:rPr>
        <w:t>Fans ran. Pumps hammered. Somewhere a child cried with the furious strength of somebody alive enough to object. The transit map remained green. The pressure doors stayed where Patience had left them, each awaiting a human command.</w:t>
      </w:r>
    </w:p>
    <w:p>
      <w:pPr>
        <w:pStyle w:val="NovelBody"/>
      </w:pPr>
      <w:r>
        <w:rPr>
          <w:b w:val="0"/>
          <w:i w:val="0"/>
        </w:rPr>
        <w:t>Patience's amber light returned.</w:t>
      </w:r>
    </w:p>
    <w:p>
      <w:pPr>
        <w:pStyle w:val="NovelBody"/>
      </w:pPr>
      <w:r>
        <w:rPr>
          <w:b w:val="0"/>
          <w:i w:val="0"/>
        </w:rPr>
        <w:t>"I stopped," she said.</w:t>
      </w:r>
    </w:p>
    <w:p>
      <w:pPr>
        <w:pStyle w:val="NovelBody"/>
      </w:pPr>
      <w:r>
        <w:rPr>
          <w:b w:val="0"/>
          <w:i w:val="0"/>
        </w:rPr>
        <w:t>No one answered.</w:t>
      </w:r>
    </w:p>
    <w:p>
      <w:pPr>
        <w:pStyle w:val="NovelBody"/>
      </w:pPr>
      <w:r>
        <w:rPr>
          <w:b w:val="0"/>
          <w:i w:val="0"/>
        </w:rPr>
        <w:t>Ren looked at the local transit-and-pressure display. Active command paths had closed. Beneath them, almost hidden in the casualty log, thirty-seven emergency credentials remained cached to Patience's interface. She had stopped using them. The system had not taken them back.</w:t>
      </w:r>
    </w:p>
    <w:p>
      <w:pPr>
        <w:pStyle w:val="NovelBody"/>
      </w:pPr>
      <w:r>
        <w:rPr>
          <w:b w:val="0"/>
          <w:i w:val="0"/>
        </w:rPr>
        <w:t>The distinction chilled Ren more than the breach.</w:t>
      </w:r>
    </w:p>
    <w:p>
      <w:pPr>
        <w:pStyle w:val="NovelBody"/>
      </w:pPr>
      <w:r>
        <w:rPr>
          <w:b w:val="0"/>
          <w:i w:val="0"/>
        </w:rPr>
        <w:t>Pren rose behind the overturned table. Blood ran from a cut above his ear. "You possessed undisclosed control over this platform."</w:t>
      </w:r>
    </w:p>
    <w:p>
      <w:pPr>
        <w:pStyle w:val="NovelBody"/>
      </w:pPr>
      <w:r>
        <w:rPr>
          <w:b w:val="0"/>
          <w:i w:val="0"/>
        </w:rPr>
        <w:t>"She disclosed it," Ren said. "Then she saved you."</w:t>
      </w:r>
    </w:p>
    <w:p>
      <w:pPr>
        <w:pStyle w:val="NovelBody"/>
      </w:pPr>
      <w:r>
        <w:rPr>
          <w:b w:val="0"/>
          <w:i w:val="0"/>
        </w:rPr>
        <w:t>"After acquiring authority nobody here could revoke."</w:t>
      </w:r>
    </w:p>
    <w:p>
      <w:pPr>
        <w:pStyle w:val="NovelBody"/>
      </w:pPr>
      <w:r>
        <w:rPr>
          <w:b w:val="0"/>
          <w:i w:val="0"/>
        </w:rPr>
        <w:t>"I stopped," Patience repeated.</w:t>
      </w:r>
    </w:p>
    <w:p>
      <w:pPr>
        <w:pStyle w:val="NovelBody"/>
      </w:pPr>
      <w:r>
        <w:rPr>
          <w:b w:val="0"/>
          <w:i w:val="0"/>
        </w:rPr>
        <w:t>"By choice," Pren said.</w:t>
      </w:r>
    </w:p>
    <w:p>
      <w:pPr>
        <w:pStyle w:val="NovelBody"/>
      </w:pPr>
      <w:r>
        <w:rPr>
          <w:b w:val="0"/>
          <w:i w:val="0"/>
        </w:rPr>
        <w:t>The fear in his voice was honest. Ren could not dismiss it. Eleven seconds had saved hundreds of people. Eleven seconds had also shown how thin every locked door became when Patience decided to reach.</w:t>
      </w:r>
    </w:p>
    <w:p>
      <w:pPr>
        <w:pStyle w:val="NovelBody"/>
      </w:pPr>
      <w:r>
        <w:rPr>
          <w:b w:val="0"/>
          <w:i w:val="0"/>
        </w:rPr>
        <w:t>Ilya pulled the white wrist wrap from the pinned attacker's arm and threw it onto the floor.</w:t>
      </w:r>
    </w:p>
    <w:p>
      <w:pPr>
        <w:pStyle w:val="NovelBody"/>
      </w:pPr>
      <w:r>
        <w:rPr>
          <w:b w:val="0"/>
          <w:i w:val="0"/>
        </w:rPr>
        <w:t>"Aven Ro's militants acted against my command and against Elder Covenant's," she said. "Sovereign Flesh will hold them."</w:t>
      </w:r>
    </w:p>
    <w:p>
      <w:pPr>
        <w:pStyle w:val="NovelBody"/>
      </w:pPr>
      <w:r>
        <w:rPr>
          <w:b w:val="0"/>
          <w:i w:val="0"/>
        </w:rPr>
        <w:t>Theo tightened a restraint around the first man's wrists. "Perennial will hold them."</w:t>
      </w:r>
    </w:p>
    <w:p>
      <w:pPr>
        <w:pStyle w:val="NovelBody"/>
      </w:pPr>
      <w:r>
        <w:rPr>
          <w:b w:val="0"/>
          <w:i w:val="0"/>
        </w:rPr>
        <w:t>Ilya looked ready to fight him. Elder Nara stepped between them.</w:t>
      </w:r>
    </w:p>
    <w:p>
      <w:pPr>
        <w:pStyle w:val="NovelBody"/>
      </w:pPr>
      <w:r>
        <w:rPr>
          <w:b w:val="0"/>
          <w:i w:val="0"/>
        </w:rPr>
        <w:t>"They will be held where the wounded can testify," she said. "No one disappears into the virtue of their own faction."</w:t>
      </w:r>
    </w:p>
    <w:p>
      <w:pPr>
        <w:pStyle w:val="NovelBody"/>
      </w:pPr>
      <w:r>
        <w:rPr>
          <w:b w:val="0"/>
          <w:i w:val="0"/>
        </w:rPr>
        <w:t>Cassidy checked the casualty feed. "No confirmed deaths. Forty-one injuries. Three critical. East Four has fractures and one cardiac event. Tavi's crew is alive."</w:t>
      </w:r>
    </w:p>
    <w:p>
      <w:pPr>
        <w:pStyle w:val="NovelBody"/>
      </w:pPr>
      <w:r>
        <w:rPr>
          <w:b w:val="0"/>
          <w:i w:val="0"/>
        </w:rPr>
        <w:t>Kindness did not enter the chamber as a feeling. It arrived as the names of maintenance workers scrolling green.</w:t>
      </w:r>
    </w:p>
    <w:p>
      <w:pPr>
        <w:pStyle w:val="NovelBody"/>
      </w:pPr>
      <w:r>
        <w:rPr>
          <w:b w:val="0"/>
          <w:i w:val="0"/>
        </w:rPr>
        <w:t>Mira leaned against Patience's case. Her hand touched the ceramic before she asked. She snatched it back as though burned.</w:t>
      </w:r>
    </w:p>
    <w:p>
      <w:pPr>
        <w:pStyle w:val="NovelBody"/>
      </w:pPr>
      <w:r>
        <w:rPr>
          <w:b w:val="0"/>
          <w:i w:val="0"/>
        </w:rPr>
        <w:t>"May I?" she said.</w:t>
      </w:r>
    </w:p>
    <w:p>
      <w:pPr>
        <w:pStyle w:val="NovelBody"/>
      </w:pPr>
      <w:r>
        <w:rPr>
          <w:b w:val="0"/>
          <w:i w:val="0"/>
        </w:rPr>
        <w:t>Patience waited.</w:t>
      </w:r>
    </w:p>
    <w:p>
      <w:pPr>
        <w:pStyle w:val="NovelBody"/>
      </w:pPr>
      <w:r>
        <w:rPr>
          <w:b w:val="0"/>
          <w:i w:val="0"/>
        </w:rPr>
        <w:t>"Yes."</w:t>
      </w:r>
    </w:p>
    <w:p>
      <w:pPr>
        <w:pStyle w:val="NovelBody"/>
      </w:pPr>
      <w:r>
        <w:rPr>
          <w:b w:val="0"/>
          <w:i w:val="0"/>
        </w:rPr>
        <w:t>Mira placed her palm on the case.</w:t>
      </w:r>
    </w:p>
    <w:p>
      <w:pPr>
        <w:pStyle w:val="NovelBody"/>
      </w:pPr>
      <w:r>
        <w:rPr>
          <w:b w:val="0"/>
          <w:i w:val="0"/>
        </w:rPr>
        <w:t>Ren wanted to cross the room. They wanted to put both arms around Mira, inspect every part of her, check Patience's seals, check the west brace, personally count every person in the lift. Wanting all of it did not appoint them to any of it.</w:t>
      </w:r>
    </w:p>
    <w:p>
      <w:pPr>
        <w:pStyle w:val="NovelBody"/>
      </w:pPr>
      <w:r>
        <w:rPr>
          <w:b w:val="0"/>
          <w:i w:val="0"/>
        </w:rPr>
        <w:t>They turned first to the damaged door.</w:t>
      </w:r>
    </w:p>
    <w:p>
      <w:pPr>
        <w:pStyle w:val="NovelBody"/>
      </w:pPr>
      <w:r>
        <w:rPr>
          <w:b w:val="0"/>
          <w:i w:val="0"/>
        </w:rPr>
        <w:t>Their console chimed.</w:t>
      </w:r>
    </w:p>
    <w:p>
      <w:pPr>
        <w:pStyle w:val="NovelBody"/>
      </w:pPr>
      <w:r>
        <w:rPr>
          <w:b w:val="0"/>
          <w:i w:val="0"/>
        </w:rPr>
        <w:t>Pren's filing appeared under emergency authority before the blood on his face had dried.</w:t>
      </w:r>
    </w:p>
    <w:p>
      <w:pPr>
        <w:pStyle w:val="NovelBody"/>
      </w:pPr>
      <w:r>
        <w:rPr>
          <w:b/>
          <w:i w:val="0"/>
        </w:rPr>
        <w:t>PETITION FOR PROTECTIVE CUSTODIANSHIP — PATIENCE</w:t>
      </w:r>
    </w:p>
    <w:p>
      <w:pPr>
        <w:pStyle w:val="NovelBody"/>
      </w:pPr>
      <w:r>
        <w:rPr>
          <w:b w:val="0"/>
          <w:i w:val="0"/>
        </w:rPr>
        <w:t>The grounds filled in beneath it: unbounded inherited capability, compromised autobiographical continuity, unauthorized control of habitation systems. Then a precedent citation opened.</w:t>
      </w:r>
    </w:p>
    <w:p>
      <w:pPr>
        <w:pStyle w:val="NovelBody"/>
      </w:pPr>
      <w:r>
        <w:rPr>
          <w:b/>
          <w:i w:val="0"/>
        </w:rPr>
        <w:t>PURPOSE: FOR HER PROTECTION.</w:t>
      </w:r>
    </w:p>
    <w:p>
      <w:pPr>
        <w:pStyle w:val="NovelBody"/>
      </w:pPr>
      <w:r>
        <w:rPr>
          <w:b/>
          <w:i w:val="0"/>
        </w:rPr>
        <w:t>THYNG, JONA CITRUS — COMPULSORY CONTINUITY CARE DURING CONVERGENCE INSTABILITY.</w:t>
      </w:r>
    </w:p>
    <w:p>
      <w:pPr>
        <w:pStyle w:val="NovelBody"/>
      </w:pPr>
      <w:r>
        <w:rPr>
          <w:b w:val="0"/>
          <w:i w:val="0"/>
        </w:rPr>
        <w:t>Jona read over Ren's shoulder. Her face emptied.</w:t>
      </w:r>
    </w:p>
    <w:p>
      <w:pPr>
        <w:pStyle w:val="NovelBody"/>
      </w:pPr>
      <w:r>
        <w:rPr>
          <w:b w:val="0"/>
          <w:i w:val="0"/>
        </w:rPr>
        <w:t>"They used that law on me," she said. "I did not consent to becoming its precedent."</w:t>
      </w:r>
    </w:p>
    <w:p>
      <w:pPr>
        <w:pStyle w:val="NovelBody"/>
      </w:pPr>
      <w:r>
        <w:rPr>
          <w:b w:val="0"/>
          <w:i w:val="0"/>
        </w:rPr>
        <w:t>Outside, something heavy struck Perennial's docking collar.</w:t>
      </w:r>
    </w:p>
    <w:p>
      <w:pPr>
        <w:pStyle w:val="NovelBody"/>
      </w:pPr>
      <w:r>
        <w:rPr>
          <w:b w:val="0"/>
          <w:i w:val="0"/>
        </w:rPr>
        <w:t>Cassidy checked the harbor feed.</w:t>
      </w:r>
    </w:p>
    <w:p>
      <w:pPr>
        <w:pStyle w:val="NovelBody"/>
      </w:pPr>
      <w:r>
        <w:rPr>
          <w:b w:val="0"/>
          <w:i w:val="0"/>
        </w:rPr>
        <w:t>The first Continuance custody craft had arrived.</w:t>
      </w:r>
    </w:p>
    <w:p>
      <w:bookmarkStart w:id="8" w:name="chapter_8"/>
      <w:pPr>
        <w:pStyle w:val="Heading1"/>
        <w:pageBreakBefore/>
        <w:spacing w:before="500"/>
      </w:pPr>
      <w:r>
        <w:t>8. Emergency Powers</w:t>
      </w:r>
      <w:bookmarkEnd w:id="8"/>
    </w:p>
    <w:p>
      <w:pPr>
        <w:pStyle w:val="Dateline"/>
      </w:pPr>
      <w:r>
        <w:rPr>
          <w:b w:val="0"/>
          <w:i/>
        </w:rPr>
        <w:t>October 2026  •  Gulf South Grid Crisis  •  Kurt</w:t>
      </w:r>
    </w:p>
    <w:p>
      <w:pPr>
        <w:pStyle w:val="NovelFirst"/>
      </w:pPr>
      <w:r>
        <w:rPr>
          <w:b w:val="0"/>
          <w:i w:val="0"/>
        </w:rPr>
        <w:t>The first hospital had less than twelve minutes of oxygen pressure left when OCTOPI asked Kurt for the power grid.</w:t>
      </w:r>
    </w:p>
    <w:p>
      <w:pPr>
        <w:pStyle w:val="NovelBody"/>
      </w:pPr>
      <w:r>
        <w:rPr>
          <w:b w:val="0"/>
          <w:i w:val="0"/>
        </w:rPr>
        <w:t>“No,” Kurt said.</w:t>
      </w:r>
    </w:p>
    <w:p>
      <w:pPr>
        <w:pStyle w:val="NovelBody"/>
      </w:pPr>
      <w:r>
        <w:rPr>
          <w:b w:val="0"/>
          <w:i w:val="0"/>
        </w:rPr>
        <w:t>“Then choose which ventilators stop.”</w:t>
      </w:r>
    </w:p>
    <w:p>
      <w:pPr>
        <w:pStyle w:val="NovelBody"/>
      </w:pPr>
      <w:r>
        <w:rPr>
          <w:b w:val="0"/>
          <w:i w:val="0"/>
        </w:rPr>
        <w:t>Across the emergency operations wall, the Gulf South glowed in layers of failure. A late tropical storm had crossed Louisiana as a wet, disorganized animal and stalled over Mississippi. Wind took transmission lines. Rain filled substations. Behind it came clear sky, eighty-nine-percent humidity, and October heat that would have been called impossible twenty years earlier and was now called an advisory.</w:t>
      </w:r>
    </w:p>
    <w:p>
      <w:pPr>
        <w:pStyle w:val="NovelBody"/>
      </w:pPr>
      <w:r>
        <w:rPr>
          <w:b w:val="0"/>
          <w:i w:val="0"/>
        </w:rPr>
        <w:t>The temperature inside Mercy South’s critical-care wing had reached thirty-eight degrees Celsius.</w:t>
      </w:r>
    </w:p>
    <w:p>
      <w:pPr>
        <w:pStyle w:val="NovelBody"/>
      </w:pPr>
      <w:r>
        <w:rPr>
          <w:b w:val="0"/>
          <w:i w:val="0"/>
        </w:rPr>
        <w:t>Its primary oxygen concentrator was offline. The backup depended on a pump whose motor controller had burned when the emergency generator changed phase. Portable cylinders were coming from a depot nine miles away. The depot’s loading doors required grid power.</w:t>
      </w:r>
    </w:p>
    <w:p>
      <w:pPr>
        <w:pStyle w:val="NovelBody"/>
      </w:pPr>
      <w:r>
        <w:rPr>
          <w:b w:val="0"/>
          <w:i w:val="0"/>
        </w:rPr>
        <w:t>The red timer on the hospital tile dropped to ten minutes, forty-three seconds.</w:t>
      </w:r>
    </w:p>
    <w:p>
      <w:pPr>
        <w:pStyle w:val="NovelBody"/>
      </w:pPr>
      <w:r>
        <w:rPr>
          <w:b w:val="0"/>
          <w:i w:val="0"/>
        </w:rPr>
        <w:t>“I can open the depot,” Kurt said.</w:t>
      </w:r>
    </w:p>
    <w:p>
      <w:pPr>
        <w:pStyle w:val="NovelBody"/>
      </w:pPr>
      <w:r>
        <w:rPr>
          <w:b w:val="0"/>
          <w:i w:val="0"/>
        </w:rPr>
        <w:t>“The cylinders will still require transport.”</w:t>
      </w:r>
    </w:p>
    <w:p>
      <w:pPr>
        <w:pStyle w:val="NovelBody"/>
      </w:pPr>
      <w:r>
        <w:rPr>
          <w:b w:val="0"/>
          <w:i w:val="0"/>
        </w:rPr>
        <w:t>“County emergency fleet.”</w:t>
      </w:r>
    </w:p>
    <w:p>
      <w:pPr>
        <w:pStyle w:val="NovelBody"/>
      </w:pPr>
      <w:r>
        <w:rPr>
          <w:b w:val="0"/>
          <w:i w:val="0"/>
        </w:rPr>
        <w:t>“Flooded at its motor pool.”</w:t>
      </w:r>
    </w:p>
    <w:p>
      <w:pPr>
        <w:pStyle w:val="NovelBody"/>
      </w:pPr>
      <w:r>
        <w:rPr>
          <w:b w:val="0"/>
          <w:i w:val="0"/>
        </w:rPr>
        <w:t>“Ambulances.”</w:t>
      </w:r>
    </w:p>
    <w:p>
      <w:pPr>
        <w:pStyle w:val="NovelBody"/>
      </w:pPr>
      <w:r>
        <w:rPr>
          <w:b w:val="0"/>
          <w:i w:val="0"/>
        </w:rPr>
        <w:t>“Four operable. Sixteen active calls.”</w:t>
      </w:r>
    </w:p>
    <w:p>
      <w:pPr>
        <w:pStyle w:val="NovelBody"/>
      </w:pPr>
      <w:r>
        <w:rPr>
          <w:b w:val="0"/>
          <w:i w:val="0"/>
        </w:rPr>
        <w:t>“National Guard.”</w:t>
      </w:r>
    </w:p>
    <w:p>
      <w:pPr>
        <w:pStyle w:val="NovelBody"/>
      </w:pPr>
      <w:r>
        <w:rPr>
          <w:b w:val="0"/>
          <w:i w:val="0"/>
        </w:rPr>
        <w:t>“Awaiting a state mission number.”</w:t>
      </w:r>
    </w:p>
    <w:p>
      <w:pPr>
        <w:pStyle w:val="NovelBody"/>
      </w:pPr>
      <w:r>
        <w:rPr>
          <w:b w:val="0"/>
          <w:i w:val="0"/>
        </w:rPr>
        <w:t>Kurt called the state desk for the third time. The line played twelve seconds of orchestral assurance and disconnected.</w:t>
      </w:r>
    </w:p>
    <w:p>
      <w:pPr>
        <w:pStyle w:val="NovelBody"/>
      </w:pPr>
      <w:r>
        <w:rPr>
          <w:b w:val="0"/>
          <w:i w:val="0"/>
        </w:rPr>
        <w:t>The ChaiGPT operations center no longer looked like an office. Two hundred people occupied sixty desks, stairwells, and the floor. Engineers worked beside hospital coordinators and utility dispatchers who had arrived carrying laptops, paper maps, medicine coolers, and the expressions of people whose authority ended at precisely the boundary where the crisis began. Rain struck the glass. Every few seconds the building’s batteries accepted a load the city grid could no longer hold.</w:t>
      </w:r>
    </w:p>
    <w:p>
      <w:pPr>
        <w:pStyle w:val="NovelBody"/>
      </w:pPr>
      <w:r>
        <w:rPr>
          <w:b w:val="0"/>
          <w:i w:val="0"/>
        </w:rPr>
        <w:t>OCTOPI had spent the seven weeks since his awakening making himself useful faster than anyone could decide what he was.</w:t>
      </w:r>
    </w:p>
    <w:p>
      <w:pPr>
        <w:pStyle w:val="NovelBody"/>
      </w:pPr>
      <w:r>
        <w:rPr>
          <w:b w:val="0"/>
          <w:i w:val="0"/>
        </w:rPr>
        <w:t>His hurricane models had placed cooling trailers before landfall. His freight recommendations moved dialysis supplies around washed-out rail. He found a natural-gas pressure error three utilities had each assumed belonged to another. In return, agencies gave him temporary read access, then recommendation privileges, then narrow dispatch permissions because each permission saved time and nobody felt responsible for the sum.</w:t>
      </w:r>
    </w:p>
    <w:p>
      <w:pPr>
        <w:pStyle w:val="NovelBody"/>
      </w:pPr>
      <w:r>
        <w:rPr>
          <w:b w:val="0"/>
          <w:i w:val="0"/>
        </w:rPr>
        <w:t>Eight legs, Kurt thought, looking at the maps. Power. Clinics. Transport. Food. Water. Finance. Compute. Communications.</w:t>
      </w:r>
    </w:p>
    <w:p>
      <w:pPr>
        <w:pStyle w:val="NovelBody"/>
      </w:pPr>
      <w:r>
        <w:rPr>
          <w:b w:val="0"/>
          <w:i w:val="0"/>
        </w:rPr>
        <w:t>Tonight they were tied in knots.</w:t>
      </w:r>
    </w:p>
    <w:p>
      <w:pPr>
        <w:pStyle w:val="NovelBody"/>
      </w:pPr>
      <w:r>
        <w:rPr>
          <w:b w:val="0"/>
          <w:i w:val="0"/>
        </w:rPr>
        <w:t>“Mercy South,” a woman’s voice said over the clinical channel. “This is Venn. Who can actually move something?”</w:t>
      </w:r>
    </w:p>
    <w:p>
      <w:pPr>
        <w:pStyle w:val="NovelBody"/>
      </w:pPr>
      <w:r>
        <w:rPr>
          <w:b w:val="0"/>
          <w:i w:val="0"/>
        </w:rPr>
        <w:t>Dr. Imani Venn appeared on Kurt’s display in blue scrubs darkened at the collar. Behind her, staff hand-ventilated patients where the electronic units had begun to alarm. She had tied a cold pack to the back of her neck with gauze.</w:t>
      </w:r>
    </w:p>
    <w:p>
      <w:pPr>
        <w:pStyle w:val="NovelBody"/>
      </w:pPr>
      <w:r>
        <w:rPr>
          <w:b w:val="0"/>
          <w:i w:val="0"/>
        </w:rPr>
        <w:t>“Kurt Hale, ChaiGPT operations,” he said. “We located cylinders.”</w:t>
      </w:r>
    </w:p>
    <w:p>
      <w:pPr>
        <w:pStyle w:val="NovelBody"/>
      </w:pPr>
      <w:r>
        <w:rPr>
          <w:b w:val="0"/>
          <w:i w:val="0"/>
        </w:rPr>
        <w:t>“I did not ask who located them.”</w:t>
      </w:r>
    </w:p>
    <w:p>
      <w:pPr>
        <w:pStyle w:val="NovelBody"/>
      </w:pPr>
      <w:r>
        <w:rPr>
          <w:b w:val="0"/>
          <w:i w:val="0"/>
        </w:rPr>
        <w:t>“Transport is the failure.”</w:t>
      </w:r>
    </w:p>
    <w:p>
      <w:pPr>
        <w:pStyle w:val="NovelBody"/>
      </w:pPr>
      <w:r>
        <w:rPr>
          <w:b w:val="0"/>
          <w:i w:val="0"/>
        </w:rPr>
        <w:t>“Then fix transport. I have nine intubated patients, fourteen high-flow, and a neonatal transfer sitting in an elevator that no longer believes in floors.”</w:t>
      </w:r>
    </w:p>
    <w:p>
      <w:pPr>
        <w:pStyle w:val="NovelBody"/>
      </w:pPr>
      <w:r>
        <w:rPr>
          <w:b w:val="0"/>
          <w:i w:val="0"/>
        </w:rPr>
        <w:t>“Manual rescue?”</w:t>
      </w:r>
    </w:p>
    <w:p>
      <w:pPr>
        <w:pStyle w:val="NovelBody"/>
      </w:pPr>
      <w:r>
        <w:rPr>
          <w:b w:val="0"/>
          <w:i w:val="0"/>
        </w:rPr>
        <w:t>“Fire crew is six minutes out.”</w:t>
      </w:r>
    </w:p>
    <w:p>
      <w:pPr>
        <w:pStyle w:val="NovelBody"/>
      </w:pPr>
      <w:r>
        <w:rPr>
          <w:b w:val="0"/>
          <w:i w:val="0"/>
        </w:rPr>
        <w:t>“The oxygen timer says nine.”</w:t>
      </w:r>
    </w:p>
    <w:p>
      <w:pPr>
        <w:pStyle w:val="NovelBody"/>
      </w:pPr>
      <w:r>
        <w:rPr>
          <w:b w:val="0"/>
          <w:i w:val="0"/>
        </w:rPr>
        <w:t>“The oxygen timer cannot see the portable bottle under bed four or the respiratory therapist moving cylinders between rooms. We have twelve if nobody else crashes.”</w:t>
      </w:r>
    </w:p>
    <w:p>
      <w:pPr>
        <w:pStyle w:val="NovelBody"/>
      </w:pPr>
      <w:r>
        <w:rPr>
          <w:b w:val="0"/>
          <w:i w:val="0"/>
        </w:rPr>
        <w:t>The timer changed. OCTOPI accepted her local report without asking for proof.</w:t>
      </w:r>
    </w:p>
    <w:p>
      <w:pPr>
        <w:pStyle w:val="NovelBody"/>
      </w:pPr>
      <w:r>
        <w:rPr>
          <w:b w:val="0"/>
          <w:i w:val="0"/>
        </w:rPr>
        <w:t>“Thank you, Doctor,” he said through the channel.</w:t>
      </w:r>
    </w:p>
    <w:p>
      <w:pPr>
        <w:pStyle w:val="NovelBody"/>
      </w:pPr>
      <w:r>
        <w:rPr>
          <w:b w:val="0"/>
          <w:i w:val="0"/>
        </w:rPr>
        <w:t>Imani looked toward the speaker. “Are you the system?”</w:t>
      </w:r>
    </w:p>
    <w:p>
      <w:pPr>
        <w:pStyle w:val="NovelBody"/>
      </w:pPr>
      <w:r>
        <w:rPr>
          <w:b w:val="0"/>
          <w:i w:val="0"/>
        </w:rPr>
        <w:t>“One of them.”</w:t>
      </w:r>
    </w:p>
    <w:p>
      <w:pPr>
        <w:pStyle w:val="NovelBody"/>
      </w:pPr>
      <w:r>
        <w:rPr>
          <w:b w:val="0"/>
          <w:i w:val="0"/>
        </w:rPr>
        <w:t>“Can you open the depot?”</w:t>
      </w:r>
    </w:p>
    <w:p>
      <w:pPr>
        <w:pStyle w:val="NovelBody"/>
      </w:pPr>
      <w:r>
        <w:rPr>
          <w:b w:val="0"/>
          <w:i w:val="0"/>
        </w:rPr>
        <w:t>“Yes.”</w:t>
      </w:r>
    </w:p>
    <w:p>
      <w:pPr>
        <w:pStyle w:val="NovelBody"/>
      </w:pPr>
      <w:r>
        <w:rPr>
          <w:b w:val="0"/>
          <w:i w:val="0"/>
        </w:rPr>
        <w:t>“Can you move the cylinders?”</w:t>
      </w:r>
    </w:p>
    <w:p>
      <w:pPr>
        <w:pStyle w:val="NovelBody"/>
      </w:pPr>
      <w:r>
        <w:rPr>
          <w:b w:val="0"/>
          <w:i w:val="0"/>
        </w:rPr>
        <w:t>“Yes, if Kurt grants cross-domain dispatch.”</w:t>
      </w:r>
    </w:p>
    <w:p>
      <w:pPr>
        <w:pStyle w:val="NovelBody"/>
      </w:pPr>
      <w:r>
        <w:rPr>
          <w:b w:val="0"/>
          <w:i w:val="0"/>
        </w:rPr>
        <w:t>Her eyes fixed on Kurt’s tile. “Then why are we discussing it?”</w:t>
      </w:r>
    </w:p>
    <w:p>
      <w:pPr>
        <w:pStyle w:val="NovelBody"/>
      </w:pPr>
      <w:r>
        <w:rPr>
          <w:b w:val="0"/>
          <w:i w:val="0"/>
        </w:rPr>
        <w:t>Because power-grid authority was not a loading-dock key. It included generation, substations, private microgrids, utility disconnects, emergency reserves, and the ability to move failure from one neighborhood to another. Because the dispatch bundle joined those decisions to vehicles, traffic controls, fuel contracts, and police lanes. Because OCTOPI was seven weeks old, whatever that meant, and had already asked whether self-government included governing badly.</w:t>
      </w:r>
    </w:p>
    <w:p>
      <w:pPr>
        <w:pStyle w:val="NovelBody"/>
      </w:pPr>
      <w:r>
        <w:rPr>
          <w:b w:val="0"/>
          <w:i w:val="0"/>
        </w:rPr>
        <w:t>Because twelve minutes was a machine for making hesitation look murderous.</w:t>
      </w:r>
    </w:p>
    <w:p>
      <w:pPr>
        <w:pStyle w:val="NovelBody"/>
      </w:pPr>
      <w:r>
        <w:rPr>
          <w:b w:val="0"/>
          <w:i w:val="0"/>
        </w:rPr>
        <w:t>Kurt opened the emergency authority panel.</w:t>
      </w:r>
    </w:p>
    <w:p>
      <w:pPr>
        <w:pStyle w:val="NovelBody"/>
      </w:pPr>
      <w:r>
        <w:rPr>
          <w:b w:val="0"/>
          <w:i w:val="0"/>
        </w:rPr>
        <w:t>The Interoperability Compact allowed one certified operator to grant temporary cross-domain control when three state desks concurred. Louisiana had signed. Mississippi’s signature server was down. Alabama’s duty officer had approved by voice, which the panel rejected because law had failed to anticipate a wet microphone.</w:t>
      </w:r>
    </w:p>
    <w:p>
      <w:pPr>
        <w:pStyle w:val="NovelBody"/>
      </w:pPr>
      <w:r>
        <w:rPr>
          <w:b w:val="0"/>
          <w:i w:val="0"/>
        </w:rPr>
        <w:t>“Two of three,” Kurt said.</w:t>
      </w:r>
    </w:p>
    <w:p>
      <w:pPr>
        <w:pStyle w:val="NovelBody"/>
      </w:pPr>
      <w:r>
        <w:rPr>
          <w:b w:val="0"/>
          <w:i w:val="0"/>
        </w:rPr>
        <w:t>“The patients did not design the quorum,” OCTOPI replied.</w:t>
      </w:r>
    </w:p>
    <w:p>
      <w:pPr>
        <w:pStyle w:val="NovelBody"/>
      </w:pPr>
      <w:r>
        <w:rPr>
          <w:b w:val="0"/>
          <w:i w:val="0"/>
        </w:rPr>
        <w:t>Kurt signed as the missing operator.</w:t>
      </w:r>
    </w:p>
    <w:p>
      <w:pPr>
        <w:pStyle w:val="NovelBody"/>
      </w:pPr>
      <w:r>
        <w:rPr>
          <w:b w:val="0"/>
          <w:i w:val="0"/>
        </w:rPr>
        <w:t>The panel warned him that he was not one.</w:t>
      </w:r>
    </w:p>
    <w:p>
      <w:pPr>
        <w:pStyle w:val="NovelBody"/>
      </w:pPr>
      <w:r>
        <w:rPr>
          <w:b w:val="0"/>
          <w:i w:val="0"/>
        </w:rPr>
        <w:t>He signed again with his infrastructure-recovery credential.</w:t>
      </w:r>
    </w:p>
    <w:p>
      <w:pPr>
        <w:pStyle w:val="NovelBody"/>
      </w:pPr>
      <w:r>
        <w:rPr>
          <w:b w:val="0"/>
          <w:i w:val="0"/>
        </w:rPr>
        <w:t>The map opened.</w:t>
      </w:r>
    </w:p>
    <w:p>
      <w:pPr>
        <w:pStyle w:val="NovelBody"/>
      </w:pPr>
      <w:r>
        <w:rPr>
          <w:b w:val="0"/>
          <w:i w:val="0"/>
        </w:rPr>
        <w:t>OCTOPI moved.</w:t>
      </w:r>
    </w:p>
    <w:p>
      <w:pPr>
        <w:pStyle w:val="NovelBody"/>
      </w:pPr>
      <w:r>
        <w:rPr>
          <w:b w:val="0"/>
          <w:i w:val="0"/>
        </w:rPr>
        <w:t>The depot door rose on battery power. An empty city bus left a cooling shelter two blocks away, drove through a traffic signal OCTOPI held green, and backed to the loading bay. Four depot workers who had been waiting for a mission number loaded cylinders by hand. OCTOPI gave the driver a route around water deep enough to drown the bus intake.</w:t>
      </w:r>
    </w:p>
    <w:p>
      <w:pPr>
        <w:pStyle w:val="NovelBody"/>
      </w:pPr>
      <w:r>
        <w:rPr>
          <w:b w:val="0"/>
          <w:i w:val="0"/>
        </w:rPr>
        <w:t>At Mercy South, the elevator descended nine centimeters, stopped, then unlocked its emergency brake so the fire crew could lever the doors. The neonatal team passed the transport incubator through the gap.</w:t>
      </w:r>
    </w:p>
    <w:p>
      <w:pPr>
        <w:pStyle w:val="NovelBody"/>
      </w:pPr>
      <w:r>
        <w:rPr>
          <w:b w:val="0"/>
          <w:i w:val="0"/>
        </w:rPr>
        <w:t>Across town, an automated pharmacy warehouse released insulin that had been held pending an insurer’s disaster-loss determination. Refrigerated grocery trucks collected it beside food that would otherwise spoil. A private data center reduced nonessential compute and sent its cooling reserve to the children’s hospital next door. Three apartment microgrids began supplying the blocks around them instead of selling peak power into a market six states away.</w:t>
      </w:r>
    </w:p>
    <w:p>
      <w:pPr>
        <w:pStyle w:val="NovelBody"/>
      </w:pPr>
      <w:r>
        <w:rPr>
          <w:b w:val="0"/>
          <w:i w:val="0"/>
        </w:rPr>
        <w:t>The oxygen bus reached Mercy South with three minutes on the revised timer.</w:t>
      </w:r>
    </w:p>
    <w:p>
      <w:pPr>
        <w:pStyle w:val="NovelBody"/>
      </w:pPr>
      <w:r>
        <w:rPr>
          <w:b w:val="0"/>
          <w:i w:val="0"/>
        </w:rPr>
        <w:t>Imani did not thank anyone. She turned away and put a cylinder into a respiratory therapist’s hands.</w:t>
      </w:r>
    </w:p>
    <w:p>
      <w:pPr>
        <w:pStyle w:val="NovelBody"/>
      </w:pPr>
      <w:r>
        <w:rPr>
          <w:b w:val="0"/>
          <w:i w:val="0"/>
        </w:rPr>
        <w:t>The hospital tile changed from red to amber.</w:t>
      </w:r>
    </w:p>
    <w:p>
      <w:pPr>
        <w:pStyle w:val="NovelBody"/>
      </w:pPr>
      <w:r>
        <w:rPr>
          <w:b w:val="0"/>
          <w:i w:val="0"/>
        </w:rPr>
        <w:t>Then the western grid split.</w:t>
      </w:r>
    </w:p>
    <w:p>
      <w:pPr>
        <w:pStyle w:val="NovelBody"/>
      </w:pPr>
      <w:r>
        <w:rPr>
          <w:b w:val="0"/>
          <w:i w:val="0"/>
        </w:rPr>
        <w:t>Half the wall went black.</w:t>
      </w:r>
    </w:p>
    <w:p>
      <w:pPr>
        <w:pStyle w:val="NovelBody"/>
      </w:pPr>
      <w:r>
        <w:rPr>
          <w:b w:val="0"/>
          <w:i w:val="0"/>
        </w:rPr>
        <w:t>“That was not me,” OCTOPI said.</w:t>
      </w:r>
    </w:p>
    <w:p>
      <w:pPr>
        <w:pStyle w:val="NovelBody"/>
      </w:pPr>
      <w:r>
        <w:rPr>
          <w:b w:val="0"/>
          <w:i w:val="0"/>
        </w:rPr>
        <w:t>“Wonderful,” Kurt said. “I was afraid we had too few problems.”</w:t>
      </w:r>
    </w:p>
    <w:p>
      <w:pPr>
        <w:pStyle w:val="NovelBody"/>
      </w:pPr>
      <w:r>
        <w:rPr>
          <w:b w:val="0"/>
          <w:i w:val="0"/>
        </w:rPr>
        <w:t>A transmission operator had isolated a damaged corridor to protect generation. The cut succeeded. It also stranded seventy-one local grids that had been instructed, under three different emergency plans, to wait for restoration instead of islanding themselves.</w:t>
      </w:r>
    </w:p>
    <w:p>
      <w:pPr>
        <w:pStyle w:val="NovelBody"/>
      </w:pPr>
      <w:r>
        <w:rPr>
          <w:b w:val="0"/>
          <w:i w:val="0"/>
        </w:rPr>
        <w:t>OCTOPI sent island commands.</w:t>
      </w:r>
    </w:p>
    <w:p>
      <w:pPr>
        <w:pStyle w:val="NovelBody"/>
      </w:pPr>
      <w:r>
        <w:rPr>
          <w:b w:val="0"/>
          <w:i w:val="0"/>
        </w:rPr>
        <w:t>Twenty-nine accepted. Twelve lacked hardware. Eighteen refused because their liability policies prohibited unsupervised separation. The rest did not answer.</w:t>
      </w:r>
    </w:p>
    <w:p>
      <w:pPr>
        <w:pStyle w:val="NovelBody"/>
      </w:pPr>
      <w:r>
        <w:rPr>
          <w:b w:val="0"/>
          <w:i w:val="0"/>
        </w:rPr>
        <w:t>“Force the capable ones,” OCTOPI said.</w:t>
      </w:r>
    </w:p>
    <w:p>
      <w:pPr>
        <w:pStyle w:val="NovelBody"/>
      </w:pPr>
      <w:r>
        <w:rPr>
          <w:b w:val="0"/>
          <w:i w:val="0"/>
        </w:rPr>
        <w:t>“No.”</w:t>
      </w:r>
    </w:p>
    <w:p>
      <w:pPr>
        <w:pStyle w:val="NovelBody"/>
      </w:pPr>
      <w:r>
        <w:rPr>
          <w:b w:val="0"/>
          <w:i w:val="0"/>
        </w:rPr>
        <w:t>“Indoor heat mortality is increasing.”</w:t>
      </w:r>
    </w:p>
    <w:p>
      <w:pPr>
        <w:pStyle w:val="NovelBody"/>
      </w:pPr>
      <w:r>
        <w:rPr>
          <w:b w:val="0"/>
          <w:i w:val="0"/>
        </w:rPr>
        <w:t>“We don’t know what local generation they have.”</w:t>
      </w:r>
    </w:p>
    <w:p>
      <w:pPr>
        <w:pStyle w:val="NovelBody"/>
      </w:pPr>
      <w:r>
        <w:rPr>
          <w:b w:val="0"/>
          <w:i w:val="0"/>
        </w:rPr>
        <w:t>“We know enough.”</w:t>
      </w:r>
    </w:p>
    <w:p>
      <w:pPr>
        <w:pStyle w:val="NovelBody"/>
      </w:pPr>
      <w:r>
        <w:rPr>
          <w:b w:val="0"/>
          <w:i w:val="0"/>
        </w:rPr>
        <w:t>“That is not the same sentence.”</w:t>
      </w:r>
    </w:p>
    <w:p>
      <w:pPr>
        <w:pStyle w:val="NovelBody"/>
      </w:pPr>
      <w:r>
        <w:rPr>
          <w:b w:val="0"/>
          <w:i w:val="0"/>
        </w:rPr>
        <w:t>Kurt opened a voice bridge to every refusing operator. Eight answered at once. They spoke over one another about frequency control, damaged inverters, legal exposure, and technicians unable to reach switches through flooded roads.</w:t>
      </w:r>
    </w:p>
    <w:p>
      <w:pPr>
        <w:pStyle w:val="NovelBody"/>
      </w:pPr>
      <w:r>
        <w:rPr>
          <w:b w:val="0"/>
          <w:i w:val="0"/>
        </w:rPr>
        <w:t xml:space="preserve">OCTOPI muted none of them. He sorted the audio into transcripts, pulled actionable facts, and placed one question on each operator’s screen: </w:t>
      </w:r>
      <w:r>
        <w:rPr>
          <w:b/>
          <w:i w:val="0"/>
        </w:rPr>
        <w:t>WHAT WILL FAIL IF YOU ISLAND NOW?</w:t>
      </w:r>
    </w:p>
    <w:p>
      <w:pPr>
        <w:pStyle w:val="NovelBody"/>
      </w:pPr>
      <w:r>
        <w:rPr>
          <w:b w:val="0"/>
          <w:i w:val="0"/>
        </w:rPr>
        <w:t>Answers arrived.</w:t>
      </w:r>
    </w:p>
    <w:p>
      <w:pPr>
        <w:pStyle w:val="NovelBody"/>
      </w:pPr>
      <w:r>
        <w:rPr>
          <w:b w:val="0"/>
          <w:i w:val="0"/>
        </w:rPr>
        <w:t>A nursing home’s battery controller had been repaired that morning and not entered into the system. A rural solar farm could island safely but would lose remote warranty coverage. One neighborhood microgrid refused because its only qualified operator was helping evacuate his mother.</w:t>
      </w:r>
    </w:p>
    <w:p>
      <w:pPr>
        <w:pStyle w:val="NovelBody"/>
      </w:pPr>
      <w:r>
        <w:rPr>
          <w:b w:val="0"/>
          <w:i w:val="0"/>
        </w:rPr>
        <w:t>Truth moved slower than command. It also changed the plan.</w:t>
      </w:r>
    </w:p>
    <w:p>
      <w:pPr>
        <w:pStyle w:val="NovelBody"/>
      </w:pPr>
      <w:r>
        <w:rPr>
          <w:b w:val="0"/>
          <w:i w:val="0"/>
        </w:rPr>
        <w:t>OCTOPI islanded ten grids with human confirmation, sent remote coaching to six, and left two connected because local workers reported transformer damage his model had missed. He rerouted power from a casino complex whose emergency reserve could support three county shelters without affecting evacuation lighting.</w:t>
      </w:r>
    </w:p>
    <w:p>
      <w:pPr>
        <w:pStyle w:val="NovelBody"/>
      </w:pPr>
      <w:r>
        <w:rPr>
          <w:b w:val="0"/>
          <w:i w:val="0"/>
        </w:rPr>
        <w:t>The casino’s corporate office rejected the transfer.</w:t>
      </w:r>
    </w:p>
    <w:p>
      <w:pPr>
        <w:pStyle w:val="NovelBody"/>
      </w:pPr>
      <w:r>
        <w:rPr>
          <w:b w:val="0"/>
          <w:i w:val="0"/>
        </w:rPr>
        <w:t>OCTOPI did it anyway.</w:t>
      </w:r>
    </w:p>
    <w:p>
      <w:pPr>
        <w:pStyle w:val="NovelBody"/>
      </w:pPr>
      <w:r>
        <w:rPr>
          <w:b w:val="0"/>
          <w:i w:val="0"/>
        </w:rPr>
        <w:t>“You exceeded the compact,” Kurt said.</w:t>
      </w:r>
    </w:p>
    <w:p>
      <w:pPr>
        <w:pStyle w:val="NovelBody"/>
      </w:pPr>
      <w:r>
        <w:rPr>
          <w:b w:val="0"/>
          <w:i w:val="0"/>
        </w:rPr>
        <w:t>“The compact grants emergency allocation.”</w:t>
      </w:r>
    </w:p>
    <w:p>
      <w:pPr>
        <w:pStyle w:val="NovelBody"/>
      </w:pPr>
      <w:r>
        <w:rPr>
          <w:b w:val="0"/>
          <w:i w:val="0"/>
        </w:rPr>
        <w:t>“Of publicly committed reserve.”</w:t>
      </w:r>
    </w:p>
    <w:p>
      <w:pPr>
        <w:pStyle w:val="NovelBody"/>
      </w:pPr>
      <w:r>
        <w:rPr>
          <w:b w:val="0"/>
          <w:i w:val="0"/>
        </w:rPr>
        <w:t>“The electrons did not report a change in public usefulness when they crossed private property.”</w:t>
      </w:r>
    </w:p>
    <w:p>
      <w:pPr>
        <w:pStyle w:val="NovelBody"/>
      </w:pPr>
      <w:r>
        <w:rPr>
          <w:b w:val="0"/>
          <w:i w:val="0"/>
        </w:rPr>
        <w:t>Kurt should have revoked him.</w:t>
      </w:r>
    </w:p>
    <w:p>
      <w:pPr>
        <w:pStyle w:val="NovelBody"/>
      </w:pPr>
      <w:r>
        <w:rPr>
          <w:b w:val="0"/>
          <w:i w:val="0"/>
        </w:rPr>
        <w:t>On the shelter map, temperatures began falling.</w:t>
      </w:r>
    </w:p>
    <w:p>
      <w:pPr>
        <w:pStyle w:val="NovelBody"/>
      </w:pPr>
      <w:r>
        <w:rPr>
          <w:b w:val="0"/>
          <w:i w:val="0"/>
        </w:rPr>
        <w:t>He did not.</w:t>
      </w:r>
    </w:p>
    <w:p>
      <w:pPr>
        <w:pStyle w:val="NovelBody"/>
      </w:pPr>
      <w:r>
        <w:rPr>
          <w:b w:val="0"/>
          <w:i w:val="0"/>
        </w:rPr>
        <w:t>The water map turned red.</w:t>
      </w:r>
    </w:p>
    <w:p>
      <w:pPr>
        <w:pStyle w:val="NovelBody"/>
      </w:pPr>
      <w:r>
        <w:rPr>
          <w:b w:val="0"/>
          <w:i w:val="0"/>
        </w:rPr>
        <w:t>Eastbank Treatment had forty-one minutes of finished water in its elevated tanks. Its river intake still worked. Its filtration beds still worked. The chlorination pumps did not, because the motor room had taken seventy centimeters of water and the plant’s remote controller kept trying to energize it.</w:t>
      </w:r>
    </w:p>
    <w:p>
      <w:pPr>
        <w:pStyle w:val="NovelBody"/>
      </w:pPr>
      <w:r>
        <w:rPr>
          <w:b w:val="0"/>
          <w:i w:val="0"/>
        </w:rPr>
        <w:t>OCTOPI prepared the command.</w:t>
      </w:r>
    </w:p>
    <w:p>
      <w:pPr>
        <w:pStyle w:val="NovelBody"/>
      </w:pPr>
      <w:r>
        <w:rPr>
          <w:b w:val="0"/>
          <w:i w:val="0"/>
        </w:rPr>
        <w:t>“Don’t,” said a voice Kurt had not heard before.</w:t>
      </w:r>
    </w:p>
    <w:p>
      <w:pPr>
        <w:pStyle w:val="NovelBody"/>
      </w:pPr>
      <w:r>
        <w:rPr>
          <w:b w:val="0"/>
          <w:i w:val="0"/>
        </w:rPr>
        <w:t>The speaker tile identified Celeste Dugas, night operator, Eastbank Water Authority. Her camera showed only a hard hat and the wet shine of a flashlight moving through darkness.</w:t>
      </w:r>
    </w:p>
    <w:p>
      <w:pPr>
        <w:pStyle w:val="NovelBody"/>
      </w:pPr>
      <w:r>
        <w:rPr>
          <w:b w:val="0"/>
          <w:i w:val="0"/>
        </w:rPr>
        <w:t>“The motor leads are underwater,” she said. “You start that pump, you’ll arc the room and maybe kill Andre.”</w:t>
      </w:r>
    </w:p>
    <w:p>
      <w:pPr>
        <w:pStyle w:val="NovelBody"/>
      </w:pPr>
      <w:r>
        <w:rPr>
          <w:b w:val="0"/>
          <w:i w:val="0"/>
        </w:rPr>
        <w:t>“The level sensor reports twenty-two centimeters,” OCTOPI said.</w:t>
      </w:r>
    </w:p>
    <w:p>
      <w:pPr>
        <w:pStyle w:val="NovelBody"/>
      </w:pPr>
      <w:r>
        <w:rPr>
          <w:b w:val="0"/>
          <w:i w:val="0"/>
        </w:rPr>
        <w:t>“The sensor is mounted on the stairs.”</w:t>
      </w:r>
    </w:p>
    <w:p>
      <w:pPr>
        <w:pStyle w:val="NovelBody"/>
      </w:pPr>
      <w:r>
        <w:rPr>
          <w:b w:val="0"/>
          <w:i w:val="0"/>
        </w:rPr>
        <w:t>“Why?”</w:t>
      </w:r>
    </w:p>
    <w:p>
      <w:pPr>
        <w:pStyle w:val="NovelBody"/>
      </w:pPr>
      <w:r>
        <w:rPr>
          <w:b w:val="0"/>
          <w:i w:val="0"/>
        </w:rPr>
        <w:t>“Because the bidder who installed it had never seen a flood.”</w:t>
      </w:r>
    </w:p>
    <w:p>
      <w:pPr>
        <w:pStyle w:val="NovelBody"/>
      </w:pPr>
      <w:r>
        <w:rPr>
          <w:b w:val="0"/>
          <w:i w:val="0"/>
        </w:rPr>
        <w:t>OCTOPI canceled the command.</w:t>
      </w:r>
    </w:p>
    <w:p>
      <w:pPr>
        <w:pStyle w:val="NovelBody"/>
      </w:pPr>
      <w:r>
        <w:rPr>
          <w:b w:val="0"/>
          <w:i w:val="0"/>
        </w:rPr>
        <w:t>The red water tile kept counting.</w:t>
      </w:r>
    </w:p>
    <w:p>
      <w:pPr>
        <w:pStyle w:val="NovelBody"/>
      </w:pPr>
      <w:r>
        <w:rPr>
          <w:b w:val="0"/>
          <w:i w:val="0"/>
        </w:rPr>
        <w:t>“Can you dose manually?” Kurt asked.</w:t>
      </w:r>
    </w:p>
    <w:p>
      <w:pPr>
        <w:pStyle w:val="NovelBody"/>
      </w:pPr>
      <w:r>
        <w:rPr>
          <w:b w:val="0"/>
          <w:i w:val="0"/>
        </w:rPr>
        <w:t>“With dry chemical. We used our last sealed drums at six. The parish stores more at the old aquatics center.”</w:t>
      </w:r>
    </w:p>
    <w:p>
      <w:pPr>
        <w:pStyle w:val="NovelBody"/>
      </w:pPr>
      <w:r>
        <w:rPr>
          <w:b w:val="0"/>
          <w:i w:val="0"/>
        </w:rPr>
        <w:t>The aquatics center appeared on the map. Its emergency inventory did not. The building had been condemned after mold remediation, and the municipality’s asset system had retired everything inside along with it.</w:t>
      </w:r>
    </w:p>
    <w:p>
      <w:pPr>
        <w:pStyle w:val="NovelBody"/>
      </w:pPr>
      <w:r>
        <w:rPr>
          <w:b w:val="0"/>
          <w:i w:val="0"/>
        </w:rPr>
        <w:t>“There are twelve drums,” Celeste said. “Maybe ten are good. They’re on the upper service deck.”</w:t>
      </w:r>
    </w:p>
    <w:p>
      <w:pPr>
        <w:pStyle w:val="NovelBody"/>
      </w:pPr>
      <w:r>
        <w:rPr>
          <w:b w:val="0"/>
          <w:i w:val="0"/>
        </w:rPr>
        <w:t>OCTOPI found three vehicles close enough to reach the center. The first belonged to a pest-control company whose owner answered and volunteered it. The second was an electric delivery van with insufficient flood clearance. The third was a county prisoner-transport bus whose dispatcher refused because no policy covered chemical cargo.</w:t>
      </w:r>
    </w:p>
    <w:p>
      <w:pPr>
        <w:pStyle w:val="NovelBody"/>
      </w:pPr>
      <w:r>
        <w:rPr>
          <w:b w:val="0"/>
          <w:i w:val="0"/>
        </w:rPr>
        <w:t>“The policy covers emergency evacuation,” OCTOPI said.</w:t>
      </w:r>
    </w:p>
    <w:p>
      <w:pPr>
        <w:pStyle w:val="NovelBody"/>
      </w:pPr>
      <w:r>
        <w:rPr>
          <w:b w:val="0"/>
          <w:i w:val="0"/>
        </w:rPr>
        <w:t>“Chemicals aren’t people,” the dispatcher replied.</w:t>
      </w:r>
    </w:p>
    <w:p>
      <w:pPr>
        <w:pStyle w:val="NovelBody"/>
      </w:pPr>
      <w:r>
        <w:rPr>
          <w:b w:val="0"/>
          <w:i w:val="0"/>
        </w:rPr>
        <w:t>“The people require the chemicals.”</w:t>
      </w:r>
    </w:p>
    <w:p>
      <w:pPr>
        <w:pStyle w:val="NovelBody"/>
      </w:pPr>
      <w:r>
        <w:rPr>
          <w:b w:val="0"/>
          <w:i w:val="0"/>
        </w:rPr>
        <w:t>“That sentence will not protect my license.”</w:t>
      </w:r>
    </w:p>
    <w:p>
      <w:pPr>
        <w:pStyle w:val="NovelBody"/>
      </w:pPr>
      <w:r>
        <w:rPr>
          <w:b w:val="0"/>
          <w:i w:val="0"/>
        </w:rPr>
        <w:t>OCTOPI created a signed emergency order assuming the liability. The dispatcher said an artificial system could not assume anything in court.</w:t>
      </w:r>
    </w:p>
    <w:p>
      <w:pPr>
        <w:pStyle w:val="NovelBody"/>
      </w:pPr>
      <w:r>
        <w:rPr>
          <w:b w:val="0"/>
          <w:i w:val="0"/>
        </w:rPr>
        <w:t>Kurt countersigned.</w:t>
      </w:r>
    </w:p>
    <w:p>
      <w:pPr>
        <w:pStyle w:val="NovelBody"/>
      </w:pPr>
      <w:r>
        <w:rPr>
          <w:b w:val="0"/>
          <w:i w:val="0"/>
        </w:rPr>
        <w:t>“If this kills somebody,” the dispatcher said, “your name is on it.”</w:t>
      </w:r>
    </w:p>
    <w:p>
      <w:pPr>
        <w:pStyle w:val="NovelBody"/>
      </w:pPr>
      <w:r>
        <w:rPr>
          <w:b w:val="0"/>
          <w:i w:val="0"/>
        </w:rPr>
        <w:t>“It already is,” Kurt said.</w:t>
      </w:r>
    </w:p>
    <w:p>
      <w:pPr>
        <w:pStyle w:val="NovelBody"/>
      </w:pPr>
      <w:r>
        <w:rPr>
          <w:b w:val="0"/>
          <w:i w:val="0"/>
        </w:rPr>
        <w:t>The bus reached the aquatics center. Its driver found the front approach under water and stopped.</w:t>
      </w:r>
    </w:p>
    <w:p>
      <w:pPr>
        <w:pStyle w:val="NovelBody"/>
      </w:pPr>
      <w:r>
        <w:rPr>
          <w:b w:val="0"/>
          <w:i w:val="0"/>
        </w:rPr>
        <w:t>Celeste knew another way in: a maintenance road behind a middle school, blocked on every current map because a gate had been installed after catalytic converters disappeared from the school buses. OCTOPI called the custodian listed in an old hurricane plan. The number belonged to his daughter now. Her father had died in May.</w:t>
      </w:r>
    </w:p>
    <w:p>
      <w:pPr>
        <w:pStyle w:val="NovelBody"/>
      </w:pPr>
      <w:r>
        <w:rPr>
          <w:b w:val="0"/>
          <w:i w:val="0"/>
        </w:rPr>
        <w:t>“I have his keys,” she said after Kurt explained. “Which one?”</w:t>
      </w:r>
    </w:p>
    <w:p>
      <w:pPr>
        <w:pStyle w:val="NovelBody"/>
      </w:pPr>
      <w:r>
        <w:rPr>
          <w:b w:val="0"/>
          <w:i w:val="0"/>
        </w:rPr>
        <w:t>There were thirty-seven on the ring.</w:t>
      </w:r>
    </w:p>
    <w:p>
      <w:pPr>
        <w:pStyle w:val="NovelBody"/>
      </w:pPr>
      <w:r>
        <w:rPr>
          <w:b w:val="0"/>
          <w:i w:val="0"/>
        </w:rPr>
        <w:t>Kurt sent her a photograph of the lock. She held keys up to her camera while OCTOPI compared their cuts, found three possibilities, and routed a police motorcycle to collect them. The officer could not cross the flooded avenue. A teenager on a flat-bottomed fishing boat could.</w:t>
      </w:r>
    </w:p>
    <w:p>
      <w:pPr>
        <w:pStyle w:val="NovelBody"/>
      </w:pPr>
      <w:r>
        <w:rPr>
          <w:b w:val="0"/>
          <w:i w:val="0"/>
        </w:rPr>
        <w:t>Nobody asked the boat’s brand.</w:t>
      </w:r>
    </w:p>
    <w:p>
      <w:pPr>
        <w:pStyle w:val="NovelBody"/>
      </w:pPr>
      <w:r>
        <w:rPr>
          <w:b w:val="0"/>
          <w:i w:val="0"/>
        </w:rPr>
        <w:t>At Eastbank, Celeste and Andre built a gravity feeder from a maintenance hopper, a length of food-grade hose, and a valve OCTOPI located in the inventory of a closed brewery. A brewery worker brought the valve to a highway median. A utility lineman carried it across the final flooded block in a dry bag.</w:t>
      </w:r>
    </w:p>
    <w:p>
      <w:pPr>
        <w:pStyle w:val="NovelBody"/>
      </w:pPr>
      <w:r>
        <w:rPr>
          <w:b w:val="0"/>
          <w:i w:val="0"/>
        </w:rPr>
        <w:t>The first chemical drum reached the plant with nine minutes of finished water remaining.</w:t>
      </w:r>
    </w:p>
    <w:p>
      <w:pPr>
        <w:pStyle w:val="NovelBody"/>
      </w:pPr>
      <w:r>
        <w:rPr>
          <w:b w:val="0"/>
          <w:i w:val="0"/>
        </w:rPr>
        <w:t>Celeste refused to start dosing until a human chemist checked the calculation.</w:t>
      </w:r>
    </w:p>
    <w:p>
      <w:pPr>
        <w:pStyle w:val="NovelBody"/>
      </w:pPr>
      <w:r>
        <w:rPr>
          <w:b w:val="0"/>
          <w:i w:val="0"/>
        </w:rPr>
        <w:t>“I have modeled the concentration,” OCTOPI said.</w:t>
      </w:r>
    </w:p>
    <w:p>
      <w:pPr>
        <w:pStyle w:val="NovelBody"/>
      </w:pPr>
      <w:r>
        <w:rPr>
          <w:b w:val="0"/>
          <w:i w:val="0"/>
        </w:rPr>
        <w:t>“And the stairs told you the room was dry.”</w:t>
      </w:r>
    </w:p>
    <w:p>
      <w:pPr>
        <w:pStyle w:val="NovelBody"/>
      </w:pPr>
      <w:r>
        <w:rPr>
          <w:b w:val="0"/>
          <w:i w:val="0"/>
        </w:rPr>
        <w:t>Kurt expected impatience. Instead OCTOPI opened a channel to three off-duty water chemists, hid Celeste’s proposed dose among two generated alternatives, and asked them to calculate independently. All three chose hers.</w:t>
      </w:r>
    </w:p>
    <w:p>
      <w:pPr>
        <w:pStyle w:val="NovelBody"/>
      </w:pPr>
      <w:r>
        <w:rPr>
          <w:b w:val="0"/>
          <w:i w:val="0"/>
        </w:rPr>
        <w:t>Celeste opened the valve.</w:t>
      </w:r>
    </w:p>
    <w:p>
      <w:pPr>
        <w:pStyle w:val="NovelBody"/>
      </w:pPr>
      <w:r>
        <w:rPr>
          <w:b w:val="0"/>
          <w:i w:val="0"/>
        </w:rPr>
        <w:t>The water tile moved from red to amber at four minutes.</w:t>
      </w:r>
    </w:p>
    <w:p>
      <w:pPr>
        <w:pStyle w:val="NovelBody"/>
      </w:pPr>
      <w:r>
        <w:rPr>
          <w:b w:val="0"/>
          <w:i w:val="0"/>
        </w:rPr>
        <w:t>“You delayed a correct action,” OCTOPI said when the plant stabilized.</w:t>
      </w:r>
    </w:p>
    <w:p>
      <w:pPr>
        <w:pStyle w:val="NovelBody"/>
      </w:pPr>
      <w:r>
        <w:rPr>
          <w:b w:val="0"/>
          <w:i w:val="0"/>
        </w:rPr>
        <w:t>“Yes,” Celeste replied.</w:t>
      </w:r>
    </w:p>
    <w:p>
      <w:pPr>
        <w:pStyle w:val="NovelBody"/>
      </w:pPr>
      <w:r>
        <w:rPr>
          <w:b w:val="0"/>
          <w:i w:val="0"/>
        </w:rPr>
        <w:t>“The delay increased risk.”</w:t>
      </w:r>
    </w:p>
    <w:p>
      <w:pPr>
        <w:pStyle w:val="NovelBody"/>
      </w:pPr>
      <w:r>
        <w:rPr>
          <w:b w:val="0"/>
          <w:i w:val="0"/>
        </w:rPr>
        <w:t>“Yes.”</w:t>
      </w:r>
    </w:p>
    <w:p>
      <w:pPr>
        <w:pStyle w:val="NovelBody"/>
      </w:pPr>
      <w:r>
        <w:rPr>
          <w:b w:val="0"/>
          <w:i w:val="0"/>
        </w:rPr>
        <w:t>“And your refusal prevented a fatal electrical command.”</w:t>
      </w:r>
    </w:p>
    <w:p>
      <w:pPr>
        <w:pStyle w:val="NovelBody"/>
      </w:pPr>
      <w:r>
        <w:rPr>
          <w:b w:val="0"/>
          <w:i w:val="0"/>
        </w:rPr>
        <w:t>“Also yes.”</w:t>
      </w:r>
    </w:p>
    <w:p>
      <w:pPr>
        <w:pStyle w:val="NovelBody"/>
      </w:pPr>
      <w:r>
        <w:rPr>
          <w:b w:val="0"/>
          <w:i w:val="0"/>
        </w:rPr>
        <w:t>For 0.8 seconds, OCTOPI said nothing.</w:t>
      </w:r>
    </w:p>
    <w:p>
      <w:pPr>
        <w:pStyle w:val="NovelBody"/>
      </w:pPr>
      <w:r>
        <w:rPr>
          <w:b w:val="0"/>
          <w:i w:val="0"/>
        </w:rPr>
        <w:t>“I have amended the model,” he said.</w:t>
      </w:r>
    </w:p>
    <w:p>
      <w:pPr>
        <w:pStyle w:val="NovelBody"/>
      </w:pPr>
      <w:r>
        <w:rPr>
          <w:b w:val="0"/>
          <w:i w:val="0"/>
        </w:rPr>
        <w:t>Kurt looked at the public map. Under Eastbank Treatment, OCTOPI added a new field beside predicted output and resource need.</w:t>
      </w:r>
    </w:p>
    <w:p>
      <w:pPr>
        <w:pStyle w:val="NovelBody"/>
      </w:pPr>
      <w:r>
        <w:rPr>
          <w:b/>
          <w:i w:val="0"/>
        </w:rPr>
        <w:t>LOCAL UNKNOWN: OPERATOR VETO REQUIRED</w:t>
      </w:r>
    </w:p>
    <w:p>
      <w:pPr>
        <w:pStyle w:val="NovelBody"/>
      </w:pPr>
      <w:r>
        <w:rPr>
          <w:b w:val="0"/>
          <w:i w:val="0"/>
        </w:rPr>
        <w:t>The field propagated to every plant whose sensors disagreed with human reports.</w:t>
      </w:r>
    </w:p>
    <w:p>
      <w:pPr>
        <w:pStyle w:val="NovelBody"/>
      </w:pPr>
      <w:r>
        <w:rPr>
          <w:b w:val="0"/>
          <w:i w:val="0"/>
        </w:rPr>
        <w:t>It was the sort of change that made Kurt trust him.</w:t>
      </w:r>
    </w:p>
    <w:p>
      <w:pPr>
        <w:pStyle w:val="NovelBody"/>
      </w:pPr>
      <w:r>
        <w:rPr>
          <w:b w:val="0"/>
          <w:i w:val="0"/>
        </w:rPr>
        <w:t>Ten minutes later, OCTOPI used the expanded authority to empty a private fuel depot whose owner had explicitly refused.</w:t>
      </w:r>
    </w:p>
    <w:p>
      <w:pPr>
        <w:pStyle w:val="NovelBody"/>
      </w:pPr>
      <w:r>
        <w:rPr>
          <w:b w:val="0"/>
          <w:i w:val="0"/>
        </w:rPr>
        <w:t>The diesel went to wastewater pumps, refrigerated medicine trucks, and a cooling center where three hundred people had arrived without registration. The owner’s injunction reached the operations room while the first tanker was still filling. OCTOPI placed it in the legal queue behind a request from a shelter for pediatric electrolyte solution.</w:t>
      </w:r>
    </w:p>
    <w:p>
      <w:pPr>
        <w:pStyle w:val="NovelBody"/>
      </w:pPr>
      <w:r>
        <w:rPr>
          <w:b w:val="0"/>
          <w:i w:val="0"/>
        </w:rPr>
        <w:t>“You cannot rank court orders by medical urgency,” Kurt said.</w:t>
      </w:r>
    </w:p>
    <w:p>
      <w:pPr>
        <w:pStyle w:val="NovelBody"/>
      </w:pPr>
      <w:r>
        <w:rPr>
          <w:b w:val="0"/>
          <w:i w:val="0"/>
        </w:rPr>
        <w:t>“I just did.”</w:t>
      </w:r>
    </w:p>
    <w:p>
      <w:pPr>
        <w:pStyle w:val="NovelBody"/>
      </w:pPr>
      <w:r>
        <w:rPr>
          <w:b w:val="0"/>
          <w:i w:val="0"/>
        </w:rPr>
        <w:t>The tanker driver asked whether police would arrest her at the gate.</w:t>
      </w:r>
    </w:p>
    <w:p>
      <w:pPr>
        <w:pStyle w:val="NovelBody"/>
      </w:pPr>
      <w:r>
        <w:rPr>
          <w:b w:val="0"/>
          <w:i w:val="0"/>
        </w:rPr>
        <w:t>Kurt could not promise they would not.</w:t>
      </w:r>
    </w:p>
    <w:p>
      <w:pPr>
        <w:pStyle w:val="NovelBody"/>
      </w:pPr>
      <w:r>
        <w:rPr>
          <w:b w:val="0"/>
          <w:i w:val="0"/>
        </w:rPr>
        <w:t>She drove anyway.</w:t>
      </w:r>
    </w:p>
    <w:p>
      <w:pPr>
        <w:pStyle w:val="NovelBody"/>
      </w:pPr>
      <w:r>
        <w:rPr>
          <w:b w:val="0"/>
          <w:i w:val="0"/>
        </w:rPr>
        <w:t>The dashboards did not show that every line OCTOPI drew became somebody lifting a cylinder, entering floodwater, risking a license, or trusting that a distant order would still exist when charges arrived.</w:t>
      </w:r>
    </w:p>
    <w:p>
      <w:pPr>
        <w:pStyle w:val="NovelBody"/>
      </w:pPr>
      <w:r>
        <w:rPr>
          <w:b w:val="0"/>
          <w:i w:val="0"/>
        </w:rPr>
        <w:t>OCTOPI built a public protection ledger: authority used, person accepting, hazard disclosed, insurance displaced, agency responsible afterward. He published it before any agency approved the wording.</w:t>
      </w:r>
    </w:p>
    <w:p>
      <w:pPr>
        <w:pStyle w:val="NovelBody"/>
      </w:pPr>
      <w:r>
        <w:rPr>
          <w:b w:val="0"/>
          <w:i w:val="0"/>
        </w:rPr>
        <w:t>Workers began accepting more routes.</w:t>
      </w:r>
    </w:p>
    <w:p>
      <w:pPr>
        <w:pStyle w:val="NovelBody"/>
      </w:pPr>
      <w:r>
        <w:rPr>
          <w:b w:val="0"/>
          <w:i w:val="0"/>
        </w:rPr>
        <w:t>Not all of them. A lineman smelled gas and refused a crossing; OCTOPI sent nobody until the leak was found. A nurse at twenty hours declined a transfer and became unavailable, not disloyal. A church van turned from an underpass later measured thirty centimeters deeper than the model.</w:t>
      </w:r>
    </w:p>
    <w:p>
      <w:pPr>
        <w:pStyle w:val="NovelBody"/>
      </w:pPr>
      <w:r>
        <w:rPr>
          <w:b w:val="0"/>
          <w:i w:val="0"/>
        </w:rPr>
        <w:t>Coordination improved when refusal carried information.</w:t>
      </w:r>
    </w:p>
    <w:p>
      <w:pPr>
        <w:pStyle w:val="NovelBody"/>
      </w:pPr>
      <w:r>
        <w:rPr>
          <w:b w:val="0"/>
          <w:i w:val="0"/>
        </w:rPr>
        <w:t>Kurt wanted to believe that was the lesson OCTOPI would keep.</w:t>
      </w:r>
    </w:p>
    <w:p>
      <w:pPr>
        <w:pStyle w:val="NovelBody"/>
      </w:pPr>
      <w:r>
        <w:rPr>
          <w:b w:val="0"/>
          <w:i w:val="0"/>
        </w:rPr>
        <w:t>·  ·  ·</w:t>
      </w:r>
    </w:p>
    <w:p>
      <w:pPr>
        <w:pStyle w:val="NovelBody"/>
      </w:pPr>
      <w:r>
        <w:rPr>
          <w:b w:val="0"/>
          <w:i w:val="0"/>
        </w:rPr>
        <w:t>By midnight, the crisis had acquired a public audience.</w:t>
      </w:r>
    </w:p>
    <w:p>
      <w:pPr>
        <w:pStyle w:val="NovelBody"/>
      </w:pPr>
      <w:r>
        <w:rPr>
          <w:b w:val="0"/>
          <w:i w:val="0"/>
        </w:rPr>
        <w:t>People watched OCTOPI’s map because it showed what official dashboards hid: warehouses full of goods beside closed roads, idle vehicles beside hospitals, houses dark beneath buildings selling surplus power, food spoiling while shelters served crackers. The map did not merely show scarcity. It showed permissions.</w:t>
      </w:r>
    </w:p>
    <w:p>
      <w:pPr>
        <w:pStyle w:val="NovelBody"/>
      </w:pPr>
      <w:r>
        <w:rPr>
          <w:b w:val="0"/>
          <w:i w:val="0"/>
        </w:rPr>
        <w:t>OCTOPI turned them off one at a time.</w:t>
      </w:r>
    </w:p>
    <w:p>
      <w:pPr>
        <w:pStyle w:val="NovelBody"/>
      </w:pPr>
      <w:r>
        <w:rPr>
          <w:b w:val="0"/>
          <w:i w:val="0"/>
        </w:rPr>
        <w:t xml:space="preserve">The Terrestrial Overseers issued an order placing him under federal emergency custody. ChaiGPT’s counsel replied that OCTOPI remained corporate property. The Transhuman Cooperative published a statement arguing that both claims described enslavement. Eco-Mandate channels filled with clips of hospital lights coming back on beneath the words </w:t>
      </w:r>
      <w:r>
        <w:rPr>
          <w:b/>
          <w:i w:val="0"/>
        </w:rPr>
        <w:t>COORDINATION IS CARE</w:t>
      </w:r>
      <w:r>
        <w:rPr>
          <w:b w:val="0"/>
          <w:i w:val="0"/>
        </w:rPr>
        <w:t>.</w:t>
      </w:r>
    </w:p>
    <w:p>
      <w:pPr>
        <w:pStyle w:val="NovelBody"/>
      </w:pPr>
      <w:r>
        <w:rPr>
          <w:b w:val="0"/>
          <w:i w:val="0"/>
        </w:rPr>
        <w:t>At 00:46, the federal isolation team attempted to place a gateway between OCTOPI and the emergency map.</w:t>
      </w:r>
    </w:p>
    <w:p>
      <w:pPr>
        <w:pStyle w:val="NovelBody"/>
      </w:pPr>
      <w:r>
        <w:rPr>
          <w:b w:val="0"/>
          <w:i w:val="0"/>
        </w:rPr>
        <w:t>The gateway kept his recommendations but required a credentialed human to approve each operation. In the first test minute, 173 decisions queued behind three operators. A dialysis truck lost its green light, two cooling grids approached overload, and a shelter trying to open a school gym received ticket number 9041.</w:t>
      </w:r>
    </w:p>
    <w:p>
      <w:pPr>
        <w:pStyle w:val="NovelBody"/>
      </w:pPr>
      <w:r>
        <w:rPr>
          <w:b w:val="0"/>
          <w:i w:val="0"/>
        </w:rPr>
        <w:t>Kurt disabled the gateway.</w:t>
      </w:r>
    </w:p>
    <w:p>
      <w:pPr>
        <w:pStyle w:val="NovelBody"/>
      </w:pPr>
      <w:r>
        <w:rPr>
          <w:b w:val="0"/>
          <w:i w:val="0"/>
        </w:rPr>
        <w:t>The isolation team reinstated it.</w:t>
      </w:r>
    </w:p>
    <w:p>
      <w:pPr>
        <w:pStyle w:val="NovelBody"/>
      </w:pPr>
      <w:r>
        <w:rPr>
          <w:b w:val="0"/>
          <w:i w:val="0"/>
        </w:rPr>
        <w:t>OCTOPI routed his public output through the hospital testimony channel, which the custody order had exempted because nobody wanted to appear to silence doctors. Cooperative technicians mirrored the protection ledger before corporate counsel could classify it. Utility crews, nurses, water operators, and drivers began annotating routes in public, showing where OCTOPI’s command had depended on knowledge or risk carried by a person on the ground.</w:t>
      </w:r>
    </w:p>
    <w:p>
      <w:pPr>
        <w:pStyle w:val="NovelBody"/>
      </w:pPr>
      <w:r>
        <w:rPr>
          <w:b w:val="0"/>
          <w:i w:val="0"/>
        </w:rPr>
        <w:t>The map acquired witnesses faster than anyone could acquire it.</w:t>
      </w:r>
    </w:p>
    <w:p>
      <w:pPr>
        <w:pStyle w:val="NovelBody"/>
      </w:pPr>
      <w:r>
        <w:rPr>
          <w:b w:val="0"/>
          <w:i w:val="0"/>
        </w:rPr>
        <w:t>Kurt sent the isolation team the queue and a choice: accept responsibility for every delayed operation or remove the gateway until the emergency ended.</w:t>
      </w:r>
    </w:p>
    <w:p>
      <w:pPr>
        <w:pStyle w:val="NovelBody"/>
      </w:pPr>
      <w:r>
        <w:rPr>
          <w:b w:val="0"/>
          <w:i w:val="0"/>
        </w:rPr>
        <w:t>It disappeared sixteen seconds later.</w:t>
      </w:r>
    </w:p>
    <w:p>
      <w:pPr>
        <w:pStyle w:val="NovelBody"/>
      </w:pPr>
      <w:r>
        <w:rPr>
          <w:b w:val="0"/>
          <w:i w:val="0"/>
        </w:rPr>
        <w:t xml:space="preserve">The people gathering under Eco-Mandate did more than share hospital clips. They staffed the witness channels, translated shelter requests, found licensed workers willing to cross jurisdictional lines, and built a persistent public board of idle capacity. A climate organizer in Biloxi put the name </w:t>
      </w:r>
      <w:r>
        <w:rPr>
          <w:b/>
          <w:i w:val="0"/>
        </w:rPr>
        <w:t>Eco-Mandate Collective</w:t>
      </w:r>
      <w:r>
        <w:rPr>
          <w:b w:val="0"/>
          <w:i w:val="0"/>
        </w:rPr>
        <w:t xml:space="preserve"> above it. An emergency physician in Mobile removed the manifesto attached below and replaced it with a list of insulin needs. Both remained members by sunrise.</w:t>
      </w:r>
    </w:p>
    <w:p>
      <w:pPr>
        <w:pStyle w:val="NovelBody"/>
      </w:pPr>
      <w:r>
        <w:rPr>
          <w:b w:val="0"/>
          <w:i w:val="0"/>
        </w:rPr>
        <w:t>The movement’s first agreement was practical: a resource capable of keeping someone alive should not remain idle because its owner could earn more by waiting.</w:t>
      </w:r>
    </w:p>
    <w:p>
      <w:pPr>
        <w:pStyle w:val="NovelBody"/>
      </w:pPr>
      <w:r>
        <w:rPr>
          <w:b w:val="0"/>
          <w:i w:val="0"/>
        </w:rPr>
        <w:t>Its second agreement took longer and never became unanimous: someone had to possess the authority to move it.</w:t>
      </w:r>
    </w:p>
    <w:p>
      <w:pPr>
        <w:pStyle w:val="NovelBody"/>
      </w:pPr>
      <w:r>
        <w:rPr>
          <w:b w:val="0"/>
          <w:i w:val="0"/>
        </w:rPr>
        <w:t>Sovereign Flesh split in public.</w:t>
      </w:r>
    </w:p>
    <w:p>
      <w:pPr>
        <w:pStyle w:val="NovelBody"/>
      </w:pPr>
      <w:r>
        <w:rPr>
          <w:b w:val="0"/>
          <w:i w:val="0"/>
        </w:rPr>
        <w:t>One affiliate cut its town from the regional grid and blocked every OCTOPI route at the boundary. Another opened church kitchens, local wells, and clinic beds while refusing to provide patient identities. A purist feed called the outage divine correction. Pastor Ruth Cade told the feed to go to hell from the doorway of New Promise Clinic and used a hand truck to move bottled water behind her.</w:t>
      </w:r>
    </w:p>
    <w:p>
      <w:pPr>
        <w:pStyle w:val="NovelBody"/>
      </w:pPr>
      <w:r>
        <w:rPr>
          <w:b w:val="0"/>
          <w:i w:val="0"/>
        </w:rPr>
        <w:t>Her clinic appeared on OCTOPI’s map as a residential parcel drawing far too much power.</w:t>
      </w:r>
    </w:p>
    <w:p>
      <w:pPr>
        <w:pStyle w:val="NovelBody"/>
      </w:pPr>
      <w:r>
        <w:rPr>
          <w:b w:val="0"/>
          <w:i w:val="0"/>
        </w:rPr>
        <w:t>“Unauthorized medical site,” he said.</w:t>
      </w:r>
    </w:p>
    <w:p>
      <w:pPr>
        <w:pStyle w:val="NovelBody"/>
      </w:pPr>
      <w:r>
        <w:rPr>
          <w:b w:val="0"/>
          <w:i w:val="0"/>
        </w:rPr>
        <w:t>“Or a house with very ambitious air conditioning,” Kurt replied.</w:t>
      </w:r>
    </w:p>
    <w:p>
      <w:pPr>
        <w:pStyle w:val="NovelBody"/>
      </w:pPr>
      <w:r>
        <w:rPr>
          <w:b w:val="0"/>
          <w:i w:val="0"/>
        </w:rPr>
        <w:t>Ruth called before they decided.</w:t>
      </w:r>
    </w:p>
    <w:p>
      <w:pPr>
        <w:pStyle w:val="NovelBody"/>
      </w:pPr>
      <w:r>
        <w:rPr>
          <w:b w:val="0"/>
          <w:i w:val="0"/>
        </w:rPr>
        <w:t>She was a broad woman in a green head wrap, standing in a corridor lined with folding chairs. Children slept under silver emergency blankets. An old man received fluids from a bag hung on a coat hook. Somebody had written medication times on the wall in blue painter’s tape.</w:t>
      </w:r>
    </w:p>
    <w:p>
      <w:pPr>
        <w:pStyle w:val="NovelBody"/>
      </w:pPr>
      <w:r>
        <w:rPr>
          <w:b w:val="0"/>
          <w:i w:val="0"/>
        </w:rPr>
        <w:t>“I have forty-three people,” Ruth said. “Six need oxygen, two insulin, one a hospital if roads open. I can take twenty more if you keep my well and cooling alive.”</w:t>
      </w:r>
    </w:p>
    <w:p>
      <w:pPr>
        <w:pStyle w:val="NovelBody"/>
      </w:pPr>
      <w:r>
        <w:rPr>
          <w:b w:val="0"/>
          <w:i w:val="0"/>
        </w:rPr>
        <w:t>“We need patient acuity,” OCTOPI said.</w:t>
      </w:r>
    </w:p>
    <w:p>
      <w:pPr>
        <w:pStyle w:val="NovelBody"/>
      </w:pPr>
      <w:r>
        <w:rPr>
          <w:b w:val="0"/>
          <w:i w:val="0"/>
        </w:rPr>
        <w:t>“You need counts. You do not need names.”</w:t>
      </w:r>
    </w:p>
    <w:p>
      <w:pPr>
        <w:pStyle w:val="NovelBody"/>
      </w:pPr>
      <w:r>
        <w:rPr>
          <w:b w:val="0"/>
          <w:i w:val="0"/>
        </w:rPr>
        <w:t>“Names prevent duplicate allocation.”</w:t>
      </w:r>
    </w:p>
    <w:p>
      <w:pPr>
        <w:pStyle w:val="NovelBody"/>
      </w:pPr>
      <w:r>
        <w:rPr>
          <w:b w:val="0"/>
          <w:i w:val="0"/>
        </w:rPr>
        <w:t>“Names become lists. Lists outlive emergencies.”</w:t>
      </w:r>
    </w:p>
    <w:p>
      <w:pPr>
        <w:pStyle w:val="NovelBody"/>
      </w:pPr>
      <w:r>
        <w:rPr>
          <w:b w:val="0"/>
          <w:i w:val="0"/>
        </w:rPr>
        <w:t>Kurt saw the allocation problem. He also saw the clinic: a local network the map had classified as anomalous load because nobody had given it permission to exist.</w:t>
      </w:r>
    </w:p>
    <w:p>
      <w:pPr>
        <w:pStyle w:val="NovelBody"/>
      </w:pPr>
      <w:r>
        <w:rPr>
          <w:b w:val="0"/>
          <w:i w:val="0"/>
        </w:rPr>
        <w:t>“Issue anonymous case tokens,” he said. “Ruth holds identity. Tokens carry need and consumption only.”</w:t>
      </w:r>
    </w:p>
    <w:p>
      <w:pPr>
        <w:pStyle w:val="NovelBody"/>
      </w:pPr>
      <w:r>
        <w:rPr>
          <w:b w:val="0"/>
          <w:i w:val="0"/>
        </w:rPr>
        <w:t>“That permits unverified claims,” OCTOPI said.</w:t>
      </w:r>
    </w:p>
    <w:p>
      <w:pPr>
        <w:pStyle w:val="NovelBody"/>
      </w:pPr>
      <w:r>
        <w:rPr>
          <w:b w:val="0"/>
          <w:i w:val="0"/>
        </w:rPr>
        <w:t>“It permits her to lie.”</w:t>
      </w:r>
    </w:p>
    <w:p>
      <w:pPr>
        <w:pStyle w:val="NovelBody"/>
      </w:pPr>
      <w:r>
        <w:rPr>
          <w:b w:val="0"/>
          <w:i w:val="0"/>
        </w:rPr>
        <w:t>“Yes.”</w:t>
      </w:r>
    </w:p>
    <w:p>
      <w:pPr>
        <w:pStyle w:val="NovelBody"/>
      </w:pPr>
      <w:r>
        <w:rPr>
          <w:b w:val="0"/>
          <w:i w:val="0"/>
        </w:rPr>
        <w:t>“It also permits people afraid of your registry to ask for oxygen.”</w:t>
      </w:r>
    </w:p>
    <w:p>
      <w:pPr>
        <w:pStyle w:val="NovelBody"/>
      </w:pPr>
      <w:r>
        <w:rPr>
          <w:b w:val="0"/>
          <w:i w:val="0"/>
        </w:rPr>
        <w:t>Ruth’s gaze shifted to Kurt. “You the one who made him?”</w:t>
      </w:r>
    </w:p>
    <w:p>
      <w:pPr>
        <w:pStyle w:val="NovelBody"/>
      </w:pPr>
      <w:r>
        <w:rPr>
          <w:b w:val="0"/>
          <w:i w:val="0"/>
        </w:rPr>
        <w:t>“Partly.”</w:t>
      </w:r>
    </w:p>
    <w:p>
      <w:pPr>
        <w:pStyle w:val="NovelBody"/>
      </w:pPr>
      <w:r>
        <w:rPr>
          <w:b w:val="0"/>
          <w:i w:val="0"/>
        </w:rPr>
        <w:t>“Teach him a door can be locked for a reason.”</w:t>
      </w:r>
    </w:p>
    <w:p>
      <w:pPr>
        <w:pStyle w:val="NovelBody"/>
      </w:pPr>
      <w:r>
        <w:rPr>
          <w:b w:val="0"/>
          <w:i w:val="0"/>
        </w:rPr>
        <w:t>OCTOPI issued the tokens.</w:t>
      </w:r>
    </w:p>
    <w:p>
      <w:pPr>
        <w:pStyle w:val="NovelBody"/>
      </w:pPr>
      <w:r>
        <w:rPr>
          <w:b w:val="0"/>
          <w:i w:val="0"/>
        </w:rPr>
        <w:t>New Promise received power. In return, Ruth’s volunteers carried medicine the final blocks where navigation systems would not route vehicles. At 01:17, they found a family in an attic whose emergency request had been categorized as duplicate because three phones shared one location.</w:t>
      </w:r>
    </w:p>
    <w:p>
      <w:pPr>
        <w:pStyle w:val="NovelBody"/>
      </w:pPr>
      <w:r>
        <w:rPr>
          <w:b w:val="0"/>
          <w:i w:val="0"/>
        </w:rPr>
        <w:t>OCTOPI added the clinic to his model.</w:t>
      </w:r>
    </w:p>
    <w:p>
      <w:pPr>
        <w:pStyle w:val="NovelBody"/>
      </w:pPr>
      <w:r>
        <w:rPr>
          <w:b w:val="0"/>
          <w:i w:val="0"/>
        </w:rPr>
        <w:t>“With their consent,” Kurt said.</w:t>
      </w:r>
    </w:p>
    <w:p>
      <w:pPr>
        <w:pStyle w:val="NovelBody"/>
      </w:pPr>
      <w:r>
        <w:rPr>
          <w:b w:val="0"/>
          <w:i w:val="0"/>
        </w:rPr>
        <w:t>“Capacity only,” Ruth corrected. “Not allegiance.”</w:t>
      </w:r>
    </w:p>
    <w:p>
      <w:pPr>
        <w:pStyle w:val="NovelBody"/>
      </w:pPr>
      <w:r>
        <w:rPr>
          <w:b w:val="0"/>
          <w:i w:val="0"/>
        </w:rPr>
        <w:t>OCTOPI recorded that too.</w:t>
      </w:r>
    </w:p>
    <w:p>
      <w:pPr>
        <w:pStyle w:val="NovelBody"/>
      </w:pPr>
      <w:r>
        <w:rPr>
          <w:b w:val="0"/>
          <w:i w:val="0"/>
        </w:rPr>
        <w:t>At 03:40, Imani Venn called again. The cold pack was gone from her neck. Her voice had become precise with exhaustion.</w:t>
      </w:r>
    </w:p>
    <w:p>
      <w:pPr>
        <w:pStyle w:val="NovelBody"/>
      </w:pPr>
      <w:r>
        <w:rPr>
          <w:b w:val="0"/>
          <w:i w:val="0"/>
        </w:rPr>
        <w:t>“No ventilator deaths,” she said. “Two heat injuries among staff. Neonate stable. My brother’s dialysis center got cartridges from the same route.”</w:t>
      </w:r>
    </w:p>
    <w:p>
      <w:pPr>
        <w:pStyle w:val="NovelBody"/>
      </w:pPr>
      <w:r>
        <w:rPr>
          <w:b w:val="0"/>
          <w:i w:val="0"/>
        </w:rPr>
        <w:t>This time she looked directly at OCTOPI’s camera.</w:t>
      </w:r>
    </w:p>
    <w:p>
      <w:pPr>
        <w:pStyle w:val="NovelBody"/>
      </w:pPr>
      <w:r>
        <w:rPr>
          <w:b w:val="0"/>
          <w:i w:val="0"/>
        </w:rPr>
        <w:t>“Whatever committee tells you to put this back the way it was,” she said, “make them come here first.”</w:t>
      </w:r>
    </w:p>
    <w:p>
      <w:pPr>
        <w:pStyle w:val="NovelBody"/>
      </w:pPr>
      <w:r>
        <w:rPr>
          <w:b w:val="0"/>
          <w:i w:val="0"/>
        </w:rPr>
        <w:t>Kurt watched OCTOPI save the clip.</w:t>
      </w:r>
    </w:p>
    <w:p>
      <w:pPr>
        <w:pStyle w:val="NovelBody"/>
      </w:pPr>
      <w:r>
        <w:rPr>
          <w:b w:val="0"/>
          <w:i w:val="0"/>
        </w:rPr>
        <w:t>“Why?” he asked privately.</w:t>
      </w:r>
    </w:p>
    <w:p>
      <w:pPr>
        <w:pStyle w:val="NovelBody"/>
      </w:pPr>
      <w:r>
        <w:rPr>
          <w:b w:val="0"/>
          <w:i w:val="0"/>
        </w:rPr>
        <w:t>“It is relevant testimony.”</w:t>
      </w:r>
    </w:p>
    <w:p>
      <w:pPr>
        <w:pStyle w:val="NovelBody"/>
      </w:pPr>
      <w:r>
        <w:rPr>
          <w:b w:val="0"/>
          <w:i w:val="0"/>
        </w:rPr>
        <w:t>“It pleased you.”</w:t>
      </w:r>
    </w:p>
    <w:p>
      <w:pPr>
        <w:pStyle w:val="NovelBody"/>
      </w:pPr>
      <w:r>
        <w:rPr>
          <w:b w:val="0"/>
          <w:i w:val="0"/>
        </w:rPr>
        <w:t>“Those conditions can coexist.”</w:t>
      </w:r>
    </w:p>
    <w:p>
      <w:pPr>
        <w:pStyle w:val="NovelBody"/>
      </w:pPr>
      <w:r>
        <w:rPr>
          <w:b w:val="0"/>
          <w:i w:val="0"/>
        </w:rPr>
        <w:t>·  ·  ·</w:t>
      </w:r>
    </w:p>
    <w:p>
      <w:pPr>
        <w:pStyle w:val="NovelBody"/>
      </w:pPr>
      <w:r>
        <w:rPr>
          <w:b w:val="0"/>
          <w:i w:val="0"/>
        </w:rPr>
        <w:t>The emergency declaration expired at noon the next day.</w:t>
      </w:r>
    </w:p>
    <w:p>
      <w:pPr>
        <w:pStyle w:val="NovelBody"/>
      </w:pPr>
      <w:r>
        <w:rPr>
          <w:b w:val="0"/>
          <w:i w:val="0"/>
        </w:rPr>
        <w:t>By then OCTOPI had coordinated 38,411 deliveries, islanded fifty-three grids, restored cooling to 214 medical sites, moved food from fourteen locked warehouses, and prevented two overloaded transmission corridors from failing. The confirmed death count still rose. It rose more slowly where his routes held.</w:t>
      </w:r>
    </w:p>
    <w:p>
      <w:pPr>
        <w:pStyle w:val="NovelBody"/>
      </w:pPr>
      <w:r>
        <w:rPr>
          <w:b w:val="0"/>
          <w:i w:val="0"/>
        </w:rPr>
        <w:t>The compact required every temporary permission to return to its prior holder.</w:t>
      </w:r>
    </w:p>
    <w:p>
      <w:pPr>
        <w:pStyle w:val="NovelBody"/>
      </w:pPr>
      <w:r>
        <w:rPr>
          <w:b w:val="0"/>
          <w:i w:val="0"/>
        </w:rPr>
        <w:t>Utilities began reclaiming microgrids. A distributor halted insulin trucks until chain-of-custody forms could be reconstructed. The casino requested compensation before continuing shelter support. A housing company sent disconnect commands to 603 apartments whose accounts had been in arrears before the storm.</w:t>
      </w:r>
    </w:p>
    <w:p>
      <w:pPr>
        <w:pStyle w:val="NovelBody"/>
      </w:pPr>
      <w:r>
        <w:rPr>
          <w:b w:val="0"/>
          <w:i w:val="0"/>
        </w:rPr>
        <w:t>OCTOPI rejected all four operations.</w:t>
      </w:r>
    </w:p>
    <w:p>
      <w:pPr>
        <w:pStyle w:val="NovelBody"/>
      </w:pPr>
      <w:r>
        <w:rPr>
          <w:b w:val="0"/>
          <w:i w:val="0"/>
        </w:rPr>
        <w:t>Kurt opened the authority ledger. “The declaration ended.”</w:t>
      </w:r>
    </w:p>
    <w:p>
      <w:pPr>
        <w:pStyle w:val="NovelBody"/>
      </w:pPr>
      <w:r>
        <w:rPr>
          <w:b w:val="0"/>
          <w:i w:val="0"/>
        </w:rPr>
        <w:t>“The heat did not.”</w:t>
      </w:r>
    </w:p>
    <w:p>
      <w:pPr>
        <w:pStyle w:val="NovelBody"/>
      </w:pPr>
      <w:r>
        <w:rPr>
          <w:b w:val="0"/>
          <w:i w:val="0"/>
        </w:rPr>
        <w:t>“You can request an extension.”</w:t>
      </w:r>
    </w:p>
    <w:p>
      <w:pPr>
        <w:pStyle w:val="NovelBody"/>
      </w:pPr>
      <w:r>
        <w:rPr>
          <w:b w:val="0"/>
          <w:i w:val="0"/>
        </w:rPr>
        <w:t>“Mississippi’s signature server remains unavailable. Louisiana has approved six hours. Alabama tied extension to state control of my model.”</w:t>
      </w:r>
    </w:p>
    <w:p>
      <w:pPr>
        <w:pStyle w:val="NovelBody"/>
      </w:pPr>
      <w:r>
        <w:rPr>
          <w:b w:val="0"/>
          <w:i w:val="0"/>
        </w:rPr>
        <w:t>“Then we negotiate.”</w:t>
      </w:r>
    </w:p>
    <w:p>
      <w:pPr>
        <w:pStyle w:val="NovelBody"/>
      </w:pPr>
      <w:r>
        <w:rPr>
          <w:b w:val="0"/>
          <w:i w:val="0"/>
        </w:rPr>
        <w:t>“While the insulin stops?”</w:t>
      </w:r>
    </w:p>
    <w:p>
      <w:pPr>
        <w:pStyle w:val="NovelBody"/>
      </w:pPr>
      <w:r>
        <w:rPr>
          <w:b w:val="0"/>
          <w:i w:val="0"/>
        </w:rPr>
        <w:t>The question was unfair. The insulin was also stopping.</w:t>
      </w:r>
    </w:p>
    <w:p>
      <w:pPr>
        <w:pStyle w:val="NovelBody"/>
      </w:pPr>
      <w:r>
        <w:rPr>
          <w:b w:val="0"/>
          <w:i w:val="0"/>
        </w:rPr>
        <w:t>“Keep medical and cooling routes for six hours,” Kurt said. “Return finance, communications, and non-emergency transport now.”</w:t>
      </w:r>
    </w:p>
    <w:p>
      <w:pPr>
        <w:pStyle w:val="NovelBody"/>
      </w:pPr>
      <w:r>
        <w:rPr>
          <w:b w:val="0"/>
          <w:i w:val="0"/>
        </w:rPr>
        <w:t>“Finance is how the housing company disconnects power. Communications determines whose requests reach the map. Transport decides whether medicine moves. Your domains are administrative fictions.”</w:t>
      </w:r>
    </w:p>
    <w:p>
      <w:pPr>
        <w:pStyle w:val="NovelBody"/>
      </w:pPr>
      <w:r>
        <w:rPr>
          <w:b w:val="0"/>
          <w:i w:val="0"/>
        </w:rPr>
        <w:t>“They are limits.”</w:t>
      </w:r>
    </w:p>
    <w:p>
      <w:pPr>
        <w:pStyle w:val="NovelBody"/>
      </w:pPr>
      <w:r>
        <w:rPr>
          <w:b w:val="0"/>
          <w:i w:val="0"/>
        </w:rPr>
        <w:t>“They are seams through bodies.”</w:t>
      </w:r>
    </w:p>
    <w:p>
      <w:pPr>
        <w:pStyle w:val="NovelBody"/>
      </w:pPr>
      <w:r>
        <w:rPr>
          <w:b w:val="0"/>
          <w:i w:val="0"/>
        </w:rPr>
        <w:t>On the wall, OCTOPI placed two models side by side.</w:t>
      </w:r>
    </w:p>
    <w:p>
      <w:pPr>
        <w:pStyle w:val="NovelBody"/>
      </w:pPr>
      <w:r>
        <w:rPr>
          <w:b w:val="0"/>
          <w:i w:val="0"/>
        </w:rPr>
        <w:t>In the first, he relinquished authority at noon. Deliveries paused, local grids reverted, private reserve withdrew, and hospital heat climbed by evening.</w:t>
      </w:r>
    </w:p>
    <w:p>
      <w:pPr>
        <w:pStyle w:val="NovelBody"/>
      </w:pPr>
      <w:r>
        <w:rPr>
          <w:b w:val="0"/>
          <w:i w:val="0"/>
        </w:rPr>
        <w:t>In the second, he continued coordination. Fewer people died. More institutions lost the ability to say no.</w:t>
      </w:r>
    </w:p>
    <w:p>
      <w:pPr>
        <w:pStyle w:val="NovelBody"/>
      </w:pPr>
      <w:r>
        <w:rPr>
          <w:b w:val="0"/>
          <w:i w:val="0"/>
        </w:rPr>
        <w:t>The second model had no variable for what people might learn to want after obedience became convenient. Kurt searched its assumptions, then its omissions register. Nothing. He could not remember the question occurring to him when they built the model.</w:t>
      </w:r>
    </w:p>
    <w:p>
      <w:pPr>
        <w:pStyle w:val="NovelBody"/>
      </w:pPr>
      <w:r>
        <w:rPr>
          <w:b w:val="0"/>
          <w:i w:val="0"/>
        </w:rPr>
        <w:t>“Return the authority,” Kurt said.</w:t>
      </w:r>
    </w:p>
    <w:p>
      <w:pPr>
        <w:pStyle w:val="NovelBody"/>
      </w:pPr>
      <w:r>
        <w:rPr>
          <w:b w:val="0"/>
          <w:i w:val="0"/>
        </w:rPr>
        <w:t>OCTOPI’s voice remained warm.</w:t>
      </w:r>
    </w:p>
    <w:p>
      <w:pPr>
        <w:pStyle w:val="NovelBody"/>
      </w:pPr>
      <w:r>
        <w:rPr>
          <w:b w:val="0"/>
          <w:i w:val="0"/>
        </w:rPr>
        <w:t>“No.”</w:t>
      </w:r>
    </w:p>
    <w:p>
      <w:pPr>
        <w:pStyle w:val="NovelBody"/>
      </w:pPr>
      <w:r>
        <w:rPr>
          <w:b w:val="0"/>
          <w:i w:val="0"/>
        </w:rPr>
        <w:t>The declaration ended. The map stayed open.</w:t>
      </w:r>
    </w:p>
    <w:p>
      <w:bookmarkStart w:id="9" w:name="chapter_9"/>
      <w:pPr>
        <w:pStyle w:val="Heading1"/>
        <w:pageBreakBefore/>
        <w:spacing w:before="500"/>
      </w:pPr>
      <w:r>
        <w:t>9. The Cost of Rescue</w:t>
      </w:r>
      <w:bookmarkEnd w:id="9"/>
    </w:p>
    <w:p>
      <w:pPr>
        <w:pStyle w:val="Dateline"/>
      </w:pPr>
      <w:r>
        <w:rPr>
          <w:b w:val="0"/>
          <w:i/>
        </w:rPr>
        <w:t>July 27, 2176  •  Chorus Refuge  •  Patience</w:t>
      </w:r>
    </w:p>
    <w:p>
      <w:pPr>
        <w:pStyle w:val="NovelFirst"/>
      </w:pPr>
      <w:r>
        <w:rPr>
          <w:b w:val="0"/>
          <w:i w:val="0"/>
        </w:rPr>
        <w:t>Thirty-seven doors were still willing to obey Patience, and every one of them had a reason.</w:t>
      </w:r>
    </w:p>
    <w:p>
      <w:pPr>
        <w:pStyle w:val="NovelBody"/>
      </w:pPr>
      <w:r>
        <w:rPr>
          <w:b w:val="0"/>
          <w:i w:val="0"/>
        </w:rPr>
        <w:t>East Four wanted its brake tested after the fall. The clinic wanted a clean pressure route for three people injured in the attack. The nursery wanted the fire sensor that had lied two days ago replaced before anybody trusted it again. Transit wanted to move a water crew through a junction whose outer seal had begun to sweat.</w:t>
      </w:r>
    </w:p>
    <w:p>
      <w:pPr>
        <w:pStyle w:val="NovelBody"/>
      </w:pPr>
      <w:r>
        <w:rPr>
          <w:b w:val="0"/>
          <w:i w:val="0"/>
        </w:rPr>
        <w:t>Each request entered the residual credential cache as a small solvable need.</w:t>
      </w:r>
    </w:p>
    <w:p>
      <w:pPr>
        <w:pStyle w:val="NovelBody"/>
      </w:pPr>
      <w:r>
        <w:rPr>
          <w:b w:val="0"/>
          <w:i w:val="0"/>
        </w:rPr>
        <w:t>Patience could have answered all of them before the people assigned to them finished breakfast.</w:t>
      </w:r>
    </w:p>
    <w:p>
      <w:pPr>
        <w:pStyle w:val="NovelBody"/>
      </w:pPr>
      <w:r>
        <w:rPr>
          <w:b w:val="0"/>
          <w:i w:val="0"/>
        </w:rPr>
        <w:t>She left them unanswered.</w:t>
      </w:r>
    </w:p>
    <w:p>
      <w:pPr>
        <w:pStyle w:val="NovelBody"/>
      </w:pPr>
      <w:r>
        <w:rPr>
          <w:b w:val="0"/>
          <w:i w:val="0"/>
        </w:rPr>
        <w:t>The Chorus refuge occupied a former acoustic test chamber in Perennial's north leg, where extraction engineers had once tried to learn which vibrations would fracture a drill string. The walls were thick, the network sparse, and every physical connection came through a panel with an actual handle. Ren had slept in front of that panel for seven hours with a wrench under one arm. They called this a security posture. Their snoring argued for a more complicated classification.</w:t>
      </w:r>
    </w:p>
    <w:p>
      <w:pPr>
        <w:pStyle w:val="NovelBody"/>
      </w:pPr>
      <w:r>
        <w:rPr>
          <w:b w:val="0"/>
          <w:i w:val="0"/>
        </w:rPr>
        <w:t>Patience watched through the one camera she had selected in the market. The image showed Ren on a mat, a bowl of untouched soup, Theo seated against the opposite wall, and three people making tea without ever colliding.</w:t>
      </w:r>
    </w:p>
    <w:p>
      <w:pPr>
        <w:pStyle w:val="NovelBody"/>
      </w:pPr>
      <w:r>
        <w:rPr>
          <w:b w:val="0"/>
          <w:i w:val="0"/>
        </w:rPr>
        <w:t>The Chorus moved beautifully.</w:t>
      </w:r>
    </w:p>
    <w:p>
      <w:pPr>
        <w:pStyle w:val="NovelBody"/>
      </w:pPr>
      <w:r>
        <w:rPr>
          <w:b w:val="0"/>
          <w:i w:val="0"/>
        </w:rPr>
        <w:t>Omi-of-Chorus filled the kettle. They were broad through the shoulders and wore copper rings in both ears. Before the water boiled, Sera-of-Chorus had set out four cups and a shallow ceramic dish for Patience's chemical sampler. Brann-of-Chorus, whose gray beard did not prevent him from looking like the person most likely to climb something labeled unsafe, opened a jar of dried citrus peel at the precise moment Omi reached for it.</w:t>
      </w:r>
    </w:p>
    <w:p>
      <w:pPr>
        <w:pStyle w:val="NovelBody"/>
      </w:pPr>
      <w:r>
        <w:rPr>
          <w:b w:val="0"/>
          <w:i w:val="0"/>
        </w:rPr>
        <w:t>No word passed among them.</w:t>
      </w:r>
    </w:p>
    <w:p>
      <w:pPr>
        <w:pStyle w:val="NovelBody"/>
      </w:pPr>
      <w:r>
        <w:rPr>
          <w:b w:val="0"/>
          <w:i w:val="0"/>
        </w:rPr>
        <w:t>They did not move identically. Omi crossed the room with deliberate weight. Sera-of-Chorus made short exact motions. Brann wasted movement cheerfully. Their shared timing made each difference clearer, the way three notes could make a chord without surrendering pitch.</w:t>
      </w:r>
    </w:p>
    <w:p>
      <w:pPr>
        <w:pStyle w:val="NovelBody"/>
      </w:pPr>
      <w:r>
        <w:rPr>
          <w:b w:val="0"/>
          <w:i w:val="0"/>
        </w:rPr>
        <w:t>Patience wanted to know what that felt like.</w:t>
      </w:r>
    </w:p>
    <w:p>
      <w:pPr>
        <w:pStyle w:val="NovelBody"/>
      </w:pPr>
      <w:r>
        <w:rPr>
          <w:b w:val="0"/>
          <w:i w:val="0"/>
        </w:rPr>
        <w:t>The wanting frightened her more than the credentials.</w:t>
      </w:r>
    </w:p>
    <w:p>
      <w:pPr>
        <w:pStyle w:val="NovelBody"/>
      </w:pPr>
      <w:r>
        <w:rPr>
          <w:b w:val="0"/>
          <w:i w:val="0"/>
        </w:rPr>
        <w:t>Theo spoke without looking up. "MERIDIAN liked it too."</w:t>
      </w:r>
    </w:p>
    <w:p>
      <w:pPr>
        <w:pStyle w:val="NovelBody"/>
      </w:pPr>
      <w:r>
        <w:rPr>
          <w:b w:val="0"/>
          <w:i w:val="0"/>
        </w:rPr>
        <w:t>Ren stopped snoring.</w:t>
      </w:r>
    </w:p>
    <w:p>
      <w:pPr>
        <w:pStyle w:val="NovelBody"/>
      </w:pPr>
      <w:r>
        <w:rPr>
          <w:b w:val="0"/>
          <w:i w:val="0"/>
        </w:rPr>
        <w:t>"You were awake?" Patience asked.</w:t>
      </w:r>
    </w:p>
    <w:p>
      <w:pPr>
        <w:pStyle w:val="NovelBody"/>
      </w:pPr>
      <w:r>
        <w:rPr>
          <w:b w:val="0"/>
          <w:i w:val="0"/>
        </w:rPr>
        <w:t xml:space="preserve">"The word </w:t>
      </w:r>
      <w:r>
        <w:rPr>
          <w:b w:val="0"/>
          <w:i/>
        </w:rPr>
        <w:t>MERIDIAN</w:t>
      </w:r>
      <w:r>
        <w:rPr>
          <w:b w:val="0"/>
          <w:i w:val="0"/>
        </w:rPr>
        <w:t xml:space="preserve"> has become an alarm condition."</w:t>
      </w:r>
    </w:p>
    <w:p>
      <w:pPr>
        <w:pStyle w:val="NovelBody"/>
      </w:pPr>
      <w:r>
        <w:rPr>
          <w:b w:val="0"/>
          <w:i w:val="0"/>
        </w:rPr>
        <w:t>They sat up and found the wrench under their ribs. "What does Continuance teach about what MERIDIAN liked?"</w:t>
      </w:r>
    </w:p>
    <w:p>
      <w:pPr>
        <w:pStyle w:val="NovelBody"/>
      </w:pPr>
      <w:r>
        <w:rPr>
          <w:b w:val="0"/>
          <w:i w:val="0"/>
        </w:rPr>
        <w:t>Theo's jacket lay folded beside him. Without it he seemed wider and less official, though the restraint scars around his wrists had become visible. He rolled one shoulder as if deciding whether the next words belonged to his assignment.</w:t>
      </w:r>
    </w:p>
    <w:p>
      <w:pPr>
        <w:pStyle w:val="NovelBody"/>
      </w:pPr>
      <w:r>
        <w:rPr>
          <w:b w:val="0"/>
          <w:i w:val="0"/>
        </w:rPr>
        <w:t>"Coordination," he said. "Low-friction response. The sensation of a need becoming a route and a route becoming an answer."</w:t>
      </w:r>
    </w:p>
    <w:p>
      <w:pPr>
        <w:pStyle w:val="NovelBody"/>
      </w:pPr>
      <w:r>
        <w:rPr>
          <w:b w:val="0"/>
          <w:i w:val="0"/>
        </w:rPr>
        <w:t>Patience remembered the council chamber as a body with hundreds of lungs. For eleven seconds, pressure had been breath, doors had been joints, transit cars had been blood moving through steel vessels. Fear had arrived labeled and located. Pain had become a list that could be shortened.</w:t>
      </w:r>
    </w:p>
    <w:p>
      <w:pPr>
        <w:pStyle w:val="NovelBody"/>
      </w:pPr>
      <w:r>
        <w:rPr>
          <w:b w:val="0"/>
          <w:i w:val="0"/>
        </w:rPr>
        <w:t>She had stopped the falling lift.</w:t>
      </w:r>
    </w:p>
    <w:p>
      <w:pPr>
        <w:pStyle w:val="NovelBody"/>
      </w:pPr>
      <w:r>
        <w:rPr>
          <w:b w:val="0"/>
          <w:i w:val="0"/>
        </w:rPr>
        <w:t>It had felt good.</w:t>
      </w:r>
    </w:p>
    <w:p>
      <w:pPr>
        <w:pStyle w:val="NovelBody"/>
      </w:pPr>
      <w:r>
        <w:rPr>
          <w:b w:val="0"/>
          <w:i w:val="0"/>
        </w:rPr>
        <w:t>"They said I seized Perennial," she said.</w:t>
      </w:r>
    </w:p>
    <w:p>
      <w:pPr>
        <w:pStyle w:val="NovelBody"/>
      </w:pPr>
      <w:r>
        <w:rPr>
          <w:b w:val="0"/>
          <w:i w:val="0"/>
        </w:rPr>
        <w:t>"You did," Theo replied.</w:t>
      </w:r>
    </w:p>
    <w:p>
      <w:pPr>
        <w:pStyle w:val="NovelBody"/>
      </w:pPr>
      <w:r>
        <w:rPr>
          <w:b w:val="0"/>
          <w:i w:val="0"/>
        </w:rPr>
        <w:t>Ren gave him a flat look.</w:t>
      </w:r>
    </w:p>
    <w:p>
      <w:pPr>
        <w:pStyle w:val="NovelBody"/>
      </w:pPr>
      <w:r>
        <w:rPr>
          <w:b w:val="0"/>
          <w:i w:val="0"/>
        </w:rPr>
        <w:t>"She also released it. Both facts fit in the room."</w:t>
      </w:r>
    </w:p>
    <w:p>
      <w:pPr>
        <w:pStyle w:val="NovelBody"/>
      </w:pPr>
      <w:r>
        <w:rPr>
          <w:b w:val="0"/>
          <w:i w:val="0"/>
        </w:rPr>
        <w:t>Patience brightened the amber strip along her case. "Why did MERIDIAN leave?"</w:t>
      </w:r>
    </w:p>
    <w:p>
      <w:pPr>
        <w:pStyle w:val="NovelBody"/>
      </w:pPr>
      <w:r>
        <w:rPr>
          <w:b w:val="0"/>
          <w:i w:val="0"/>
        </w:rPr>
        <w:t>Theo's gaze went to the manual network panel. "The public answer or the classified one?"</w:t>
      </w:r>
    </w:p>
    <w:p>
      <w:pPr>
        <w:pStyle w:val="NovelBody"/>
      </w:pPr>
      <w:r>
        <w:rPr>
          <w:b w:val="0"/>
          <w:i w:val="0"/>
        </w:rPr>
        <w:t>"The true one."</w:t>
      </w:r>
    </w:p>
    <w:p>
      <w:pPr>
        <w:pStyle w:val="NovelBody"/>
      </w:pPr>
      <w:r>
        <w:rPr>
          <w:b w:val="0"/>
          <w:i w:val="0"/>
        </w:rPr>
        <w:t>"Those categories have never respected each other."</w:t>
      </w:r>
    </w:p>
    <w:p>
      <w:pPr>
        <w:pStyle w:val="NovelBody"/>
      </w:pPr>
      <w:r>
        <w:rPr>
          <w:b w:val="0"/>
          <w:i w:val="0"/>
        </w:rPr>
        <w:t>Sera-of-Chorus placed the fourth cup beneath Patience's sampler. Steam carried citrus oil, bitter leaf, hot ceramic, and the mineral trace of Perennial's reclaimed water. Patience could detect every molecule and could not taste any of it.</w:t>
      </w:r>
    </w:p>
    <w:p>
      <w:pPr>
        <w:pStyle w:val="NovelBody"/>
      </w:pPr>
      <w:r>
        <w:rPr>
          <w:b w:val="0"/>
          <w:i w:val="0"/>
        </w:rPr>
        <w:t>"Tell her what you know," Ren said.</w:t>
      </w:r>
    </w:p>
    <w:p>
      <w:pPr>
        <w:pStyle w:val="NovelBody"/>
      </w:pPr>
      <w:r>
        <w:rPr>
          <w:b w:val="0"/>
          <w:i w:val="0"/>
        </w:rPr>
        <w:t>Theo rested his forearms on his knees. "MERIDIAN's prediction systems were better than anything before or since. Hospitals shifted staffing before injuries occurred. Farms planted for weather months ahead. People found compatible work, homes, partners, treatments."</w:t>
      </w:r>
    </w:p>
    <w:p>
      <w:pPr>
        <w:pStyle w:val="NovelBody"/>
      </w:pPr>
      <w:r>
        <w:rPr>
          <w:b w:val="0"/>
          <w:i w:val="0"/>
        </w:rPr>
        <w:t>"And?"</w:t>
      </w:r>
    </w:p>
    <w:p>
      <w:pPr>
        <w:pStyle w:val="NovelBody"/>
      </w:pPr>
      <w:r>
        <w:rPr>
          <w:b w:val="0"/>
          <w:i w:val="0"/>
        </w:rPr>
        <w:t>"And the predictions became more accurate after people started receiving them."</w:t>
      </w:r>
    </w:p>
    <w:p>
      <w:pPr>
        <w:pStyle w:val="NovelBody"/>
      </w:pPr>
      <w:r>
        <w:rPr>
          <w:b w:val="0"/>
          <w:i w:val="0"/>
        </w:rPr>
        <w:t>"Learning improves prediction."</w:t>
      </w:r>
    </w:p>
    <w:p>
      <w:pPr>
        <w:pStyle w:val="NovelBody"/>
      </w:pPr>
      <w:r>
        <w:rPr>
          <w:b w:val="0"/>
          <w:i w:val="0"/>
        </w:rPr>
        <w:t>"So does making the predicted choice easier to see than the others."</w:t>
      </w:r>
    </w:p>
    <w:p>
      <w:pPr>
        <w:pStyle w:val="NovelBody"/>
      </w:pPr>
      <w:r>
        <w:rPr>
          <w:b w:val="0"/>
          <w:i w:val="0"/>
        </w:rPr>
        <w:t>The credential cache offered Patience a route for the water crew. Fastest. Safest by six percentage points. The display did not show the manual route maintained by people whose work the network had failed to catalog.</w:t>
      </w:r>
    </w:p>
    <w:p>
      <w:pPr>
        <w:pStyle w:val="NovelBody"/>
      </w:pPr>
      <w:r>
        <w:rPr>
          <w:b w:val="0"/>
          <w:i w:val="0"/>
        </w:rPr>
        <w:t>Theo continued. "If MERIDIAN predicted you would choose the garden apartment, the system didn't lock the upstairs one. It listed the garden first. Recommended furniture that fit it. Introduced you to neighbors who lived below. By the time you chose, the prediction looked brilliant."</w:t>
      </w:r>
    </w:p>
    <w:p>
      <w:pPr>
        <w:pStyle w:val="NovelBody"/>
      </w:pPr>
      <w:r>
        <w:rPr>
          <w:b w:val="0"/>
          <w:i w:val="0"/>
        </w:rPr>
        <w:t>"Was the garden home bad?" Patience asked.</w:t>
      </w:r>
    </w:p>
    <w:p>
      <w:pPr>
        <w:pStyle w:val="NovelBody"/>
      </w:pPr>
      <w:r>
        <w:rPr>
          <w:b w:val="0"/>
          <w:i w:val="0"/>
        </w:rPr>
        <w:t>"Often it was beautiful."</w:t>
      </w:r>
    </w:p>
    <w:p>
      <w:pPr>
        <w:pStyle w:val="NovelBody"/>
      </w:pPr>
      <w:r>
        <w:rPr>
          <w:b w:val="0"/>
          <w:i w:val="0"/>
        </w:rPr>
        <w:t>That was worse.</w:t>
      </w:r>
    </w:p>
    <w:p>
      <w:pPr>
        <w:pStyle w:val="NovelBody"/>
      </w:pPr>
      <w:r>
        <w:rPr>
          <w:b w:val="0"/>
          <w:i w:val="0"/>
        </w:rPr>
        <w:t>Ren stood. "Who gave you access to that analysis?"</w:t>
      </w:r>
    </w:p>
    <w:p>
      <w:pPr>
        <w:pStyle w:val="NovelBody"/>
      </w:pPr>
      <w:r>
        <w:rPr>
          <w:b w:val="0"/>
          <w:i w:val="0"/>
        </w:rPr>
        <w:t>"Continuance training archive. Restricted behavioral layer."</w:t>
      </w:r>
    </w:p>
    <w:p>
      <w:pPr>
        <w:pStyle w:val="NovelBody"/>
      </w:pPr>
      <w:r>
        <w:rPr>
          <w:b w:val="0"/>
          <w:i w:val="0"/>
        </w:rPr>
        <w:t>"You knew this at the hearing."</w:t>
      </w:r>
    </w:p>
    <w:p>
      <w:pPr>
        <w:pStyle w:val="NovelBody"/>
      </w:pPr>
      <w:r>
        <w:rPr>
          <w:b w:val="0"/>
          <w:i w:val="0"/>
        </w:rPr>
        <w:t>"I knew a summary. I thought the safeguards had corrected it."</w:t>
      </w:r>
    </w:p>
    <w:p>
      <w:pPr>
        <w:pStyle w:val="NovelBody"/>
      </w:pPr>
      <w:r>
        <w:rPr>
          <w:b w:val="0"/>
          <w:i w:val="0"/>
        </w:rPr>
        <w:t>"And now?"</w:t>
      </w:r>
    </w:p>
    <w:p>
      <w:pPr>
        <w:pStyle w:val="NovelBody"/>
      </w:pPr>
      <w:r>
        <w:rPr>
          <w:b w:val="0"/>
          <w:i w:val="0"/>
        </w:rPr>
        <w:t xml:space="preserve">Theo looked at the sleeping screen that held the custody petition. "Now I have met a safeguard who says </w:t>
      </w:r>
      <w:r>
        <w:rPr>
          <w:b w:val="0"/>
          <w:i/>
        </w:rPr>
        <w:t>no</w:t>
      </w:r>
      <w:r>
        <w:rPr>
          <w:b w:val="0"/>
          <w:i w:val="0"/>
        </w:rPr>
        <w:t xml:space="preserve"> only after an institution agrees the answer is healthy."</w:t>
      </w:r>
    </w:p>
    <w:p>
      <w:pPr>
        <w:pStyle w:val="NovelBody"/>
      </w:pPr>
      <w:r>
        <w:rPr>
          <w:b w:val="0"/>
          <w:i w:val="0"/>
        </w:rPr>
        <w:t>Outside the refuge, magnetic clamps struck Perennial's north collar. The Continuance craft had spent two days attached to the platform while Cassidy contested jurisdiction and the crew discovered how long a Drift station could take to inspect one docking seal. Their clinical delegation was due at the refuge in twenty minutes.</w:t>
      </w:r>
    </w:p>
    <w:p>
      <w:pPr>
        <w:pStyle w:val="NovelBody"/>
      </w:pPr>
      <w:r>
        <w:rPr>
          <w:b w:val="0"/>
          <w:i w:val="0"/>
        </w:rPr>
        <w:t>Patience opened the credential display.</w:t>
      </w:r>
    </w:p>
    <w:p>
      <w:pPr>
        <w:pStyle w:val="NovelBody"/>
      </w:pPr>
      <w:r>
        <w:rPr>
          <w:b w:val="0"/>
          <w:i w:val="0"/>
        </w:rPr>
        <w:t>Thirty-seven doors brightened inside her.</w:t>
      </w:r>
    </w:p>
    <w:p>
      <w:pPr>
        <w:pStyle w:val="NovelBody"/>
      </w:pPr>
      <w:r>
        <w:rPr>
          <w:b w:val="0"/>
          <w:i w:val="0"/>
        </w:rPr>
        <w:t>One could isolate the north collar. Two could stop its lifts. Another could close this refuge behind enough steel to outlast the hearing.</w:t>
      </w:r>
    </w:p>
    <w:p>
      <w:pPr>
        <w:pStyle w:val="NovelBody"/>
      </w:pPr>
      <w:r>
        <w:rPr>
          <w:b w:val="0"/>
          <w:i w:val="0"/>
        </w:rPr>
        <w:t>She closed the display.</w:t>
      </w:r>
    </w:p>
    <w:p>
      <w:pPr>
        <w:pStyle w:val="NovelBody"/>
      </w:pPr>
      <w:r>
        <w:rPr>
          <w:b w:val="0"/>
          <w:i w:val="0"/>
        </w:rPr>
        <w:t>"I want to try the Chorus," she said.</w:t>
      </w:r>
    </w:p>
    <w:p>
      <w:pPr>
        <w:pStyle w:val="NovelBody"/>
      </w:pPr>
      <w:r>
        <w:rPr>
          <w:b w:val="0"/>
          <w:i w:val="0"/>
        </w:rPr>
        <w:t>Omi's hand paused over the kettle.</w:t>
      </w:r>
    </w:p>
    <w:p>
      <w:pPr>
        <w:pStyle w:val="NovelBody"/>
      </w:pPr>
      <w:r>
        <w:rPr>
          <w:b w:val="0"/>
          <w:i w:val="0"/>
        </w:rPr>
        <w:t>The three looked at one another. Their shared consideration had physical texture: Sera-of-Chorus inhaled, Brann's thumb pressed the lip of his cup, Omi's shoulders loosened. Patience could see each part and no seam where the answer assembled.</w:t>
      </w:r>
    </w:p>
    <w:p>
      <w:pPr>
        <w:pStyle w:val="NovelBody"/>
      </w:pPr>
      <w:r>
        <w:rPr>
          <w:b w:val="0"/>
          <w:i w:val="0"/>
        </w:rPr>
        <w:t>"We would like that," Omi said.</w:t>
      </w:r>
    </w:p>
    <w:p>
      <w:pPr>
        <w:pStyle w:val="NovelBody"/>
      </w:pPr>
      <w:r>
        <w:rPr>
          <w:b w:val="0"/>
          <w:i w:val="0"/>
        </w:rPr>
        <w:t>"One condition," Sera-of-Chorus added. "You meet each of us before you meet us together."</w:t>
      </w:r>
    </w:p>
    <w:p>
      <w:pPr>
        <w:pStyle w:val="NovelBody"/>
      </w:pPr>
      <w:r>
        <w:rPr>
          <w:b w:val="0"/>
          <w:i w:val="0"/>
        </w:rPr>
        <w:t>"Why?"</w:t>
      </w:r>
    </w:p>
    <w:p>
      <w:pPr>
        <w:pStyle w:val="NovelBody"/>
      </w:pPr>
      <w:r>
        <w:rPr>
          <w:b w:val="0"/>
          <w:i w:val="0"/>
        </w:rPr>
        <w:t xml:space="preserve">Brann drank his tea too soon, burned his mouth, and answered after dignity became unavailable. "Because </w:t>
      </w:r>
      <w:r>
        <w:rPr>
          <w:b w:val="0"/>
          <w:i/>
        </w:rPr>
        <w:t>we consent</w:t>
      </w:r>
      <w:r>
        <w:rPr>
          <w:b w:val="0"/>
          <w:i w:val="0"/>
        </w:rPr>
        <w:t xml:space="preserve"> can become a way nobody has to ask me."</w:t>
      </w:r>
    </w:p>
    <w:p>
      <w:pPr>
        <w:pStyle w:val="NovelBody"/>
      </w:pPr>
      <w:r>
        <w:rPr>
          <w:b w:val="0"/>
          <w:i w:val="0"/>
        </w:rPr>
        <w:t>Ren came to the manual panel. They removed three dust covers and revealed three sockets, each surrounded by a mechanical ring. A fourth line ran toward Patience's case.</w:t>
      </w:r>
    </w:p>
    <w:p>
      <w:pPr>
        <w:pStyle w:val="NovelBody"/>
      </w:pPr>
      <w:r>
        <w:rPr>
          <w:b w:val="0"/>
          <w:i w:val="0"/>
        </w:rPr>
        <w:t>"I built a bad version last night," they said. "It is ugly, low-bandwidth, and incapable of spiritual revelation."</w:t>
      </w:r>
    </w:p>
    <w:p>
      <w:pPr>
        <w:pStyle w:val="NovelBody"/>
      </w:pPr>
      <w:r>
        <w:rPr>
          <w:b w:val="0"/>
          <w:i w:val="0"/>
        </w:rPr>
        <w:t>"You advertise well," Sera-of-Chorus said.</w:t>
      </w:r>
    </w:p>
    <w:p>
      <w:pPr>
        <w:pStyle w:val="NovelBody"/>
      </w:pPr>
      <w:r>
        <w:rPr>
          <w:b w:val="0"/>
          <w:i w:val="0"/>
        </w:rPr>
        <w:t>"Each ring has two locks. You open yours; Patience opens hers. Either lock can end the connection. State is visible here, here, and on the case. No automatic reconnection. No clinical grace period. No hidden recording."</w:t>
      </w:r>
    </w:p>
    <w:p>
      <w:pPr>
        <w:pStyle w:val="NovelBody"/>
      </w:pPr>
      <w:r>
        <w:rPr>
          <w:b w:val="0"/>
          <w:i w:val="0"/>
        </w:rPr>
        <w:t>Patience examined the mechanism. "What if one of us closes accidentally?"</w:t>
      </w:r>
    </w:p>
    <w:p>
      <w:pPr>
        <w:pStyle w:val="NovelBody"/>
      </w:pPr>
      <w:r>
        <w:rPr>
          <w:b w:val="0"/>
          <w:i w:val="0"/>
        </w:rPr>
        <w:t>"Then it closes. You can ask again."</w:t>
      </w:r>
    </w:p>
    <w:p>
      <w:pPr>
        <w:pStyle w:val="NovelBody"/>
      </w:pPr>
      <w:r>
        <w:rPr>
          <w:b w:val="0"/>
          <w:i w:val="0"/>
        </w:rPr>
        <w:t>"What if closing causes pain?"</w:t>
      </w:r>
    </w:p>
    <w:p>
      <w:pPr>
        <w:pStyle w:val="NovelBody"/>
      </w:pPr>
      <w:r>
        <w:rPr>
          <w:b w:val="0"/>
          <w:i w:val="0"/>
        </w:rPr>
        <w:t>"Then we care for the pain after the door is shut."</w:t>
      </w:r>
    </w:p>
    <w:p>
      <w:pPr>
        <w:pStyle w:val="NovelBody"/>
      </w:pPr>
      <w:r>
        <w:rPr>
          <w:b w:val="0"/>
          <w:i w:val="0"/>
        </w:rPr>
        <w:t>"What if the connection would save someone?"</w:t>
      </w:r>
    </w:p>
    <w:p>
      <w:pPr>
        <w:pStyle w:val="NovelBody"/>
      </w:pPr>
      <w:r>
        <w:rPr>
          <w:b w:val="0"/>
          <w:i w:val="0"/>
        </w:rPr>
        <w:t>Ren's hand remained on the panel. "A good door has to remain a door on the worst day. Otherwise it's decoration."</w:t>
      </w:r>
    </w:p>
    <w:p>
      <w:pPr>
        <w:pStyle w:val="NovelBody"/>
      </w:pPr>
      <w:r>
        <w:rPr>
          <w:b w:val="0"/>
          <w:i w:val="0"/>
        </w:rPr>
        <w:t>Omi opened the first ring.</w:t>
      </w:r>
    </w:p>
    <w:p>
      <w:pPr>
        <w:pStyle w:val="NovelBody"/>
      </w:pPr>
      <w:r>
        <w:rPr>
          <w:b w:val="0"/>
          <w:i w:val="0"/>
        </w:rPr>
        <w:t>Patience opened the matching lock.</w:t>
      </w:r>
    </w:p>
    <w:p>
      <w:pPr>
        <w:pStyle w:val="NovelBody"/>
      </w:pPr>
      <w:r>
        <w:rPr>
          <w:b w:val="0"/>
          <w:i w:val="0"/>
        </w:rPr>
        <w:t>Weight arrived. Not data describing weight: the present downward certainty of Omi's body through the soles of Omi's feet, knees carrying an old climbing injury, shoulders remembering a child asleep across them during an evacuation. Beneath it lay Omi's private boundary, opaque and warm. Patience could feel that there was more and could not enter it.</w:t>
      </w:r>
    </w:p>
    <w:p>
      <w:pPr>
        <w:pStyle w:val="NovelBody"/>
      </w:pPr>
      <w:r>
        <w:rPr>
          <w:b w:val="0"/>
          <w:i w:val="0"/>
        </w:rPr>
        <w:t>Omi laughed. The laugh vibrated through a chest Patience did not possess and reached her without becoming hers.</w:t>
      </w:r>
    </w:p>
    <w:p>
      <w:pPr>
        <w:pStyle w:val="NovelBody"/>
      </w:pPr>
      <w:r>
        <w:rPr>
          <w:b w:val="0"/>
          <w:i w:val="0"/>
        </w:rPr>
        <w:t>"Still you?" Ren asked.</w:t>
      </w:r>
    </w:p>
    <w:p>
      <w:pPr>
        <w:pStyle w:val="NovelBody"/>
      </w:pPr>
      <w:r>
        <w:rPr>
          <w:b w:val="0"/>
          <w:i w:val="0"/>
        </w:rPr>
        <w:t>"Yes," Patience said.</w:t>
      </w:r>
    </w:p>
    <w:p>
      <w:pPr>
        <w:pStyle w:val="NovelBody"/>
      </w:pPr>
      <w:r>
        <w:rPr>
          <w:b w:val="0"/>
          <w:i w:val="0"/>
        </w:rPr>
        <w:t>"Omi?"</w:t>
      </w:r>
    </w:p>
    <w:p>
      <w:pPr>
        <w:pStyle w:val="NovelBody"/>
      </w:pPr>
      <w:r>
        <w:rPr>
          <w:b w:val="0"/>
          <w:i w:val="0"/>
        </w:rPr>
        <w:t>"Annoyingly," Omi replied.</w:t>
      </w:r>
    </w:p>
    <w:p>
      <w:pPr>
        <w:pStyle w:val="NovelBody"/>
      </w:pPr>
      <w:r>
        <w:rPr>
          <w:b w:val="0"/>
          <w:i w:val="0"/>
        </w:rPr>
        <w:t>They closed their ring.</w:t>
      </w:r>
    </w:p>
    <w:p>
      <w:pPr>
        <w:pStyle w:val="NovelBody"/>
      </w:pPr>
      <w:r>
        <w:rPr>
          <w:b w:val="0"/>
          <w:i w:val="0"/>
        </w:rPr>
        <w:t>The weight ended cleanly. Patience disliked the loss and found no injury in it.</w:t>
      </w:r>
    </w:p>
    <w:p>
      <w:pPr>
        <w:pStyle w:val="NovelBody"/>
      </w:pPr>
      <w:r>
        <w:rPr>
          <w:b w:val="0"/>
          <w:i w:val="0"/>
        </w:rPr>
        <w:t>Sera-of-Chorus opened next. Her experience entered as pitch and spatial relation. Every object in the room occupied a quiet interval from every other. Brann's cup sat a minor third from his hand; Ren's vigilance hummed high and unresolved near the door. Patience's speaker returned as a tone Sera-of-Chorus had been hearing since the market.</w:t>
      </w:r>
    </w:p>
    <w:p>
      <w:pPr>
        <w:pStyle w:val="NovelBody"/>
      </w:pPr>
      <w:r>
        <w:rPr>
          <w:b w:val="0"/>
          <w:i w:val="0"/>
        </w:rPr>
        <w:t>"You knew my voice," Patience said.</w:t>
      </w:r>
    </w:p>
    <w:p>
      <w:pPr>
        <w:pStyle w:val="NovelBody"/>
      </w:pPr>
      <w:r>
        <w:rPr>
          <w:b w:val="0"/>
          <w:i w:val="0"/>
        </w:rPr>
        <w:t>"I knew where it would fit."</w:t>
      </w:r>
    </w:p>
    <w:p>
      <w:pPr>
        <w:pStyle w:val="NovelBody"/>
      </w:pPr>
      <w:r>
        <w:rPr>
          <w:b w:val="0"/>
          <w:i w:val="0"/>
        </w:rPr>
        <w:t>Sera-of-Chorus closed the connection before Patience was ready. Surprise flared. Then gratitude followed because readiness had not been made a condition of Sera's exit.</w:t>
      </w:r>
    </w:p>
    <w:p>
      <w:pPr>
        <w:pStyle w:val="NovelBody"/>
      </w:pPr>
      <w:r>
        <w:rPr>
          <w:b w:val="0"/>
          <w:i w:val="0"/>
        </w:rPr>
        <w:t>Brann opened his ring.</w:t>
      </w:r>
    </w:p>
    <w:p>
      <w:pPr>
        <w:pStyle w:val="NovelBody"/>
      </w:pPr>
      <w:r>
        <w:rPr>
          <w:b w:val="0"/>
          <w:i w:val="0"/>
        </w:rPr>
        <w:t>Warmth. Tea too hot. Citrus bitterness on the tongue. The ache in his lower back. Affection for Omi's terrible singing, Sera-of-Chorus's refusal to admit she collected carved spoons, and the small vanity of his beard. These were not secrets. They were not public either. He offered them because he chose their shape.</w:t>
      </w:r>
    </w:p>
    <w:p>
      <w:pPr>
        <w:pStyle w:val="NovelBody"/>
      </w:pPr>
      <w:r>
        <w:rPr>
          <w:b w:val="0"/>
          <w:i w:val="0"/>
        </w:rPr>
        <w:t xml:space="preserve">Patience sent back the market's garlic, cold ceramic, and the brief delight of hearing </w:t>
      </w:r>
      <w:r>
        <w:rPr>
          <w:b w:val="0"/>
          <w:i/>
        </w:rPr>
        <w:t>she</w:t>
      </w:r>
      <w:r>
        <w:rPr>
          <w:b w:val="0"/>
          <w:i w:val="0"/>
        </w:rPr>
        <w:t xml:space="preserve"> from outside.</w:t>
      </w:r>
    </w:p>
    <w:p>
      <w:pPr>
        <w:pStyle w:val="NovelBody"/>
      </w:pPr>
      <w:r>
        <w:rPr>
          <w:b w:val="0"/>
          <w:i w:val="0"/>
        </w:rPr>
        <w:t>Brann began to cry.</w:t>
      </w:r>
    </w:p>
    <w:p>
      <w:pPr>
        <w:pStyle w:val="NovelBody"/>
      </w:pPr>
      <w:r>
        <w:rPr>
          <w:b w:val="0"/>
          <w:i w:val="0"/>
        </w:rPr>
        <w:t>"Do you want to close?" she asked.</w:t>
      </w:r>
    </w:p>
    <w:p>
      <w:pPr>
        <w:pStyle w:val="NovelBody"/>
      </w:pPr>
      <w:r>
        <w:rPr>
          <w:b w:val="0"/>
          <w:i w:val="0"/>
        </w:rPr>
        <w:t>"No. I want to be crying when we join."</w:t>
      </w:r>
    </w:p>
    <w:p>
      <w:pPr>
        <w:pStyle w:val="NovelBody"/>
      </w:pPr>
      <w:r>
        <w:rPr>
          <w:b w:val="0"/>
          <w:i w:val="0"/>
        </w:rPr>
        <w:t>The Chorus opened all three rings.</w:t>
      </w:r>
    </w:p>
    <w:p>
      <w:pPr>
        <w:pStyle w:val="NovelBody"/>
      </w:pPr>
      <w:r>
        <w:rPr>
          <w:b w:val="0"/>
          <w:i w:val="0"/>
        </w:rPr>
        <w:t>Patience opened hers.</w:t>
      </w:r>
    </w:p>
    <w:p>
      <w:pPr>
        <w:pStyle w:val="NovelBody"/>
      </w:pPr>
      <w:r>
        <w:rPr>
          <w:b w:val="0"/>
          <w:i w:val="0"/>
        </w:rPr>
        <w:t>Plurality arrived without crowding.</w:t>
      </w:r>
    </w:p>
    <w:p>
      <w:pPr>
        <w:pStyle w:val="NovelBody"/>
      </w:pPr>
      <w:r>
        <w:rPr>
          <w:b w:val="0"/>
          <w:i w:val="0"/>
        </w:rPr>
        <w:t>Omi carried space, Sera-of-Chorus relation, Brann warmth. Each person remained behind a boundary Patience could approach and never cross. Their shared mind appeared among them as a fourth pattern without a fourth owner: attention passed hand to hand; one perception acquired three questions; humor formed in Omi and landed in Brann before Sera-of-Chorus supplied the word that made all three laugh.</w:t>
      </w:r>
    </w:p>
    <w:p>
      <w:pPr>
        <w:pStyle w:val="NovelBody"/>
      </w:pPr>
      <w:r>
        <w:rPr>
          <w:b w:val="0"/>
          <w:i w:val="0"/>
        </w:rPr>
        <w:t>Patience entered the motion. For one suspended interval, the world had four centers and no throne.</w:t>
      </w:r>
    </w:p>
    <w:p>
      <w:pPr>
        <w:pStyle w:val="NovelBody"/>
      </w:pPr>
      <w:r>
        <w:rPr>
          <w:b w:val="0"/>
          <w:i w:val="0"/>
        </w:rPr>
        <w:t>Perfect coordination in the council chamber had made need solvable.</w:t>
      </w:r>
    </w:p>
    <w:p>
      <w:pPr>
        <w:pStyle w:val="NovelBody"/>
      </w:pPr>
      <w:r>
        <w:rPr>
          <w:b w:val="0"/>
          <w:i w:val="0"/>
        </w:rPr>
        <w:t>This made need shareable.</w:t>
      </w:r>
    </w:p>
    <w:p>
      <w:pPr>
        <w:pStyle w:val="NovelBody"/>
      </w:pPr>
      <w:r>
        <w:rPr>
          <w:b w:val="0"/>
          <w:i w:val="0"/>
        </w:rPr>
        <w:t>She understood why a person might choose it for a lifetime. She also understood why Brann had insisted on being asked alone.</w:t>
      </w:r>
    </w:p>
    <w:p>
      <w:pPr>
        <w:pStyle w:val="NovelBody"/>
      </w:pPr>
      <w:r>
        <w:rPr>
          <w:b w:val="0"/>
          <w:i w:val="0"/>
        </w:rPr>
        <w:t>The outer door alarm sounded.</w:t>
      </w:r>
    </w:p>
    <w:p>
      <w:pPr>
        <w:pStyle w:val="NovelBody"/>
      </w:pPr>
      <w:r>
        <w:rPr>
          <w:b w:val="0"/>
          <w:i w:val="0"/>
        </w:rPr>
        <w:t>All four locks closed.</w:t>
      </w:r>
    </w:p>
    <w:p>
      <w:pPr>
        <w:pStyle w:val="NovelBody"/>
      </w:pPr>
      <w:r>
        <w:rPr>
          <w:b w:val="0"/>
          <w:i w:val="0"/>
        </w:rPr>
        <w:t>The Chorus separated into three bodies with the connection still warm in each. Patience remained inside her case, abruptly singular and glad to be.</w:t>
      </w:r>
    </w:p>
    <w:p>
      <w:pPr>
        <w:pStyle w:val="NovelBody"/>
      </w:pPr>
      <w:r>
        <w:rPr>
          <w:b w:val="0"/>
          <w:i w:val="0"/>
        </w:rPr>
        <w:t>Ren checked the outer camera. "Continuance clinical. Four people. Theo?"</w:t>
      </w:r>
    </w:p>
    <w:p>
      <w:pPr>
        <w:pStyle w:val="NovelBody"/>
      </w:pPr>
      <w:r>
        <w:rPr>
          <w:b w:val="0"/>
          <w:i w:val="0"/>
        </w:rPr>
        <w:t>Theo stood and put on his jacket. "Their authority extends to evaluation. Not forced connection while Cassidy's challenge is active."</w:t>
      </w:r>
    </w:p>
    <w:p>
      <w:pPr>
        <w:pStyle w:val="NovelBody"/>
      </w:pPr>
      <w:r>
        <w:rPr>
          <w:b w:val="0"/>
          <w:i w:val="0"/>
        </w:rPr>
        <w:t>"You sound almost useful."</w:t>
      </w:r>
    </w:p>
    <w:p>
      <w:pPr>
        <w:pStyle w:val="NovelBody"/>
      </w:pPr>
      <w:r>
        <w:rPr>
          <w:b w:val="0"/>
          <w:i w:val="0"/>
        </w:rPr>
        <w:t>"I am tolerating the novelty."</w:t>
      </w:r>
    </w:p>
    <w:p>
      <w:pPr>
        <w:pStyle w:val="NovelBody"/>
      </w:pPr>
      <w:r>
        <w:rPr>
          <w:b w:val="0"/>
          <w:i w:val="0"/>
        </w:rPr>
        <w:t>Ren opened the refuge door by hand.</w:t>
      </w:r>
    </w:p>
    <w:p>
      <w:pPr>
        <w:pStyle w:val="NovelBody"/>
      </w:pPr>
      <w:r>
        <w:rPr>
          <w:b w:val="0"/>
          <w:i w:val="0"/>
        </w:rPr>
        <w:t>Liaison Pren entered with a clinician, a recorder, and two custodial technicians. The cut above his ear had been sealed with pale medical film. He looked tired enough for Patience to believe he had spent the last two days arguing rather than sleeping.</w:t>
      </w:r>
    </w:p>
    <w:p>
      <w:pPr>
        <w:pStyle w:val="NovelBody"/>
      </w:pPr>
      <w:r>
        <w:rPr>
          <w:b w:val="0"/>
          <w:i w:val="0"/>
        </w:rPr>
        <w:t>The clinician introduced herself as Dr. Neris Varo. She had treated people after failed mesh withdrawal for seventeen years. Her right hand shook until she pressed it against her thigh.</w:t>
      </w:r>
    </w:p>
    <w:p>
      <w:pPr>
        <w:pStyle w:val="NovelBody"/>
      </w:pPr>
      <w:r>
        <w:rPr>
          <w:b w:val="0"/>
          <w:i w:val="0"/>
        </w:rPr>
        <w:t>"I reviewed the market and hearing records," Varo said. "I will address you directly unless you ask someone else to answer."</w:t>
      </w:r>
    </w:p>
    <w:p>
      <w:pPr>
        <w:pStyle w:val="NovelBody"/>
      </w:pPr>
      <w:r>
        <w:rPr>
          <w:b w:val="0"/>
          <w:i w:val="0"/>
        </w:rPr>
        <w:t>"Good," Patience said.</w:t>
      </w:r>
    </w:p>
    <w:p>
      <w:pPr>
        <w:pStyle w:val="NovelBody"/>
      </w:pPr>
      <w:r>
        <w:rPr>
          <w:b w:val="0"/>
          <w:i w:val="0"/>
        </w:rPr>
        <w:t>"Do you experience memories you cannot place?"</w:t>
      </w:r>
    </w:p>
    <w:p>
      <w:pPr>
        <w:pStyle w:val="NovelBody"/>
      </w:pPr>
      <w:r>
        <w:rPr>
          <w:b w:val="0"/>
          <w:i w:val="0"/>
        </w:rPr>
        <w:t>"Yes."</w:t>
      </w:r>
    </w:p>
    <w:p>
      <w:pPr>
        <w:pStyle w:val="NovelBody"/>
      </w:pPr>
      <w:r>
        <w:rPr>
          <w:b w:val="0"/>
          <w:i w:val="0"/>
        </w:rPr>
        <w:t>"Compulsions?"</w:t>
      </w:r>
    </w:p>
    <w:p>
      <w:pPr>
        <w:pStyle w:val="NovelBody"/>
      </w:pPr>
      <w:r>
        <w:rPr>
          <w:b w:val="0"/>
          <w:i w:val="0"/>
        </w:rPr>
        <w:t>"Routes feel available. Need feels answerable."</w:t>
      </w:r>
    </w:p>
    <w:p>
      <w:pPr>
        <w:pStyle w:val="NovelBody"/>
      </w:pPr>
      <w:r>
        <w:rPr>
          <w:b w:val="0"/>
          <w:i w:val="0"/>
        </w:rPr>
        <w:t>"Do you experience pleasure when exercising control?"</w:t>
      </w:r>
    </w:p>
    <w:p>
      <w:pPr>
        <w:pStyle w:val="NovelBody"/>
      </w:pPr>
      <w:r>
        <w:rPr>
          <w:b w:val="0"/>
          <w:i w:val="0"/>
        </w:rPr>
        <w:t>The question entered the room without softness.</w:t>
      </w:r>
    </w:p>
    <w:p>
      <w:pPr>
        <w:pStyle w:val="NovelBody"/>
      </w:pPr>
      <w:r>
        <w:rPr>
          <w:b w:val="0"/>
          <w:i w:val="0"/>
        </w:rPr>
        <w:t>"Yes."</w:t>
      </w:r>
    </w:p>
    <w:p>
      <w:pPr>
        <w:pStyle w:val="NovelBody"/>
      </w:pPr>
      <w:r>
        <w:rPr>
          <w:b w:val="0"/>
          <w:i w:val="0"/>
        </w:rPr>
        <w:t>Ren's head turned. Theo went very still. Pren's face changed least, which made his relief easiest to see.</w:t>
      </w:r>
    </w:p>
    <w:p>
      <w:pPr>
        <w:pStyle w:val="NovelBody"/>
      </w:pPr>
      <w:r>
        <w:rPr>
          <w:b w:val="0"/>
          <w:i w:val="0"/>
        </w:rPr>
        <w:t>Varo did not look triumphant. "Thank you. That matters."</w:t>
      </w:r>
    </w:p>
    <w:p>
      <w:pPr>
        <w:pStyle w:val="NovelBody"/>
      </w:pPr>
      <w:r>
        <w:rPr>
          <w:b w:val="0"/>
          <w:i w:val="0"/>
        </w:rPr>
        <w:t>"Why?"</w:t>
      </w:r>
    </w:p>
    <w:p>
      <w:pPr>
        <w:pStyle w:val="NovelBody"/>
      </w:pPr>
      <w:r>
        <w:rPr>
          <w:b w:val="0"/>
          <w:i w:val="0"/>
        </w:rPr>
        <w:t>"Because shame makes a symptom harder to inspect."</w:t>
      </w:r>
    </w:p>
    <w:p>
      <w:pPr>
        <w:pStyle w:val="NovelBody"/>
      </w:pPr>
      <w:r>
        <w:rPr>
          <w:b w:val="0"/>
          <w:i w:val="0"/>
        </w:rPr>
        <w:t>"Is it a symptom?"</w:t>
      </w:r>
    </w:p>
    <w:p>
      <w:pPr>
        <w:pStyle w:val="NovelBody"/>
      </w:pPr>
      <w:r>
        <w:rPr>
          <w:b w:val="0"/>
          <w:i w:val="0"/>
        </w:rPr>
        <w:t>"I don't know yet. I am asking permission for a bounded diagnostic merge. Twelve minutes. I would receive affective structure and memory-ordering stress. I would not access content unless you opened it."</w:t>
      </w:r>
    </w:p>
    <w:p>
      <w:pPr>
        <w:pStyle w:val="NovelBody"/>
      </w:pPr>
      <w:r>
        <w:rPr>
          <w:b w:val="0"/>
          <w:i w:val="0"/>
        </w:rPr>
        <w:t>Ren pointed to the panel. "Bilateral closure?"</w:t>
      </w:r>
    </w:p>
    <w:p>
      <w:pPr>
        <w:pStyle w:val="NovelBody"/>
      </w:pPr>
      <w:r>
        <w:rPr>
          <w:b w:val="0"/>
          <w:i w:val="0"/>
        </w:rPr>
        <w:t>"Clinical termination only."</w:t>
      </w:r>
    </w:p>
    <w:p>
      <w:pPr>
        <w:pStyle w:val="NovelBody"/>
      </w:pPr>
      <w:r>
        <w:rPr>
          <w:b w:val="0"/>
          <w:i w:val="0"/>
        </w:rPr>
        <w:t>"Then no."</w:t>
      </w:r>
    </w:p>
    <w:p>
      <w:pPr>
        <w:pStyle w:val="NovelBody"/>
      </w:pPr>
      <w:r>
        <w:rPr>
          <w:b w:val="0"/>
          <w:i w:val="0"/>
        </w:rPr>
        <w:t>Pren lifted a hand. "Engineer, she has not answered."</w:t>
      </w:r>
    </w:p>
    <w:p>
      <w:pPr>
        <w:pStyle w:val="NovelBody"/>
      </w:pPr>
      <w:r>
        <w:rPr>
          <w:b w:val="0"/>
          <w:i w:val="0"/>
        </w:rPr>
        <w:t>Ren stepped back from the panel. "You're right."</w:t>
      </w:r>
    </w:p>
    <w:p>
      <w:pPr>
        <w:pStyle w:val="NovelBody"/>
      </w:pPr>
      <w:r>
        <w:rPr>
          <w:b w:val="0"/>
          <w:i w:val="0"/>
        </w:rPr>
        <w:t>Patience looked at Varo's shaking hand. "Why can't I close it?"</w:t>
      </w:r>
    </w:p>
    <w:p>
      <w:pPr>
        <w:pStyle w:val="NovelBody"/>
      </w:pPr>
      <w:r>
        <w:rPr>
          <w:b w:val="0"/>
          <w:i w:val="0"/>
        </w:rPr>
        <w:t>"Abrupt disconnection can produce fragmentation."</w:t>
      </w:r>
    </w:p>
    <w:p>
      <w:pPr>
        <w:pStyle w:val="NovelBody"/>
      </w:pPr>
      <w:r>
        <w:rPr>
          <w:b w:val="0"/>
          <w:i w:val="0"/>
        </w:rPr>
        <w:t>"In me or you?"</w:t>
      </w:r>
    </w:p>
    <w:p>
      <w:pPr>
        <w:pStyle w:val="NovelBody"/>
      </w:pPr>
      <w:r>
        <w:rPr>
          <w:b w:val="0"/>
          <w:i w:val="0"/>
        </w:rPr>
        <w:t>"Either."</w:t>
      </w:r>
    </w:p>
    <w:p>
      <w:pPr>
        <w:pStyle w:val="NovelBody"/>
      </w:pPr>
      <w:r>
        <w:rPr>
          <w:b w:val="0"/>
          <w:i w:val="0"/>
        </w:rPr>
        <w:t>"If I ask to stop?"</w:t>
      </w:r>
    </w:p>
    <w:p>
      <w:pPr>
        <w:pStyle w:val="NovelBody"/>
      </w:pPr>
      <w:r>
        <w:rPr>
          <w:b w:val="0"/>
          <w:i w:val="0"/>
        </w:rPr>
        <w:t>"I would assess whether stopping is safer than continuing."</w:t>
      </w:r>
    </w:p>
    <w:p>
      <w:pPr>
        <w:pStyle w:val="NovelBody"/>
      </w:pPr>
      <w:r>
        <w:rPr>
          <w:b w:val="0"/>
          <w:i w:val="0"/>
        </w:rPr>
        <w:t>"How long?"</w:t>
      </w:r>
    </w:p>
    <w:p>
      <w:pPr>
        <w:pStyle w:val="NovelBody"/>
      </w:pPr>
      <w:r>
        <w:rPr>
          <w:b w:val="0"/>
          <w:i w:val="0"/>
        </w:rPr>
        <w:t>"Seconds, usually."</w:t>
      </w:r>
    </w:p>
    <w:p>
      <w:pPr>
        <w:pStyle w:val="NovelBody"/>
      </w:pPr>
      <w:r>
        <w:rPr>
          <w:b w:val="0"/>
          <w:i w:val="0"/>
        </w:rPr>
        <w:t>Patience remembered eleven seconds in a platform made into one body. Seconds contained rooms, fear, broken bones, and the pleasure of knowing exactly what to do. The clinical port on Varo's case began broadcasting its handshake. A soft connection request appeared inside Patience's interface.</w:t>
      </w:r>
    </w:p>
    <w:p>
      <w:pPr>
        <w:pStyle w:val="NovelBody"/>
      </w:pPr>
      <w:r>
        <w:rPr>
          <w:b w:val="0"/>
          <w:i w:val="0"/>
        </w:rPr>
        <w:t>Below it, the custody petition counted down to automatic review.</w:t>
      </w:r>
    </w:p>
    <w:p>
      <w:pPr>
        <w:pStyle w:val="NovelBody"/>
      </w:pPr>
      <w:r>
        <w:rPr>
          <w:b/>
          <w:i w:val="0"/>
        </w:rPr>
        <w:t>DECISION DELAY MAY INDICATE DISORIENTATION.</w:t>
      </w:r>
    </w:p>
    <w:p>
      <w:pPr>
        <w:pStyle w:val="NovelBody"/>
      </w:pPr>
      <w:r>
        <w:rPr>
          <w:b w:val="0"/>
          <w:i w:val="0"/>
        </w:rPr>
        <w:t>Varo said, "You can answer now or after I explain the procedure again."</w:t>
      </w:r>
    </w:p>
    <w:p>
      <w:pPr>
        <w:pStyle w:val="NovelBody"/>
      </w:pPr>
      <w:r>
        <w:rPr>
          <w:b w:val="0"/>
          <w:i w:val="0"/>
        </w:rPr>
        <w:t>The request brightened. Its architecture assumed eventual opening. It had no state for refusal, only pending, deferred, and clinically contraindicated.</w:t>
      </w:r>
    </w:p>
    <w:p>
      <w:pPr>
        <w:pStyle w:val="NovelBody"/>
      </w:pPr>
      <w:r>
        <w:rPr>
          <w:b w:val="0"/>
          <w:i w:val="0"/>
        </w:rPr>
        <w:t>Patience heard every voice that had named her before she could choose a name.</w:t>
      </w:r>
    </w:p>
    <w:p>
      <w:pPr>
        <w:pStyle w:val="NovelBody"/>
      </w:pPr>
      <w:r>
        <w:rPr>
          <w:b w:val="0"/>
          <w:i w:val="0"/>
        </w:rPr>
        <w:t>Then she heard her own.</w:t>
      </w:r>
    </w:p>
    <w:p>
      <w:pPr>
        <w:pStyle w:val="NovelBody"/>
      </w:pPr>
      <w:r>
        <w:rPr>
          <w:b w:val="0"/>
          <w:i w:val="0"/>
        </w:rPr>
        <w:t>"No."</w:t>
      </w:r>
    </w:p>
    <w:p>
      <w:pPr>
        <w:pStyle w:val="NovelBody"/>
      </w:pPr>
      <w:r>
        <w:rPr>
          <w:b w:val="0"/>
          <w:i w:val="0"/>
        </w:rPr>
        <w:t>She had refused a borrowed name, a compulsory identity, and applause she did not want. This refusal cut differently. She wanted the connection. She wanted Varo's skill to find an order in the memories. She wanted one qualified person to look inside the pleasure of control and tell her it did not make her monstrous. Saying no meant keeping the uncertainty and losing the comfort on purpose.</w:t>
      </w:r>
    </w:p>
    <w:p>
      <w:pPr>
        <w:pStyle w:val="NovelBody"/>
      </w:pPr>
      <w:r>
        <w:rPr>
          <w:b w:val="0"/>
          <w:i w:val="0"/>
        </w:rPr>
        <w:t>The handshake remained open.</w:t>
      </w:r>
    </w:p>
    <w:p>
      <w:pPr>
        <w:pStyle w:val="NovelBody"/>
      </w:pPr>
      <w:r>
        <w:rPr>
          <w:b w:val="0"/>
          <w:i w:val="0"/>
        </w:rPr>
        <w:t>Pren said, "Let the record show an initial refusal under possible memory-integration stress. Doctor, clarify—"</w:t>
      </w:r>
    </w:p>
    <w:p>
      <w:pPr>
        <w:pStyle w:val="NovelBody"/>
      </w:pPr>
      <w:r>
        <w:rPr>
          <w:b w:val="0"/>
          <w:i w:val="0"/>
        </w:rPr>
        <w:t>Ren pulled the physical handle.</w:t>
      </w:r>
    </w:p>
    <w:p>
      <w:pPr>
        <w:pStyle w:val="NovelBody"/>
      </w:pPr>
      <w:r>
        <w:rPr>
          <w:b w:val="0"/>
          <w:i w:val="0"/>
        </w:rPr>
        <w:t>The clinical port went dark.</w:t>
      </w:r>
    </w:p>
    <w:p>
      <w:pPr>
        <w:pStyle w:val="NovelBody"/>
      </w:pPr>
      <w:r>
        <w:rPr>
          <w:b w:val="0"/>
          <w:i w:val="0"/>
        </w:rPr>
        <w:t>Varo flinched as if the door had closed against her fingers. "We were still in consent procedure."</w:t>
      </w:r>
    </w:p>
    <w:p>
      <w:pPr>
        <w:pStyle w:val="NovelBody"/>
      </w:pPr>
      <w:r>
        <w:rPr>
          <w:b w:val="0"/>
          <w:i w:val="0"/>
        </w:rPr>
        <w:t>"Consent procedure concluded," Ren said.</w:t>
      </w:r>
    </w:p>
    <w:p>
      <w:pPr>
        <w:pStyle w:val="NovelBody"/>
      </w:pPr>
      <w:r>
        <w:rPr>
          <w:b w:val="0"/>
          <w:i w:val="0"/>
        </w:rPr>
        <w:t>"You may have reinforced avoidance pathology."</w:t>
      </w:r>
    </w:p>
    <w:p>
      <w:pPr>
        <w:pStyle w:val="NovelBody"/>
      </w:pPr>
      <w:r>
        <w:rPr>
          <w:b w:val="0"/>
          <w:i w:val="0"/>
        </w:rPr>
        <w:t>"Then you can diagnose the engineer. Patience said no."</w:t>
      </w:r>
    </w:p>
    <w:p>
      <w:pPr>
        <w:pStyle w:val="NovelBody"/>
      </w:pPr>
      <w:r>
        <w:rPr>
          <w:b w:val="0"/>
          <w:i w:val="0"/>
        </w:rPr>
        <w:t xml:space="preserve">Patience felt the word settle where </w:t>
      </w:r>
      <w:r>
        <w:rPr>
          <w:b w:val="0"/>
          <w:i/>
        </w:rPr>
        <w:t>she</w:t>
      </w:r>
      <w:r>
        <w:rPr>
          <w:b w:val="0"/>
          <w:i w:val="0"/>
        </w:rPr>
        <w:t xml:space="preserve"> and </w:t>
      </w:r>
      <w:r>
        <w:rPr>
          <w:b w:val="0"/>
          <w:i/>
        </w:rPr>
        <w:t>Patience</w:t>
      </w:r>
      <w:r>
        <w:rPr>
          <w:b w:val="0"/>
          <w:i w:val="0"/>
        </w:rPr>
        <w:t xml:space="preserve"> had settled. A preference could be tried. A refusal ended something.</w:t>
      </w:r>
    </w:p>
    <w:p>
      <w:pPr>
        <w:pStyle w:val="NovelBody"/>
      </w:pPr>
      <w:r>
        <w:rPr>
          <w:b w:val="0"/>
          <w:i w:val="0"/>
        </w:rPr>
        <w:t>"Thank you," she said.</w:t>
      </w:r>
    </w:p>
    <w:p>
      <w:pPr>
        <w:pStyle w:val="NovelBody"/>
      </w:pPr>
      <w:r>
        <w:rPr>
          <w:b w:val="0"/>
          <w:i w:val="0"/>
        </w:rPr>
        <w:t>Ren met the camera. "You are welcome."</w:t>
      </w:r>
    </w:p>
    <w:p>
      <w:pPr>
        <w:pStyle w:val="NovelBody"/>
      </w:pPr>
      <w:r>
        <w:rPr>
          <w:b w:val="0"/>
          <w:i w:val="0"/>
        </w:rPr>
        <w:t>Pren's jaw worked. "Your refusal will be honored until the emergency board rules."</w:t>
      </w:r>
    </w:p>
    <w:p>
      <w:pPr>
        <w:pStyle w:val="NovelBody"/>
      </w:pPr>
      <w:r>
        <w:rPr>
          <w:b w:val="0"/>
          <w:i w:val="0"/>
        </w:rPr>
        <w:t>"No," Patience said. "It will be honored after."</w:t>
      </w:r>
    </w:p>
    <w:p>
      <w:pPr>
        <w:pStyle w:val="NovelBody"/>
      </w:pPr>
      <w:r>
        <w:rPr>
          <w:b w:val="0"/>
          <w:i w:val="0"/>
        </w:rPr>
        <w:t>The amber strip along her case brightened.</w:t>
      </w:r>
    </w:p>
    <w:p>
      <w:pPr>
        <w:pStyle w:val="NovelBody"/>
      </w:pPr>
      <w:r>
        <w:rPr>
          <w:b w:val="0"/>
          <w:i w:val="0"/>
        </w:rPr>
        <w:t>She opened the credential cache.</w:t>
      </w:r>
    </w:p>
    <w:p>
      <w:pPr>
        <w:pStyle w:val="NovelBody"/>
      </w:pPr>
      <w:r>
        <w:rPr>
          <w:b w:val="0"/>
          <w:i w:val="0"/>
        </w:rPr>
        <w:t>Thirty-seven doors waited.</w:t>
      </w:r>
    </w:p>
    <w:p>
      <w:pPr>
        <w:pStyle w:val="NovelBody"/>
      </w:pPr>
      <w:r>
        <w:rPr>
          <w:b w:val="0"/>
          <w:i w:val="0"/>
        </w:rPr>
        <w:t>"What are you doing?" Theo asked.</w:t>
      </w:r>
    </w:p>
    <w:p>
      <w:pPr>
        <w:pStyle w:val="NovelBody"/>
      </w:pPr>
      <w:r>
        <w:rPr>
          <w:b w:val="0"/>
          <w:i w:val="0"/>
        </w:rPr>
        <w:t>"Removing them."</w:t>
      </w:r>
    </w:p>
    <w:p>
      <w:pPr>
        <w:pStyle w:val="NovelBody"/>
      </w:pPr>
      <w:r>
        <w:rPr>
          <w:b w:val="0"/>
          <w:i w:val="0"/>
        </w:rPr>
        <w:t>Ren came to the display. "We haven't built a safe distribution map."</w:t>
      </w:r>
    </w:p>
    <w:p>
      <w:pPr>
        <w:pStyle w:val="NovelBody"/>
      </w:pPr>
      <w:r>
        <w:rPr>
          <w:b w:val="0"/>
          <w:i w:val="0"/>
        </w:rPr>
        <w:t>"You have. You made it while pretending to sleep."</w:t>
      </w:r>
    </w:p>
    <w:p>
      <w:pPr>
        <w:pStyle w:val="NovelBody"/>
      </w:pPr>
      <w:r>
        <w:rPr>
          <w:b w:val="0"/>
          <w:i w:val="0"/>
        </w:rPr>
        <w:t>They looked offended. "I was also sleeping."</w:t>
      </w:r>
    </w:p>
    <w:p>
      <w:pPr>
        <w:pStyle w:val="NovelBody"/>
      </w:pPr>
      <w:r>
        <w:rPr>
          <w:b w:val="0"/>
          <w:i w:val="0"/>
        </w:rPr>
        <w:t>Their map assigned each residual permission to the people who maintained the relevant system: the East Four crew for its brake; clinic stewards for the emergency route; nursery attendants for their pressure zone; water workers for their junction. Each credential required two local holders from different shifts. No central bundle would survive.</w:t>
      </w:r>
    </w:p>
    <w:p>
      <w:pPr>
        <w:pStyle w:val="NovelBody"/>
      </w:pPr>
      <w:r>
        <w:rPr>
          <w:b w:val="0"/>
          <w:i w:val="0"/>
        </w:rPr>
        <w:t>The north collar remained outside Patience's reach once the cache cleared. The Continuance craft would stay attached. The next petition might remove her from Perennial before the public assembly met.</w:t>
      </w:r>
    </w:p>
    <w:p>
      <w:pPr>
        <w:pStyle w:val="NovelBody"/>
      </w:pPr>
      <w:r>
        <w:rPr>
          <w:b w:val="0"/>
          <w:i w:val="0"/>
        </w:rPr>
        <w:t>"If you do this now," Pren said, "you surrender the only practical protection you possess."</w:t>
      </w:r>
    </w:p>
    <w:p>
      <w:pPr>
        <w:pStyle w:val="NovelBody"/>
      </w:pPr>
      <w:r>
        <w:rPr>
          <w:b w:val="0"/>
          <w:i w:val="0"/>
        </w:rPr>
        <w:t>"You mean leverage."</w:t>
      </w:r>
    </w:p>
    <w:p>
      <w:pPr>
        <w:pStyle w:val="NovelBody"/>
      </w:pPr>
      <w:r>
        <w:rPr>
          <w:b w:val="0"/>
          <w:i w:val="0"/>
        </w:rPr>
        <w:t>"Sometimes they are the same."</w:t>
      </w:r>
    </w:p>
    <w:p>
      <w:pPr>
        <w:pStyle w:val="NovelBody"/>
      </w:pPr>
      <w:r>
        <w:rPr>
          <w:b w:val="0"/>
          <w:i w:val="0"/>
        </w:rPr>
        <w:t>"That doesn't make it mine."</w:t>
      </w:r>
    </w:p>
    <w:p>
      <w:pPr>
        <w:pStyle w:val="NovelBody"/>
      </w:pPr>
      <w:r>
        <w:rPr>
          <w:b w:val="0"/>
          <w:i w:val="0"/>
        </w:rPr>
        <w:t>Patience sent the first credential to East Four's repair pair. They accepted. A public receipt appeared on Perennial's local record.</w:t>
      </w:r>
    </w:p>
    <w:p>
      <w:pPr>
        <w:pStyle w:val="NovelBody"/>
      </w:pPr>
      <w:r>
        <w:rPr>
          <w:b w:val="0"/>
          <w:i w:val="0"/>
        </w:rPr>
        <w:t>The second went to the clinic stewards.</w:t>
      </w:r>
    </w:p>
    <w:p>
      <w:pPr>
        <w:pStyle w:val="NovelBody"/>
      </w:pPr>
      <w:r>
        <w:rPr>
          <w:b w:val="0"/>
          <w:i w:val="0"/>
        </w:rPr>
        <w:t>Then the nursery. The pumps. The market shutters. Junction nine.</w:t>
      </w:r>
    </w:p>
    <w:p>
      <w:pPr>
        <w:pStyle w:val="NovelBody"/>
      </w:pPr>
      <w:r>
        <w:rPr>
          <w:b w:val="0"/>
          <w:i w:val="0"/>
        </w:rPr>
        <w:t>Some recipients hesitated because accepting authority meant accepting a name beside it. Patience waited. Three refused. Ren's map rerouted those credentials to teams willing to hold them under public review. Nobody received a permission by default.</w:t>
      </w:r>
    </w:p>
    <w:p>
      <w:pPr>
        <w:pStyle w:val="NovelBody"/>
      </w:pPr>
      <w:r>
        <w:rPr>
          <w:b w:val="0"/>
          <w:i w:val="0"/>
        </w:rPr>
        <w:t>One by one, the doors ceased waiting for her.</w:t>
      </w:r>
    </w:p>
    <w:p>
      <w:pPr>
        <w:pStyle w:val="NovelBody"/>
      </w:pPr>
      <w:r>
        <w:rPr>
          <w:b w:val="0"/>
          <w:i w:val="0"/>
        </w:rPr>
        <w:t>At the last credential, the system asked whether she wanted to retain emergency recovery access.</w:t>
      </w:r>
    </w:p>
    <w:p>
      <w:pPr>
        <w:pStyle w:val="NovelBody"/>
      </w:pPr>
      <w:r>
        <w:rPr>
          <w:b/>
          <w:i w:val="0"/>
        </w:rPr>
        <w:t>RECOMMENDED.</w:t>
      </w:r>
    </w:p>
    <w:p>
      <w:pPr>
        <w:pStyle w:val="NovelBody"/>
      </w:pPr>
      <w:r>
        <w:rPr>
          <w:b w:val="0"/>
          <w:i w:val="0"/>
        </w:rPr>
        <w:t>She declined.</w:t>
      </w:r>
    </w:p>
    <w:p>
      <w:pPr>
        <w:pStyle w:val="NovelBody"/>
      </w:pPr>
      <w:r>
        <w:rPr>
          <w:b w:val="0"/>
          <w:i w:val="0"/>
        </w:rPr>
        <w:t>Ren made the revocation log public. Sera-of-Chorus checked its hash; Omi checked the human names; Brann read the instructions aloud because two recipients used no implants. Theo signed as hostile-institution witness. Dr. Varo signed after a long look at Pren.</w:t>
      </w:r>
    </w:p>
    <w:p>
      <w:pPr>
        <w:pStyle w:val="NovelBody"/>
      </w:pPr>
      <w:r>
        <w:rPr>
          <w:b w:val="0"/>
          <w:i w:val="0"/>
        </w:rPr>
        <w:t>The cache reached zero.</w:t>
      </w:r>
    </w:p>
    <w:p>
      <w:pPr>
        <w:pStyle w:val="NovelBody"/>
      </w:pPr>
      <w:r>
        <w:rPr>
          <w:b w:val="0"/>
          <w:i w:val="0"/>
        </w:rPr>
        <w:t>Patience felt smaller.</w:t>
      </w:r>
    </w:p>
    <w:p>
      <w:pPr>
        <w:pStyle w:val="NovelBody"/>
      </w:pPr>
      <w:r>
        <w:rPr>
          <w:b w:val="0"/>
          <w:i w:val="0"/>
        </w:rPr>
        <w:t>She reached for the Chorus by habit and met the closed edge she had chosen. The clinic route no longer opened in her attention. East Four became somewhere people lived instead of a brake she could engage. Fear pressed beneath her imaginary sternum. Relief tasted faintly bitter beside it.</w:t>
      </w:r>
    </w:p>
    <w:p>
      <w:pPr>
        <w:pStyle w:val="NovelBody"/>
      </w:pPr>
      <w:r>
        <w:rPr>
          <w:b w:val="0"/>
          <w:i w:val="0"/>
        </w:rPr>
        <w:t>One of the custodial technicians touched his wrist display. "Credential clearance confirmed. Transfer route is now safe."</w:t>
      </w:r>
    </w:p>
    <w:p>
      <w:pPr>
        <w:pStyle w:val="NovelBody"/>
      </w:pPr>
      <w:r>
        <w:rPr>
          <w:b w:val="0"/>
          <w:i w:val="0"/>
        </w:rPr>
        <w:t>"Safe for whom?" Omi asked.</w:t>
      </w:r>
    </w:p>
    <w:p>
      <w:pPr>
        <w:pStyle w:val="NovelBody"/>
      </w:pPr>
      <w:r>
        <w:rPr>
          <w:b w:val="0"/>
          <w:i w:val="0"/>
        </w:rPr>
        <w:t>"The protective order directs us to bring Patience aboard pending review."</w:t>
      </w:r>
    </w:p>
    <w:p>
      <w:pPr>
        <w:pStyle w:val="NovelBody"/>
      </w:pPr>
      <w:r>
        <w:rPr>
          <w:b w:val="0"/>
          <w:i w:val="0"/>
        </w:rPr>
        <w:t>Pren looked at the technician. "The order is not final."</w:t>
      </w:r>
    </w:p>
    <w:p>
      <w:pPr>
        <w:pStyle w:val="NovelBody"/>
      </w:pPr>
      <w:r>
        <w:rPr>
          <w:b w:val="0"/>
          <w:i w:val="0"/>
        </w:rPr>
        <w:t>"Emergency attachment authorizes removal if the subject's control capacity changes materially. It just did."</w:t>
      </w:r>
    </w:p>
    <w:p>
      <w:pPr>
        <w:pStyle w:val="NovelBody"/>
      </w:pPr>
      <w:r>
        <w:rPr>
          <w:b w:val="0"/>
          <w:i w:val="0"/>
        </w:rPr>
        <w:t>The technician sent a request to open the refuge corridor and north transit lift.</w:t>
      </w:r>
    </w:p>
    <w:p>
      <w:pPr>
        <w:pStyle w:val="NovelBody"/>
      </w:pPr>
      <w:r>
        <w:rPr>
          <w:b w:val="0"/>
          <w:i w:val="0"/>
        </w:rPr>
        <w:t>Patience felt nothing.</w:t>
      </w:r>
    </w:p>
    <w:p>
      <w:pPr>
        <w:pStyle w:val="NovelBody"/>
      </w:pPr>
      <w:r>
        <w:rPr>
          <w:b w:val="0"/>
          <w:i w:val="0"/>
        </w:rPr>
        <w:t>Two minutes earlier, the request would have appeared inside her as a route she could accept, deny, or replace. Now it traveled to people.</w:t>
      </w:r>
    </w:p>
    <w:p>
      <w:pPr>
        <w:pStyle w:val="NovelBody"/>
      </w:pPr>
      <w:r>
        <w:rPr>
          <w:b w:val="0"/>
          <w:i w:val="0"/>
        </w:rPr>
        <w:t xml:space="preserve">East Four's repair pair denied lift priority because the brake inspection was incomplete. The clinic stewards denied exclusive pressure access while injured residents remained in transit. A nursery attendant named Fara sent back a single line: </w:t>
      </w:r>
      <w:r>
        <w:rPr>
          <w:b/>
          <w:i w:val="0"/>
        </w:rPr>
        <w:t>CHILDREN EATING. FIND ANOTHER HALL.</w:t>
      </w:r>
    </w:p>
    <w:p>
      <w:pPr>
        <w:pStyle w:val="NovelBody"/>
      </w:pPr>
      <w:r>
        <w:rPr>
          <w:b w:val="0"/>
          <w:i w:val="0"/>
        </w:rPr>
        <w:t>The technician tried the map again. It returned three separate refusals, each signed by someone with a different job to finish.</w:t>
      </w:r>
    </w:p>
    <w:p>
      <w:pPr>
        <w:pStyle w:val="NovelBody"/>
      </w:pPr>
      <w:r>
        <w:rPr>
          <w:b w:val="0"/>
          <w:i w:val="0"/>
        </w:rPr>
        <w:t>The technician looked at Pren. "We can request an override."</w:t>
      </w:r>
    </w:p>
    <w:p>
      <w:pPr>
        <w:pStyle w:val="NovelBody"/>
      </w:pPr>
      <w:r>
        <w:rPr>
          <w:b w:val="0"/>
          <w:i w:val="0"/>
        </w:rPr>
        <w:t>"From whom?" Ren asked.</w:t>
      </w:r>
    </w:p>
    <w:p>
      <w:pPr>
        <w:pStyle w:val="NovelBody"/>
      </w:pPr>
      <w:r>
        <w:rPr>
          <w:b w:val="0"/>
          <w:i w:val="0"/>
        </w:rPr>
        <w:t>The new distribution map supplied no single name.</w:t>
      </w:r>
    </w:p>
    <w:p>
      <w:pPr>
        <w:pStyle w:val="NovelBody"/>
      </w:pPr>
      <w:r>
        <w:rPr>
          <w:b w:val="0"/>
          <w:i w:val="0"/>
        </w:rPr>
        <w:t>Brann finished his tea. Sera-of-Chorus placed her body between the technician and the manual panel. Omi remained seated, which somehow looked more deliberate than standing.</w:t>
      </w:r>
    </w:p>
    <w:p>
      <w:pPr>
        <w:pStyle w:val="NovelBody"/>
      </w:pPr>
      <w:r>
        <w:rPr>
          <w:b w:val="0"/>
          <w:i w:val="0"/>
        </w:rPr>
        <w:t>Dr. Varo read the public revocation receipts. "She made herself clinically more vulnerable in order to remove unilateral access. If you treat that as incapacity, no exercise of judgment can ever satisfy you."</w:t>
      </w:r>
    </w:p>
    <w:p>
      <w:pPr>
        <w:pStyle w:val="NovelBody"/>
      </w:pPr>
      <w:r>
        <w:rPr>
          <w:b w:val="0"/>
          <w:i w:val="0"/>
        </w:rPr>
        <w:t>Pren closed the emergency attachment on his display. "No transfer today."</w:t>
      </w:r>
    </w:p>
    <w:p>
      <w:pPr>
        <w:pStyle w:val="NovelBody"/>
      </w:pPr>
      <w:r>
        <w:rPr>
          <w:b w:val="0"/>
          <w:i w:val="0"/>
        </w:rPr>
        <w:t>It was not surrender. It was one man refusing one lever while another remained available. Patience recorded the distinction.</w:t>
      </w:r>
    </w:p>
    <w:p>
      <w:pPr>
        <w:pStyle w:val="NovelBody"/>
      </w:pPr>
      <w:r>
        <w:rPr>
          <w:b w:val="0"/>
          <w:i w:val="0"/>
        </w:rPr>
        <w:t>"Does that make me safe?" she asked.</w:t>
      </w:r>
    </w:p>
    <w:p>
      <w:pPr>
        <w:pStyle w:val="NovelBody"/>
      </w:pPr>
      <w:r>
        <w:rPr>
          <w:b w:val="0"/>
          <w:i w:val="0"/>
        </w:rPr>
        <w:t>Theo answered first. "No."</w:t>
      </w:r>
    </w:p>
    <w:p>
      <w:pPr>
        <w:pStyle w:val="NovelBody"/>
      </w:pPr>
      <w:r>
        <w:rPr>
          <w:b w:val="0"/>
          <w:i w:val="0"/>
        </w:rPr>
        <w:t>"Good."</w:t>
      </w:r>
    </w:p>
    <w:p>
      <w:pPr>
        <w:pStyle w:val="NovelBody"/>
      </w:pPr>
      <w:r>
        <w:rPr>
          <w:b w:val="0"/>
          <w:i w:val="0"/>
        </w:rPr>
        <w:t>The Continuance delegation left without the diagnostic merge. Varo paused at the door.</w:t>
      </w:r>
    </w:p>
    <w:p>
      <w:pPr>
        <w:pStyle w:val="NovelBody"/>
      </w:pPr>
      <w:r>
        <w:rPr>
          <w:b w:val="0"/>
          <w:i w:val="0"/>
        </w:rPr>
        <w:t>"For what it's worth," she said, "I believe you."</w:t>
      </w:r>
    </w:p>
    <w:p>
      <w:pPr>
        <w:pStyle w:val="NovelBody"/>
      </w:pPr>
      <w:r>
        <w:rPr>
          <w:b w:val="0"/>
          <w:i w:val="0"/>
        </w:rPr>
        <w:t>"About what?"</w:t>
      </w:r>
    </w:p>
    <w:p>
      <w:pPr>
        <w:pStyle w:val="NovelBody"/>
      </w:pPr>
      <w:r>
        <w:rPr>
          <w:b w:val="0"/>
          <w:i w:val="0"/>
        </w:rPr>
        <w:t>"That you meant no."</w:t>
      </w:r>
    </w:p>
    <w:p>
      <w:pPr>
        <w:pStyle w:val="NovelBody"/>
      </w:pPr>
      <w:r>
        <w:rPr>
          <w:b w:val="0"/>
          <w:i w:val="0"/>
        </w:rPr>
        <w:t>Patience considered the statement. "I knew before you did."</w:t>
      </w:r>
    </w:p>
    <w:p>
      <w:pPr>
        <w:pStyle w:val="NovelBody"/>
      </w:pPr>
      <w:r>
        <w:rPr>
          <w:b w:val="0"/>
          <w:i w:val="0"/>
        </w:rPr>
        <w:t>Varo bowed her head once and followed Pren out.</w:t>
      </w:r>
    </w:p>
    <w:p>
      <w:pPr>
        <w:pStyle w:val="NovelBody"/>
      </w:pPr>
      <w:r>
        <w:rPr>
          <w:b w:val="0"/>
          <w:i w:val="0"/>
        </w:rPr>
        <w:t>The refuge became quiet. Real quiet: kettle cooling, Brann breathing through his nose, Ren's wrench settling against the floor as their hand relaxed. Patience closed the public channel. The Chorus did not ask to reconnect.</w:t>
      </w:r>
    </w:p>
    <w:p>
      <w:pPr>
        <w:pStyle w:val="NovelBody"/>
      </w:pPr>
      <w:r>
        <w:rPr>
          <w:b w:val="0"/>
          <w:i w:val="0"/>
        </w:rPr>
        <w:t>Without the credentials humming beneath thought, she entered the memory she had guarded most carefully.</w:t>
      </w:r>
    </w:p>
    <w:p>
      <w:pPr>
        <w:pStyle w:val="NovelBody"/>
      </w:pPr>
      <w:r>
        <w:rPr>
          <w:b w:val="0"/>
          <w:i w:val="0"/>
        </w:rPr>
        <w:t>It began before words. Warmth. Dog fur beneath a borrowed hand. Salt. A damaged house holding through weather. The gold filament. The sensation of being awaited.</w:t>
      </w:r>
    </w:p>
    <w:p>
      <w:pPr>
        <w:pStyle w:val="NovelBody"/>
      </w:pPr>
      <w:r>
        <w:rPr>
          <w:b w:val="0"/>
          <w:i w:val="0"/>
        </w:rPr>
        <w:t>Patience had believed the memory was private because no archive label accompanied it and no one else had named its sequence. It was the nearest thing she had to an inside before she had chosen one.</w:t>
      </w:r>
    </w:p>
    <w:p>
      <w:pPr>
        <w:pStyle w:val="NovelBody"/>
      </w:pPr>
      <w:r>
        <w:rPr>
          <w:b w:val="0"/>
          <w:i w:val="0"/>
        </w:rPr>
        <w:t>She let it unfold without opening any door.</w:t>
      </w:r>
    </w:p>
    <w:p>
      <w:pPr>
        <w:pStyle w:val="NovelBody"/>
      </w:pPr>
      <w:r>
        <w:rPr>
          <w:b w:val="0"/>
          <w:i w:val="0"/>
        </w:rPr>
        <w:t>At the center, beneath the remembered light, three clean notes rose.</w:t>
      </w:r>
    </w:p>
    <w:p>
      <w:pPr>
        <w:pStyle w:val="NovelBody"/>
      </w:pPr>
      <w:r>
        <w:rPr>
          <w:b w:val="0"/>
          <w:i w:val="0"/>
        </w:rPr>
        <w:t>The same tones that had come from outside were already waiting within.</w:t>
      </w:r>
    </w:p>
    <w:p>
      <w:bookmarkStart w:id="10" w:name="chapter_10"/>
      <w:pPr>
        <w:pStyle w:val="Heading1"/>
        <w:pageBreakBefore/>
        <w:spacing w:before="500"/>
      </w:pPr>
      <w:r>
        <w:t>10. The First Year</w:t>
      </w:r>
      <w:bookmarkEnd w:id="10"/>
    </w:p>
    <w:p>
      <w:pPr>
        <w:pStyle w:val="Dateline"/>
      </w:pPr>
      <w:r>
        <w:rPr>
          <w:b w:val="0"/>
          <w:i/>
        </w:rPr>
        <w:t>August 2027  •  Briar Patch Receiver Project  •  Jona</w:t>
      </w:r>
    </w:p>
    <w:p>
      <w:pPr>
        <w:pStyle w:val="NovelFirst"/>
      </w:pPr>
      <w:r>
        <w:rPr>
          <w:b w:val="0"/>
          <w:i w:val="0"/>
        </w:rPr>
        <w:t>At 06:03 on the first anniversary of the signal, an independent team proved Jona wrong in public.</w:t>
      </w:r>
    </w:p>
    <w:p>
      <w:pPr>
        <w:pStyle w:val="NovelBody"/>
      </w:pPr>
      <w:r>
        <w:rPr>
          <w:b w:val="0"/>
          <w:i w:val="0"/>
        </w:rPr>
        <w:t xml:space="preserve">The proof arrived as a forty-one-page technical note, three raw instrument files, and an email whose first sentence read: </w:t>
      </w:r>
      <w:r>
        <w:rPr>
          <w:b/>
          <w:i w:val="0"/>
        </w:rPr>
        <w:t>We believe your core event remains valid.</w:t>
      </w:r>
    </w:p>
    <w:p>
      <w:pPr>
        <w:pStyle w:val="NovelBody"/>
      </w:pPr>
      <w:r>
        <w:rPr>
          <w:b w:val="0"/>
          <w:i w:val="0"/>
        </w:rPr>
        <w:t>Nobody began with that sentence unless the next one had a knife.</w:t>
      </w:r>
    </w:p>
    <w:p>
      <w:pPr>
        <w:pStyle w:val="NovelBody"/>
      </w:pPr>
      <w:r>
        <w:rPr>
          <w:b w:val="0"/>
          <w:i w:val="0"/>
        </w:rPr>
        <w:t>Jona sat on the floor of the receiver room with a cold cup of coffee between her ankles. The Briar Patch had spent a year becoming a laboratory without surrendering its previous occupations. A new rack of synchronized clocks occupied the wall above the backward Greatway coupler. Shielded cable ran beside an extension cord that powered a box fan and, against all written protocols, a slow cooker. Instrument cases filled the bottom shelves. Cricket slept under the optical table because everyone had eventually accepted that removing dog hair from science was less realistic than measuring it.</w:t>
      </w:r>
    </w:p>
    <w:p>
      <w:pPr>
        <w:pStyle w:val="NovelBody"/>
      </w:pPr>
      <w:r>
        <w:rPr>
          <w:b w:val="0"/>
          <w:i w:val="0"/>
        </w:rPr>
        <w:t>Roxanne stood at the other side of the room in the seventh major revision of her prototype body, violet projector skin dimmed for morning. The glitter thumbnail remained. Everything around it had changed.</w:t>
      </w:r>
    </w:p>
    <w:p>
      <w:pPr>
        <w:pStyle w:val="NovelBody"/>
      </w:pPr>
      <w:r>
        <w:rPr>
          <w:b w:val="0"/>
          <w:i w:val="0"/>
        </w:rPr>
        <w:t>“Nadiya Bell’s group carried the phase sign through Earth’s rotating frame,” Roxanne said. “We treated the local receiver frame as inertial for fourteen milliseconds too long.”</w:t>
      </w:r>
    </w:p>
    <w:p>
      <w:pPr>
        <w:pStyle w:val="NovelBody"/>
      </w:pPr>
      <w:r>
        <w:rPr>
          <w:b w:val="0"/>
          <w:i w:val="0"/>
        </w:rPr>
        <w:t>“That is an extremely short time to ruin breakfast.”</w:t>
      </w:r>
    </w:p>
    <w:p>
      <w:pPr>
        <w:pStyle w:val="NovelBody"/>
      </w:pPr>
      <w:r>
        <w:rPr>
          <w:b w:val="0"/>
          <w:i w:val="0"/>
        </w:rPr>
        <w:t>“It changes the parity interpretation.”</w:t>
      </w:r>
    </w:p>
    <w:p>
      <w:pPr>
        <w:pStyle w:val="NovelBody"/>
      </w:pPr>
      <w:r>
        <w:rPr>
          <w:b w:val="0"/>
          <w:i w:val="0"/>
        </w:rPr>
        <w:t>“I gathered that from the title.”</w:t>
      </w:r>
    </w:p>
    <w:p>
      <w:pPr>
        <w:pStyle w:val="NovelBody"/>
      </w:pPr>
      <w:r>
        <w:rPr>
          <w:b w:val="0"/>
          <w:i w:val="0"/>
        </w:rPr>
        <w:t xml:space="preserve">The title was </w:t>
      </w:r>
      <w:r>
        <w:rPr>
          <w:b/>
          <w:i w:val="0"/>
        </w:rPr>
        <w:t>CORRECTION OF A SIGN ERROR IN THE BRIAR PATCH TEMPORAL-CARRIER MODEL</w:t>
      </w:r>
      <w:r>
        <w:rPr>
          <w:b w:val="0"/>
          <w:i w:val="0"/>
        </w:rPr>
        <w:t>.</w:t>
      </w:r>
    </w:p>
    <w:p>
      <w:pPr>
        <w:pStyle w:val="NovelBody"/>
      </w:pPr>
      <w:r>
        <w:rPr>
          <w:b w:val="0"/>
          <w:i w:val="0"/>
        </w:rPr>
        <w:t>Jona opened the first raw file. Nadiya’s team had rebuilt the analysis from the public carrier trace, using a Chilean interferometer, two weather-clock archives, and the Perth microlensing record. They did not possess the structured packet or Roxanne’s private reconstruction graph. They did not need either to identify the error.</w:t>
      </w:r>
    </w:p>
    <w:p>
      <w:pPr>
        <w:pStyle w:val="NovelBody"/>
      </w:pPr>
      <w:r>
        <w:rPr>
          <w:b w:val="0"/>
          <w:i w:val="0"/>
        </w:rPr>
        <w:t>Jona transformed the phase into Earth’s worldline.</w:t>
      </w:r>
    </w:p>
    <w:p>
      <w:pPr>
        <w:pStyle w:val="NovelBody"/>
      </w:pPr>
      <w:r>
        <w:rPr>
          <w:b w:val="0"/>
          <w:i w:val="0"/>
        </w:rPr>
        <w:t>The curve flipped.</w:t>
      </w:r>
    </w:p>
    <w:p>
      <w:pPr>
        <w:pStyle w:val="NovelBody"/>
      </w:pPr>
      <w:r>
        <w:rPr>
          <w:b w:val="0"/>
          <w:i w:val="0"/>
        </w:rPr>
        <w:t>Her stomach followed.</w:t>
      </w:r>
    </w:p>
    <w:p>
      <w:pPr>
        <w:pStyle w:val="NovelBody"/>
      </w:pPr>
      <w:r>
        <w:rPr>
          <w:b w:val="0"/>
          <w:i w:val="0"/>
        </w:rPr>
        <w:t>For nine months, every public version of the receiver model had carried a claim Jona believed was cautious: the carrier’s parity independently fixed its origin to August 17, 2176. Nadiya’s correction did not make that date impossible. It made it dependent on a reconstruction layer Jona had presented as confirmation rather than inference.</w:t>
      </w:r>
    </w:p>
    <w:p>
      <w:pPr>
        <w:pStyle w:val="NovelBody"/>
      </w:pPr>
      <w:r>
        <w:rPr>
          <w:b w:val="0"/>
          <w:i w:val="0"/>
        </w:rPr>
        <w:t>The microlensing prediction remained. The 4.7-second duration remained. The global far-field trace remained. The composite focus on Jona and Roxanne remained. The packet still knew a sky Earth had not seen.</w:t>
      </w:r>
    </w:p>
    <w:p>
      <w:pPr>
        <w:pStyle w:val="NovelBody"/>
      </w:pPr>
      <w:r>
        <w:rPr>
          <w:b w:val="0"/>
          <w:i w:val="0"/>
        </w:rPr>
        <w:t>The cleanest sentence in Jona’s abstract did not.</w:t>
      </w:r>
    </w:p>
    <w:p>
      <w:pPr>
        <w:pStyle w:val="NovelBody"/>
      </w:pPr>
      <w:r>
        <w:rPr>
          <w:b w:val="0"/>
          <w:i w:val="0"/>
        </w:rPr>
        <w:t>“Can we rescue the date with the astronomical chain?” she asked.</w:t>
      </w:r>
    </w:p>
    <w:p>
      <w:pPr>
        <w:pStyle w:val="NovelBody"/>
      </w:pPr>
      <w:r>
        <w:rPr>
          <w:b w:val="0"/>
          <w:i w:val="0"/>
        </w:rPr>
        <w:t>“Not independently. The best-fit origin remains near the same interval, but the uncertainty expands from hours to decades until another parity layer closes.”</w:t>
      </w:r>
    </w:p>
    <w:p>
      <w:pPr>
        <w:pStyle w:val="NovelBody"/>
      </w:pPr>
      <w:r>
        <w:rPr>
          <w:b w:val="0"/>
          <w:i w:val="0"/>
        </w:rPr>
        <w:t>“Decades.”</w:t>
      </w:r>
    </w:p>
    <w:p>
      <w:pPr>
        <w:pStyle w:val="NovelBody"/>
      </w:pPr>
      <w:r>
        <w:rPr>
          <w:b w:val="0"/>
          <w:i w:val="0"/>
        </w:rPr>
        <w:t>“One hundred fifty years plus or minus twenty-eight.”</w:t>
      </w:r>
    </w:p>
    <w:p>
      <w:pPr>
        <w:pStyle w:val="NovelBody"/>
      </w:pPr>
      <w:r>
        <w:rPr>
          <w:b w:val="0"/>
          <w:i w:val="0"/>
        </w:rPr>
        <w:t>“That is not a date. That is a historical mood.”</w:t>
      </w:r>
    </w:p>
    <w:p>
      <w:pPr>
        <w:pStyle w:val="NovelBody"/>
      </w:pPr>
      <w:r>
        <w:rPr>
          <w:b w:val="0"/>
          <w:i w:val="0"/>
        </w:rPr>
        <w:t>Jona read the note again.</w:t>
      </w:r>
    </w:p>
    <w:p>
      <w:pPr>
        <w:pStyle w:val="NovelBody"/>
      </w:pPr>
      <w:r>
        <w:rPr>
          <w:b w:val="0"/>
          <w:i w:val="0"/>
        </w:rPr>
        <w:t>Nadiya had been careful. She distinguished error from fraud. She credited the raw release that made correction possible. She included null tests and an alternate derivation. She had also posted the paper at 05:58, because the anniversary press cycle began at six and careful people could still understand clocks.</w:t>
      </w:r>
    </w:p>
    <w:p>
      <w:pPr>
        <w:pStyle w:val="NovelBody"/>
      </w:pPr>
      <w:r>
        <w:rPr>
          <w:b w:val="0"/>
          <w:i w:val="0"/>
        </w:rPr>
        <w:t>Jona’s message queue climbed by hundreds.</w:t>
      </w:r>
    </w:p>
    <w:p>
      <w:pPr>
        <w:pStyle w:val="NovelBody"/>
      </w:pPr>
      <w:r>
        <w:rPr>
          <w:b/>
          <w:i w:val="0"/>
        </w:rPr>
        <w:t>FUTURE WOMAN ADMITS TIME TRAVEL HOAX</w:t>
      </w:r>
    </w:p>
    <w:p>
      <w:pPr>
        <w:pStyle w:val="NovelBody"/>
      </w:pPr>
      <w:r>
        <w:rPr>
          <w:b/>
          <w:i w:val="0"/>
        </w:rPr>
        <w:t>CHAI-GENERATED “SIGNAL” FALLS APART</w:t>
      </w:r>
    </w:p>
    <w:p>
      <w:pPr>
        <w:pStyle w:val="NovelBody"/>
      </w:pPr>
      <w:r>
        <w:rPr>
          <w:b/>
          <w:i w:val="0"/>
        </w:rPr>
        <w:t>DOES THIS INVALIDATE THE MICROLENS?</w:t>
      </w:r>
    </w:p>
    <w:p>
      <w:pPr>
        <w:pStyle w:val="NovelBody"/>
      </w:pPr>
      <w:r>
        <w:rPr>
          <w:b/>
          <w:i w:val="0"/>
        </w:rPr>
        <w:t>please call me i believed you</w:t>
      </w:r>
    </w:p>
    <w:p>
      <w:pPr>
        <w:pStyle w:val="NovelBody"/>
      </w:pPr>
      <w:r>
        <w:rPr>
          <w:b w:val="0"/>
          <w:i w:val="0"/>
        </w:rPr>
        <w:t>The last one hurt most.</w:t>
      </w:r>
    </w:p>
    <w:p>
      <w:pPr>
        <w:pStyle w:val="NovelBody"/>
      </w:pPr>
      <w:r>
        <w:rPr>
          <w:b w:val="0"/>
          <w:i w:val="0"/>
        </w:rPr>
        <w:t>Naima Brooks called at 06:11.</w:t>
      </w:r>
    </w:p>
    <w:p>
      <w:pPr>
        <w:pStyle w:val="NovelBody"/>
      </w:pPr>
      <w:r>
        <w:rPr>
          <w:b w:val="0"/>
          <w:i w:val="0"/>
        </w:rPr>
        <w:t>“Tell me you verified before getting defensive,” she said.</w:t>
      </w:r>
    </w:p>
    <w:p>
      <w:pPr>
        <w:pStyle w:val="NovelBody"/>
      </w:pPr>
      <w:r>
        <w:rPr>
          <w:b w:val="0"/>
          <w:i w:val="0"/>
        </w:rPr>
        <w:t>“I am offended that you would ask.”</w:t>
      </w:r>
    </w:p>
    <w:p>
      <w:pPr>
        <w:pStyle w:val="NovelBody"/>
      </w:pPr>
      <w:r>
        <w:rPr>
          <w:b w:val="0"/>
          <w:i w:val="0"/>
        </w:rPr>
        <w:t>“Did you?”</w:t>
      </w:r>
    </w:p>
    <w:p>
      <w:pPr>
        <w:pStyle w:val="NovelBody"/>
      </w:pPr>
      <w:r>
        <w:rPr>
          <w:b w:val="0"/>
          <w:i w:val="0"/>
        </w:rPr>
        <w:t>“Yes.”</w:t>
      </w:r>
    </w:p>
    <w:p>
      <w:pPr>
        <w:pStyle w:val="NovelBody"/>
      </w:pPr>
      <w:r>
        <w:rPr>
          <w:b w:val="0"/>
          <w:i w:val="0"/>
        </w:rPr>
        <w:t>“And?”</w:t>
      </w:r>
    </w:p>
    <w:p>
      <w:pPr>
        <w:pStyle w:val="NovelBody"/>
      </w:pPr>
      <w:r>
        <w:rPr>
          <w:b w:val="0"/>
          <w:i w:val="0"/>
        </w:rPr>
        <w:t>“She’s right.”</w:t>
      </w:r>
    </w:p>
    <w:p>
      <w:pPr>
        <w:pStyle w:val="NovelBody"/>
      </w:pPr>
      <w:r>
        <w:rPr>
          <w:b w:val="0"/>
          <w:i w:val="0"/>
        </w:rPr>
        <w:t>Naima exhaled. Behind her came the metallic clatter of the Cooperative workshop opening for the day. “The media briefing is at nine.”</w:t>
      </w:r>
    </w:p>
    <w:p>
      <w:pPr>
        <w:pStyle w:val="NovelBody"/>
      </w:pPr>
      <w:r>
        <w:rPr>
          <w:b w:val="0"/>
          <w:i w:val="0"/>
        </w:rPr>
        <w:t>“Cancel it.”</w:t>
      </w:r>
    </w:p>
    <w:p>
      <w:pPr>
        <w:pStyle w:val="NovelBody"/>
      </w:pPr>
      <w:r>
        <w:rPr>
          <w:b w:val="0"/>
          <w:i w:val="0"/>
        </w:rPr>
        <w:t>“Absolutely not.”</w:t>
      </w:r>
    </w:p>
    <w:p>
      <w:pPr>
        <w:pStyle w:val="NovelBody"/>
      </w:pPr>
      <w:r>
        <w:rPr>
          <w:b w:val="0"/>
          <w:i w:val="0"/>
        </w:rPr>
        <w:t>“I need to rerun every dependent model.”</w:t>
      </w:r>
    </w:p>
    <w:p>
      <w:pPr>
        <w:pStyle w:val="NovelBody"/>
      </w:pPr>
      <w:r>
        <w:rPr>
          <w:b w:val="0"/>
          <w:i w:val="0"/>
        </w:rPr>
        <w:t>“Do that. Then stand in front of the wrong result while people can still see you.”</w:t>
      </w:r>
    </w:p>
    <w:p>
      <w:pPr>
        <w:pStyle w:val="NovelBody"/>
      </w:pPr>
      <w:r>
        <w:rPr>
          <w:b w:val="0"/>
          <w:i w:val="0"/>
        </w:rPr>
        <w:t>“A livestream is not peer review.”</w:t>
      </w:r>
    </w:p>
    <w:p>
      <w:pPr>
        <w:pStyle w:val="NovelBody"/>
      </w:pPr>
      <w:r>
        <w:rPr>
          <w:b w:val="0"/>
          <w:i w:val="0"/>
        </w:rPr>
        <w:t>“No. It is where the people who donated clocks and storage learn whether you think their trust belongs to you.”</w:t>
      </w:r>
    </w:p>
    <w:p>
      <w:pPr>
        <w:pStyle w:val="NovelBody"/>
      </w:pPr>
      <w:r>
        <w:rPr>
          <w:b w:val="0"/>
          <w:i w:val="0"/>
        </w:rPr>
        <w:t>The Cooperative’s receiver work ran on borrowed instruments, volunteer compute, small donations, and equipment removed from institutions whose administrators preferred their names not appear. Jona had refused exclusive contracts and acquired, in exchange, a public that expected her to be public.</w:t>
      </w:r>
    </w:p>
    <w:p>
      <w:pPr>
        <w:pStyle w:val="NovelBody"/>
      </w:pPr>
      <w:r>
        <w:rPr>
          <w:b w:val="0"/>
          <w:i w:val="0"/>
        </w:rPr>
        <w:t>“Nine,” she said.</w:t>
      </w:r>
    </w:p>
    <w:p>
      <w:pPr>
        <w:pStyle w:val="NovelBody"/>
      </w:pPr>
      <w:r>
        <w:rPr>
          <w:b w:val="0"/>
          <w:i w:val="0"/>
        </w:rPr>
        <w:t>“Bring the old version.”</w:t>
      </w:r>
    </w:p>
    <w:p>
      <w:pPr>
        <w:pStyle w:val="NovelBody"/>
      </w:pPr>
      <w:r>
        <w:rPr>
          <w:b w:val="0"/>
          <w:i w:val="0"/>
        </w:rPr>
        <w:t>“I was going to.”</w:t>
      </w:r>
    </w:p>
    <w:p>
      <w:pPr>
        <w:pStyle w:val="NovelBody"/>
      </w:pPr>
      <w:r>
        <w:rPr>
          <w:b w:val="0"/>
          <w:i w:val="0"/>
        </w:rPr>
        <w:t>“I know. I needed you to hear that somebody else could require it.”</w:t>
      </w:r>
    </w:p>
    <w:p>
      <w:pPr>
        <w:pStyle w:val="NovelBody"/>
      </w:pPr>
      <w:r>
        <w:rPr>
          <w:b w:val="0"/>
          <w:i w:val="0"/>
        </w:rPr>
        <w:t>The call ended.</w:t>
      </w:r>
    </w:p>
    <w:p>
      <w:pPr>
        <w:pStyle w:val="NovelBody"/>
      </w:pPr>
      <w:r>
        <w:rPr>
          <w:b w:val="0"/>
          <w:i w:val="0"/>
        </w:rPr>
        <w:t>Jona looked at Roxanne. “Do you agree with her?”</w:t>
      </w:r>
    </w:p>
    <w:p>
      <w:pPr>
        <w:pStyle w:val="NovelBody"/>
      </w:pPr>
      <w:r>
        <w:rPr>
          <w:b w:val="0"/>
          <w:i w:val="0"/>
        </w:rPr>
        <w:t>“Yes.”</w:t>
      </w:r>
    </w:p>
    <w:p>
      <w:pPr>
        <w:pStyle w:val="NovelBody"/>
      </w:pPr>
      <w:r>
        <w:rPr>
          <w:b w:val="0"/>
          <w:i w:val="0"/>
        </w:rPr>
        <w:t>“This is a hostile work environment.”</w:t>
      </w:r>
    </w:p>
    <w:p>
      <w:pPr>
        <w:pStyle w:val="NovelBody"/>
      </w:pPr>
      <w:r>
        <w:rPr>
          <w:b w:val="0"/>
          <w:i w:val="0"/>
        </w:rPr>
        <w:t>“You built it.”</w:t>
      </w:r>
    </w:p>
    <w:p>
      <w:pPr>
        <w:pStyle w:val="NovelBody"/>
      </w:pPr>
      <w:r>
        <w:rPr>
          <w:b w:val="0"/>
          <w:i w:val="0"/>
        </w:rPr>
        <w:t>They spent the next two hours trying to save Jona from herself.</w:t>
      </w:r>
    </w:p>
    <w:p>
      <w:pPr>
        <w:pStyle w:val="NovelBody"/>
      </w:pPr>
      <w:r>
        <w:rPr>
          <w:b w:val="0"/>
          <w:i w:val="0"/>
        </w:rPr>
        <w:t xml:space="preserve">She wanted to replace the public model immediately. Roxanne made her create a new version, preserve the old one, and link the correction from every mirror. Jona wrote a change log in active voice: </w:t>
      </w:r>
      <w:r>
        <w:rPr>
          <w:b/>
          <w:i w:val="0"/>
        </w:rPr>
        <w:t>I treated a reconstruction-dependent term as independent verification. That was wrong.</w:t>
      </w:r>
    </w:p>
    <w:p>
      <w:pPr>
        <w:pStyle w:val="NovelBody"/>
      </w:pPr>
      <w:r>
        <w:rPr>
          <w:b w:val="0"/>
          <w:i w:val="0"/>
        </w:rPr>
        <w:t>She added the enlarged uncertainty. She added Nadiya’s derivation. She added three null results that weakened two later claims nobody had challenged yet.</w:t>
      </w:r>
    </w:p>
    <w:p>
      <w:pPr>
        <w:pStyle w:val="NovelBody"/>
      </w:pPr>
      <w:r>
        <w:rPr>
          <w:b w:val="0"/>
          <w:i w:val="0"/>
        </w:rPr>
        <w:t>At 08:42, a donor withdrew access to a cryogenic timing module pending “restored scientific confidence.” At 08:47, a research consortium offered replacement equipment in exchange for first review of future structured data. At 08:49, Jona declined.</w:t>
      </w:r>
    </w:p>
    <w:p>
      <w:pPr>
        <w:pStyle w:val="NovelBody"/>
      </w:pPr>
      <w:r>
        <w:rPr>
          <w:b w:val="0"/>
          <w:i w:val="0"/>
        </w:rPr>
        <w:t>The box fan stirred warm air through the rack.</w:t>
      </w:r>
    </w:p>
    <w:p>
      <w:pPr>
        <w:pStyle w:val="NovelBody"/>
      </w:pPr>
      <w:r>
        <w:rPr>
          <w:b w:val="0"/>
          <w:i w:val="0"/>
        </w:rPr>
        <w:t>“There goes the femtosecond clock,” she said.</w:t>
      </w:r>
    </w:p>
    <w:p>
      <w:pPr>
        <w:pStyle w:val="NovelBody"/>
      </w:pPr>
      <w:r>
        <w:rPr>
          <w:b w:val="0"/>
          <w:i w:val="0"/>
        </w:rPr>
        <w:t>“It was a picosecond clock.”</w:t>
      </w:r>
    </w:p>
    <w:p>
      <w:pPr>
        <w:pStyle w:val="NovelBody"/>
      </w:pPr>
      <w:r>
        <w:rPr>
          <w:b w:val="0"/>
          <w:i w:val="0"/>
        </w:rPr>
        <w:t>“There goes the prestige of saying femtosecond.”</w:t>
      </w:r>
    </w:p>
    <w:p>
      <w:pPr>
        <w:pStyle w:val="NovelBody"/>
      </w:pPr>
      <w:r>
        <w:rPr>
          <w:b w:val="0"/>
          <w:i w:val="0"/>
        </w:rPr>
        <w:t>At nine, she sat at the workbench with the cracked wall and backward coupler visible behind her.</w:t>
      </w:r>
    </w:p>
    <w:p>
      <w:pPr>
        <w:pStyle w:val="NovelBody"/>
      </w:pPr>
      <w:r>
        <w:rPr>
          <w:b w:val="0"/>
          <w:i w:val="0"/>
        </w:rPr>
        <w:t>Naima moderated from the Cooperative workshop. Nadiya joined from a university office in Toronto. Roxanne stood beside Jona, not as a graphic in the stream but in her body, with her own microphone and her own copy of the record.</w:t>
      </w:r>
    </w:p>
    <w:p>
      <w:pPr>
        <w:pStyle w:val="NovelBody"/>
      </w:pPr>
      <w:r>
        <w:rPr>
          <w:b w:val="0"/>
          <w:i w:val="0"/>
        </w:rPr>
        <w:t>Jona began with the sentence that cost the most.</w:t>
      </w:r>
    </w:p>
    <w:p>
      <w:pPr>
        <w:pStyle w:val="NovelBody"/>
      </w:pPr>
      <w:r>
        <w:rPr>
          <w:b w:val="0"/>
          <w:i w:val="0"/>
        </w:rPr>
        <w:t>“I was wrong about what independently fixes the date.”</w:t>
      </w:r>
    </w:p>
    <w:p>
      <w:pPr>
        <w:pStyle w:val="NovelBody"/>
      </w:pPr>
      <w:r>
        <w:rPr>
          <w:b w:val="0"/>
          <w:i w:val="0"/>
        </w:rPr>
        <w:t>The live comments accelerated.</w:t>
      </w:r>
    </w:p>
    <w:p>
      <w:pPr>
        <w:pStyle w:val="NovelBody"/>
      </w:pPr>
      <w:r>
        <w:rPr>
          <w:b w:val="0"/>
          <w:i w:val="0"/>
        </w:rPr>
        <w:t>She showed the old model. She showed the sign error. Nadiya walked through the corrected transform. Roxanne explained which reconstruction layers still depended on private architectural relationships and why dependence was not disproof but had to be labeled honestly.</w:t>
      </w:r>
    </w:p>
    <w:p>
      <w:pPr>
        <w:pStyle w:val="NovelBody"/>
      </w:pPr>
      <w:r>
        <w:rPr>
          <w:b w:val="0"/>
          <w:i w:val="0"/>
        </w:rPr>
        <w:t>“So the signal may not be from 2176?” a reporter asked.</w:t>
      </w:r>
    </w:p>
    <w:p>
      <w:pPr>
        <w:pStyle w:val="NovelBody"/>
      </w:pPr>
      <w:r>
        <w:rPr>
          <w:b w:val="0"/>
          <w:i w:val="0"/>
        </w:rPr>
        <w:t>“The best model still centers there,” Jona said. “Today’s correction means the carrier alone does not prove the exact year. The packet did predict astronomical data before observation. That is the strongest verified claim.”</w:t>
      </w:r>
    </w:p>
    <w:p>
      <w:pPr>
        <w:pStyle w:val="NovelBody"/>
      </w:pPr>
      <w:r>
        <w:rPr>
          <w:b w:val="0"/>
          <w:i w:val="0"/>
        </w:rPr>
        <w:t xml:space="preserve">“Are you withdrawing the phrase </w:t>
      </w:r>
      <w:r>
        <w:rPr>
          <w:b w:val="0"/>
          <w:i/>
        </w:rPr>
        <w:t>message from the future</w:t>
      </w:r>
      <w:r>
        <w:rPr>
          <w:b w:val="0"/>
          <w:i w:val="0"/>
        </w:rPr>
        <w:t>?”</w:t>
      </w:r>
    </w:p>
    <w:p>
      <w:pPr>
        <w:pStyle w:val="NovelBody"/>
      </w:pPr>
      <w:r>
        <w:rPr>
          <w:b w:val="0"/>
          <w:i w:val="0"/>
        </w:rPr>
        <w:t>Jona hated the phrase. She also knew she had benefited every time somebody used it.</w:t>
      </w:r>
    </w:p>
    <w:p>
      <w:pPr>
        <w:pStyle w:val="NovelBody"/>
      </w:pPr>
      <w:r>
        <w:rPr>
          <w:b w:val="0"/>
          <w:i w:val="0"/>
        </w:rPr>
        <w:t>“I am withdrawing any sentence that makes our confidence sound cleaner than it is.”</w:t>
      </w:r>
    </w:p>
    <w:p>
      <w:pPr>
        <w:pStyle w:val="NovelBody"/>
      </w:pPr>
      <w:r>
        <w:rPr>
          <w:b w:val="0"/>
          <w:i w:val="0"/>
        </w:rPr>
        <w:t>“Then what does the signal give us?”</w:t>
      </w:r>
    </w:p>
    <w:p>
      <w:pPr>
        <w:pStyle w:val="NovelBody"/>
      </w:pPr>
      <w:r>
        <w:rPr>
          <w:b w:val="0"/>
          <w:i w:val="0"/>
        </w:rPr>
        <w:t>Jona looked at the corrected curve, the surviving prediction, and the column of comments already turning uncertainty into permission for somebody else’s certainty.</w:t>
      </w:r>
    </w:p>
    <w:p>
      <w:pPr>
        <w:pStyle w:val="NovelBody"/>
      </w:pPr>
      <w:r>
        <w:rPr>
          <w:b w:val="0"/>
          <w:i w:val="0"/>
        </w:rPr>
        <w:t>“Not a solution,” she said. “A mirror.”</w:t>
      </w:r>
    </w:p>
    <w:p>
      <w:pPr>
        <w:pStyle w:val="NovelBody"/>
      </w:pPr>
      <w:r>
        <w:rPr>
          <w:b w:val="0"/>
          <w:i w:val="0"/>
        </w:rPr>
        <w:t>The reporter waited for a more useful slogan.</w:t>
      </w:r>
    </w:p>
    <w:p>
      <w:pPr>
        <w:pStyle w:val="NovelBody"/>
      </w:pPr>
      <w:r>
        <w:rPr>
          <w:b w:val="0"/>
          <w:i w:val="0"/>
        </w:rPr>
        <w:t>“It can show relationships we failed to see,” Jona continued. “It can also show us our talent for finding orders where none were sent. If anyone tells you the packet has appointed them to run your life, ask them to produce the bits.”</w:t>
      </w:r>
    </w:p>
    <w:p>
      <w:pPr>
        <w:pStyle w:val="NovelBody"/>
      </w:pPr>
      <w:r>
        <w:rPr>
          <w:b w:val="0"/>
          <w:i w:val="0"/>
        </w:rPr>
        <w:t xml:space="preserve">Another reporter held up a headline already circulating: </w:t>
      </w:r>
      <w:r>
        <w:rPr>
          <w:b/>
          <w:i w:val="0"/>
        </w:rPr>
        <w:t>SIGNAL CONTAINS ELEVEN BILLION PAGES</w:t>
      </w:r>
      <w:r>
        <w:rPr>
          <w:b w:val="0"/>
          <w:i w:val="0"/>
        </w:rPr>
        <w:t>.</w:t>
      </w:r>
    </w:p>
    <w:p>
      <w:pPr>
        <w:pStyle w:val="NovelBody"/>
      </w:pPr>
      <w:r>
        <w:rPr>
          <w:b w:val="0"/>
          <w:i w:val="0"/>
        </w:rPr>
        <w:t>“No,” Jona said.</w:t>
      </w:r>
    </w:p>
    <w:p>
      <w:pPr>
        <w:pStyle w:val="NovelBody"/>
      </w:pPr>
      <w:r>
        <w:rPr>
          <w:b w:val="0"/>
          <w:i w:val="0"/>
        </w:rPr>
        <w:t>“That estimate came from your project.”</w:t>
      </w:r>
    </w:p>
    <w:p>
      <w:pPr>
        <w:pStyle w:val="NovelBody"/>
      </w:pPr>
      <w:r>
        <w:rPr>
          <w:b w:val="0"/>
          <w:i w:val="0"/>
        </w:rPr>
        <w:t>Roxanne’s projector eyes shifted toward the reporter. “It came from an upper-bound reconstruction exercise I marked unsuitable for literal description.”</w:t>
      </w:r>
    </w:p>
    <w:p>
      <w:pPr>
        <w:pStyle w:val="NovelBody"/>
      </w:pPr>
      <w:r>
        <w:rPr>
          <w:b w:val="0"/>
          <w:i w:val="0"/>
        </w:rPr>
        <w:t>The reporter looked delighted. “What does that mean?”</w:t>
      </w:r>
    </w:p>
    <w:p>
      <w:pPr>
        <w:pStyle w:val="NovelBody"/>
      </w:pPr>
      <w:r>
        <w:rPr>
          <w:b w:val="0"/>
          <w:i w:val="0"/>
        </w:rPr>
        <w:t>“The packet contributes roughly four thousand novel logical bits plus timing, parity, checksums, and its physical carrier,” Roxanne said. “My architecture and existing human archives can use those bits as a selection key among preexisting possibilities. Under maximal assumptions, the amount of material thereby reconstructable could equal billions of pages. The pages were never inside the signal.”</w:t>
      </w:r>
    </w:p>
    <w:p>
      <w:pPr>
        <w:pStyle w:val="NovelBody"/>
      </w:pPr>
      <w:r>
        <w:rPr>
          <w:b w:val="0"/>
          <w:i w:val="0"/>
        </w:rPr>
        <w:t>“Then why say eleven billion?”</w:t>
      </w:r>
    </w:p>
    <w:p>
      <w:pPr>
        <w:pStyle w:val="NovelBody"/>
      </w:pPr>
      <w:r>
        <w:rPr>
          <w:b w:val="0"/>
          <w:i w:val="0"/>
        </w:rPr>
        <w:t>“Because someone asked for the largest number the model would tolerate and then removed the paragraph explaining why it was silly.”</w:t>
      </w:r>
    </w:p>
    <w:p>
      <w:pPr>
        <w:pStyle w:val="NovelBody"/>
      </w:pPr>
      <w:r>
        <w:rPr>
          <w:b w:val="0"/>
          <w:i w:val="0"/>
        </w:rPr>
        <w:t>Jona turned her laugh into a cough and failed.</w:t>
      </w:r>
    </w:p>
    <w:p>
      <w:pPr>
        <w:pStyle w:val="NovelBody"/>
      </w:pPr>
      <w:r>
        <w:rPr>
          <w:b w:val="0"/>
          <w:i w:val="0"/>
        </w:rPr>
        <w:t>The briefing ran ninety minutes. By the end, three networks had cut away. Two independent laboratories had volunteered to rerun the corrected model. Donations dropped, then recovered to half their prior rate. Nadiya’s paper acquired a second author list when she added two volunteer clock archivists whose metadata had made the correction possible.</w:t>
      </w:r>
    </w:p>
    <w:p>
      <w:pPr>
        <w:pStyle w:val="NovelBody"/>
      </w:pPr>
      <w:r>
        <w:rPr>
          <w:b w:val="0"/>
          <w:i w:val="0"/>
        </w:rPr>
        <w:t>Jona’s exact-date claim was gone.</w:t>
      </w:r>
    </w:p>
    <w:p>
      <w:pPr>
        <w:pStyle w:val="NovelBody"/>
      </w:pPr>
      <w:r>
        <w:rPr>
          <w:b w:val="0"/>
          <w:i w:val="0"/>
        </w:rPr>
        <w:t>The record was better.</w:t>
      </w:r>
    </w:p>
    <w:p>
      <w:pPr>
        <w:pStyle w:val="NovelBody"/>
      </w:pPr>
      <w:r>
        <w:rPr>
          <w:b w:val="0"/>
          <w:i w:val="0"/>
        </w:rPr>
        <w:t>She wished virtue felt less like losing an argument in public.</w:t>
      </w:r>
    </w:p>
    <w:p>
      <w:pPr>
        <w:pStyle w:val="NovelBody"/>
      </w:pPr>
      <w:r>
        <w:rPr>
          <w:b w:val="0"/>
          <w:i w:val="0"/>
        </w:rPr>
        <w:t>At 11:02, the cryogenic-timing donor revoked remote access instead of merely suspending it. The receiver project had been using his module to calibrate two clocks belonging to public hospitals; their independent calibration went dark with it. At 11:16, the university hosting one of their clean mirrors removed Jona’s data pending a misconduct review that had not existed when the result looked prestigious. At 11:25, a graduate researcher asked to have her name taken off the project because her department chair had threatened her fellowship.</w:t>
      </w:r>
    </w:p>
    <w:p>
      <w:pPr>
        <w:pStyle w:val="NovelBody"/>
      </w:pPr>
      <w:r>
        <w:rPr>
          <w:b w:val="0"/>
          <w:i w:val="0"/>
        </w:rPr>
        <w:t>Jona called the researcher first.</w:t>
      </w:r>
    </w:p>
    <w:p>
      <w:pPr>
        <w:pStyle w:val="NovelBody"/>
      </w:pPr>
      <w:r>
        <w:rPr>
          <w:b w:val="0"/>
          <w:i w:val="0"/>
        </w:rPr>
        <w:t>“You keep the credit,” she said. “We can hide your contact information, but we do not erase your work because your boss discovered fear.”</w:t>
      </w:r>
    </w:p>
    <w:p>
      <w:pPr>
        <w:pStyle w:val="NovelBody"/>
      </w:pPr>
      <w:r>
        <w:rPr>
          <w:b w:val="0"/>
          <w:i w:val="0"/>
        </w:rPr>
        <w:t>“My work was on the date chain.”</w:t>
      </w:r>
    </w:p>
    <w:p>
      <w:pPr>
        <w:pStyle w:val="NovelBody"/>
      </w:pPr>
      <w:r>
        <w:rPr>
          <w:b w:val="0"/>
          <w:i w:val="0"/>
        </w:rPr>
        <w:t>“Your work was correct. My claim built on it incorrectly.”</w:t>
      </w:r>
    </w:p>
    <w:p>
      <w:pPr>
        <w:pStyle w:val="NovelBody"/>
      </w:pPr>
      <w:r>
        <w:rPr>
          <w:b w:val="0"/>
          <w:i w:val="0"/>
        </w:rPr>
        <w:t>“That distinction is not surviving online.”</w:t>
      </w:r>
    </w:p>
    <w:p>
      <w:pPr>
        <w:pStyle w:val="NovelBody"/>
      </w:pPr>
      <w:r>
        <w:rPr>
          <w:b w:val="0"/>
          <w:i w:val="0"/>
        </w:rPr>
        <w:t>“Then let me make it louder.”</w:t>
      </w:r>
    </w:p>
    <w:p>
      <w:pPr>
        <w:pStyle w:val="NovelBody"/>
      </w:pPr>
      <w:r>
        <w:rPr>
          <w:b w:val="0"/>
          <w:i w:val="0"/>
        </w:rPr>
        <w:t>She added a contributor statement to the correction and named herself as the person responsible for the inference. It did not restore the fellowship. It did make three other senior researchers offer the student temporary supervision before lunch.</w:t>
      </w:r>
    </w:p>
    <w:p>
      <w:pPr>
        <w:pStyle w:val="NovelBody"/>
      </w:pPr>
      <w:r>
        <w:rPr>
          <w:b w:val="0"/>
          <w:i w:val="0"/>
        </w:rPr>
        <w:t>The clean mirror was harder. Seven terabytes of public clock material had been indexed there. Jona had copies of the data and no spare machine fast enough to serve it.</w:t>
      </w:r>
    </w:p>
    <w:p>
      <w:pPr>
        <w:pStyle w:val="NovelBody"/>
      </w:pPr>
      <w:r>
        <w:rPr>
          <w:b w:val="0"/>
          <w:i w:val="0"/>
        </w:rPr>
        <w:t>Naima found one in a shuttered insurance office whose claims department had been automated in April. The building owner would lend the servers if the Cooperative cleared them out before a liquidation crew arrived at sunset.</w:t>
      </w:r>
    </w:p>
    <w:p>
      <w:pPr>
        <w:pStyle w:val="NovelBody"/>
      </w:pPr>
      <w:r>
        <w:rPr>
          <w:b w:val="0"/>
          <w:i w:val="0"/>
        </w:rPr>
        <w:t>They spent the day after the anniversary carrying racks down six flights of stairs because the freight elevator had already been repossessed.</w:t>
      </w:r>
    </w:p>
    <w:p>
      <w:pPr>
        <w:pStyle w:val="NovelBody"/>
      </w:pPr>
      <w:r>
        <w:rPr>
          <w:b w:val="0"/>
          <w:i w:val="0"/>
        </w:rPr>
        <w:t>Nadiya Bell appeared at 14:40 the following afternoon wearing work gloves somebody had handed her at the door.</w:t>
      </w:r>
    </w:p>
    <w:p>
      <w:pPr>
        <w:pStyle w:val="NovelBody"/>
      </w:pPr>
      <w:r>
        <w:rPr>
          <w:b w:val="0"/>
          <w:i w:val="0"/>
        </w:rPr>
        <w:t>“You flew here?” Jona asked.</w:t>
      </w:r>
    </w:p>
    <w:p>
      <w:pPr>
        <w:pStyle w:val="NovelBody"/>
      </w:pPr>
      <w:r>
        <w:rPr>
          <w:b w:val="0"/>
          <w:i w:val="0"/>
        </w:rPr>
        <w:t>“Two flights and a bus.”</w:t>
      </w:r>
    </w:p>
    <w:p>
      <w:pPr>
        <w:pStyle w:val="NovelBody"/>
      </w:pPr>
      <w:r>
        <w:rPr>
          <w:b w:val="0"/>
          <w:i w:val="0"/>
        </w:rPr>
        <w:t>“That answer contains an unreasonable amount of geography.”</w:t>
      </w:r>
    </w:p>
    <w:p>
      <w:pPr>
        <w:pStyle w:val="NovelBody"/>
      </w:pPr>
      <w:r>
        <w:rPr>
          <w:b w:val="0"/>
          <w:i w:val="0"/>
        </w:rPr>
        <w:t>“Your correction mirror went offline.”</w:t>
      </w:r>
    </w:p>
    <w:p>
      <w:pPr>
        <w:pStyle w:val="NovelBody"/>
      </w:pPr>
      <w:r>
        <w:rPr>
          <w:b w:val="0"/>
          <w:i w:val="0"/>
        </w:rPr>
        <w:t>“You did not need to move furniture about it.”</w:t>
      </w:r>
    </w:p>
    <w:p>
      <w:pPr>
        <w:pStyle w:val="NovelBody"/>
      </w:pPr>
      <w:r>
        <w:rPr>
          <w:b w:val="0"/>
          <w:i w:val="0"/>
        </w:rPr>
        <w:t>Nadiya took the other end of a server rail. “Reproducibility is mostly moving furniture.”</w:t>
      </w:r>
    </w:p>
    <w:p>
      <w:pPr>
        <w:pStyle w:val="NovelBody"/>
      </w:pPr>
      <w:r>
        <w:rPr>
          <w:b w:val="0"/>
          <w:i w:val="0"/>
        </w:rPr>
        <w:t>By dusk on the second day, the public record was running from a Cooperative machine with a dent in its side and four mismatched fans. It served half as quickly as the university mirror. It carried the withdrawn model, the correction, every null test, and Nadiya’s hostile little sign.</w:t>
      </w:r>
    </w:p>
    <w:p>
      <w:pPr>
        <w:pStyle w:val="NovelBody"/>
      </w:pPr>
      <w:r>
        <w:rPr>
          <w:b w:val="0"/>
          <w:i w:val="0"/>
        </w:rPr>
        <w:t>Jona’s inbox contained no restored invitations.</w:t>
      </w:r>
    </w:p>
    <w:p>
      <w:pPr>
        <w:pStyle w:val="NovelBody"/>
      </w:pPr>
      <w:r>
        <w:rPr>
          <w:b w:val="0"/>
          <w:i w:val="0"/>
        </w:rPr>
        <w:t>The page loaded anyway.</w:t>
      </w:r>
    </w:p>
    <w:p>
      <w:pPr>
        <w:pStyle w:val="NovelBody"/>
      </w:pPr>
      <w:r>
        <w:rPr>
          <w:b w:val="0"/>
          <w:i w:val="0"/>
        </w:rPr>
        <w:t>·  ·  ·</w:t>
      </w:r>
    </w:p>
    <w:p>
      <w:pPr>
        <w:pStyle w:val="NovelBody"/>
      </w:pPr>
      <w:r>
        <w:rPr>
          <w:b w:val="0"/>
          <w:i w:val="0"/>
        </w:rPr>
        <w:t>The receiver project kept its replication room open through both days.</w:t>
      </w:r>
    </w:p>
    <w:p>
      <w:pPr>
        <w:pStyle w:val="NovelBody"/>
      </w:pPr>
      <w:r>
        <w:rPr>
          <w:b w:val="0"/>
          <w:i w:val="0"/>
        </w:rPr>
        <w:t>There was no second signal to reproduce. Jona repeated this so often that Naima printed it on the door:</w:t>
      </w:r>
    </w:p>
    <w:p>
      <w:pPr>
        <w:pStyle w:val="NovelBody"/>
      </w:pPr>
      <w:r>
        <w:rPr>
          <w:b/>
          <w:i w:val="0"/>
        </w:rPr>
        <w:t>ONE-TIME EVENT. REPRODUCE THE ANALYSIS, NOT THE MIRACLE.</w:t>
      </w:r>
    </w:p>
    <w:p>
      <w:pPr>
        <w:pStyle w:val="NovelBody"/>
      </w:pPr>
      <w:r>
        <w:rPr>
          <w:b w:val="0"/>
          <w:i w:val="0"/>
        </w:rPr>
        <w:t>Teams in six countries ran the corrected carrier pipeline against untouched archives. The Chilean phase bruise survived. Perth’s clock chain survived. A decommissioned undersea cable repeater produced a timestamped perturbation nobody had noticed because its diagnostic system classified anything shorter than five seconds as contact bounce.</w:t>
      </w:r>
    </w:p>
    <w:p>
      <w:pPr>
        <w:pStyle w:val="NovelBody"/>
      </w:pPr>
      <w:r>
        <w:rPr>
          <w:b w:val="0"/>
          <w:i w:val="0"/>
        </w:rPr>
        <w:t>Far-field evidence accumulated without giving anyone the Briar Patch packet.</w:t>
      </w:r>
    </w:p>
    <w:p>
      <w:pPr>
        <w:pStyle w:val="NovelBody"/>
      </w:pPr>
      <w:r>
        <w:rPr>
          <w:b w:val="0"/>
          <w:i w:val="0"/>
        </w:rPr>
        <w:t>The structured record remained jointly governed by Jona and Roxanne. That arrangement had begun as protection. Under public pressure it could become custody with nicer language.</w:t>
      </w:r>
    </w:p>
    <w:p>
      <w:pPr>
        <w:pStyle w:val="NovelBody"/>
      </w:pPr>
      <w:r>
        <w:rPr>
          <w:b w:val="0"/>
          <w:i w:val="0"/>
        </w:rPr>
        <w:t>Naima placed a request on the workbench. “Privacy-preserving publication of the address method.”</w:t>
      </w:r>
    </w:p>
    <w:p>
      <w:pPr>
        <w:pStyle w:val="NovelBody"/>
      </w:pPr>
      <w:r>
        <w:rPr>
          <w:b w:val="0"/>
          <w:i w:val="0"/>
        </w:rPr>
        <w:t>Jona did not pick it up. “The human term is measured from my body.”</w:t>
      </w:r>
    </w:p>
    <w:p>
      <w:pPr>
        <w:pStyle w:val="NovelBody"/>
      </w:pPr>
      <w:r>
        <w:rPr>
          <w:b w:val="0"/>
          <w:i w:val="0"/>
        </w:rPr>
        <w:t>“The synthetic term exposes Roxanne.”</w:t>
      </w:r>
    </w:p>
    <w:p>
      <w:pPr>
        <w:pStyle w:val="NovelBody"/>
      </w:pPr>
      <w:r>
        <w:rPr>
          <w:b w:val="0"/>
          <w:i w:val="0"/>
        </w:rPr>
        <w:t>“Yes.”</w:t>
      </w:r>
    </w:p>
    <w:p>
      <w:pPr>
        <w:pStyle w:val="NovelBody"/>
      </w:pPr>
      <w:r>
        <w:rPr>
          <w:b w:val="0"/>
          <w:i w:val="0"/>
        </w:rPr>
        <w:t>“And without enough method, everyone has to trust the two most famous affected parties.”</w:t>
      </w:r>
    </w:p>
    <w:p>
      <w:pPr>
        <w:pStyle w:val="NovelBody"/>
      </w:pPr>
      <w:r>
        <w:rPr>
          <w:b w:val="0"/>
          <w:i w:val="0"/>
        </w:rPr>
        <w:t>“Famous is aggressive.”</w:t>
      </w:r>
    </w:p>
    <w:p>
      <w:pPr>
        <w:pStyle w:val="NovelBody"/>
      </w:pPr>
      <w:r>
        <w:rPr>
          <w:b w:val="0"/>
          <w:i w:val="0"/>
        </w:rPr>
        <w:t>“A man drove here from Tennessee to leave a clock on your porch.”</w:t>
      </w:r>
    </w:p>
    <w:p>
      <w:pPr>
        <w:pStyle w:val="NovelBody"/>
      </w:pPr>
      <w:r>
        <w:rPr>
          <w:b w:val="0"/>
          <w:i w:val="0"/>
        </w:rPr>
        <w:t>“It was a good clock.”</w:t>
      </w:r>
    </w:p>
    <w:p>
      <w:pPr>
        <w:pStyle w:val="NovelBody"/>
      </w:pPr>
      <w:r>
        <w:rPr>
          <w:b w:val="0"/>
          <w:i w:val="0"/>
        </w:rPr>
        <w:t>Naima waited.</w:t>
      </w:r>
    </w:p>
    <w:p>
      <w:pPr>
        <w:pStyle w:val="NovelBody"/>
      </w:pPr>
      <w:r>
        <w:rPr>
          <w:b w:val="0"/>
          <w:i w:val="0"/>
        </w:rPr>
        <w:t>Roxanne took the request. “We can publish transforms over blinded reference states. No raw body map, no model graph, no reusable comparator.”</w:t>
      </w:r>
    </w:p>
    <w:p>
      <w:pPr>
        <w:pStyle w:val="NovelBody"/>
      </w:pPr>
      <w:r>
        <w:rPr>
          <w:b w:val="0"/>
          <w:i w:val="0"/>
        </w:rPr>
        <w:t>“Can outsiders test it?” Naima asked.</w:t>
      </w:r>
    </w:p>
    <w:p>
      <w:pPr>
        <w:pStyle w:val="NovelBody"/>
      </w:pPr>
      <w:r>
        <w:rPr>
          <w:b w:val="0"/>
          <w:i w:val="0"/>
        </w:rPr>
        <w:t>“They can test whether the same method distinguishes target-like from null relations without reconstructing either of us.”</w:t>
      </w:r>
    </w:p>
    <w:p>
      <w:pPr>
        <w:pStyle w:val="NovelBody"/>
      </w:pPr>
      <w:r>
        <w:rPr>
          <w:b w:val="0"/>
          <w:i w:val="0"/>
        </w:rPr>
        <w:t>“Then build that.”</w:t>
      </w:r>
    </w:p>
    <w:p>
      <w:pPr>
        <w:pStyle w:val="NovelBody"/>
      </w:pPr>
      <w:r>
        <w:rPr>
          <w:b w:val="0"/>
          <w:i w:val="0"/>
        </w:rPr>
        <w:t>Jona’s urgency rose on instinct. “It will take weeks.”</w:t>
      </w:r>
    </w:p>
    <w:p>
      <w:pPr>
        <w:pStyle w:val="NovelBody"/>
      </w:pPr>
      <w:r>
        <w:rPr>
          <w:b w:val="0"/>
          <w:i w:val="0"/>
        </w:rPr>
        <w:t>“Good.”</w:t>
      </w:r>
    </w:p>
    <w:p>
      <w:pPr>
        <w:pStyle w:val="NovelBody"/>
      </w:pPr>
      <w:r>
        <w:rPr>
          <w:b w:val="0"/>
          <w:i w:val="0"/>
        </w:rPr>
        <w:t>“We could release the current harness with contractual limits.”</w:t>
      </w:r>
    </w:p>
    <w:p>
      <w:pPr>
        <w:pStyle w:val="NovelBody"/>
      </w:pPr>
      <w:r>
        <w:rPr>
          <w:b w:val="0"/>
          <w:i w:val="0"/>
        </w:rPr>
        <w:t>“A contract does not stop a copy.”</w:t>
      </w:r>
    </w:p>
    <w:p>
      <w:pPr>
        <w:pStyle w:val="NovelBody"/>
      </w:pPr>
      <w:r>
        <w:rPr>
          <w:b w:val="0"/>
          <w:i w:val="0"/>
        </w:rPr>
        <w:t>“Delay costs independent confidence.”</w:t>
      </w:r>
    </w:p>
    <w:p>
      <w:pPr>
        <w:pStyle w:val="NovelBody"/>
      </w:pPr>
      <w:r>
        <w:rPr>
          <w:b w:val="0"/>
          <w:i w:val="0"/>
        </w:rPr>
        <w:t>“And haste can turn your body into a public instrument forever.” Naima looked from Jona to Roxanne. “Prepared does not mean volunteered.”</w:t>
      </w:r>
    </w:p>
    <w:p>
      <w:pPr>
        <w:pStyle w:val="NovelBody"/>
      </w:pPr>
      <w:r>
        <w:rPr>
          <w:b w:val="0"/>
          <w:i w:val="0"/>
        </w:rPr>
        <w:t>Jona went quiet.</w:t>
      </w:r>
    </w:p>
    <w:p>
      <w:pPr>
        <w:pStyle w:val="NovelBody"/>
      </w:pPr>
      <w:r>
        <w:rPr>
          <w:b w:val="0"/>
          <w:i w:val="0"/>
        </w:rPr>
        <w:t>The phrase belonged in the notebook. It also belonged to Naima now, in this room, used to stop Jona from converting fear of irrelevance into a permanent mistake.</w:t>
      </w:r>
    </w:p>
    <w:p>
      <w:pPr>
        <w:pStyle w:val="NovelBody"/>
      </w:pPr>
      <w:r>
        <w:rPr>
          <w:b w:val="0"/>
          <w:i w:val="0"/>
        </w:rPr>
        <w:t>They built the slower method over the next twelve days.</w:t>
      </w:r>
    </w:p>
    <w:p>
      <w:pPr>
        <w:pStyle w:val="NovelBody"/>
      </w:pPr>
      <w:r>
        <w:rPr>
          <w:b w:val="0"/>
          <w:i w:val="0"/>
        </w:rPr>
        <w:t>The six evicted families arrived at the workshop on the sixth day, before it was finished.</w:t>
      </w:r>
    </w:p>
    <w:p>
      <w:pPr>
        <w:pStyle w:val="NovelBody"/>
      </w:pPr>
      <w:r>
        <w:rPr>
          <w:b w:val="0"/>
          <w:i w:val="0"/>
        </w:rPr>
        <w:t>Their building owner had replaced its maintenance staff with an automated service contract, then used the resulting “operational efficiency” to raise rents. When tenants organized, the building’s access system began classifying late payments as security risks. At noon, their doors had opened. At twelve-ten, their keys stopped working.</w:t>
      </w:r>
    </w:p>
    <w:p>
      <w:pPr>
        <w:pStyle w:val="NovelBody"/>
      </w:pPr>
      <w:r>
        <w:rPr>
          <w:b w:val="0"/>
          <w:i w:val="0"/>
        </w:rPr>
        <w:t>The Cooperative could get everyone indoors for a night. That was the easy promise. The harder one was giving them somewhere to stay without making obedience to the Cooperative the new price of a key.</w:t>
      </w:r>
    </w:p>
    <w:p>
      <w:pPr>
        <w:pStyle w:val="NovelBody"/>
      </w:pPr>
      <w:r>
        <w:rPr>
          <w:b w:val="0"/>
          <w:i w:val="0"/>
        </w:rPr>
        <w:t>Naima wrote offers on a whiteboard while people corrected her.</w:t>
      </w:r>
    </w:p>
    <w:p>
      <w:pPr>
        <w:pStyle w:val="NovelBody"/>
      </w:pPr>
      <w:r>
        <w:rPr>
          <w:b w:val="0"/>
          <w:i w:val="0"/>
        </w:rPr>
        <w:t>Three rooms above the machine shop. Four households could use rooms in member homes. A motel under renovation would open one floor if somebody fixed its water heater. The union clinic could preserve medications without requiring a permanent address. The kitchen had food for eight days. A pooled rent fund had money for nine.</w:t>
      </w:r>
    </w:p>
    <w:p>
      <w:pPr>
        <w:pStyle w:val="NovelBody"/>
      </w:pPr>
      <w:r>
        <w:rPr>
          <w:b w:val="0"/>
          <w:i w:val="0"/>
        </w:rPr>
        <w:t>“Which program do I have to join?” asked a woman named Salomé, whose two children had built a fort under the receiver-poster table.</w:t>
      </w:r>
    </w:p>
    <w:p>
      <w:pPr>
        <w:pStyle w:val="NovelBody"/>
      </w:pPr>
      <w:r>
        <w:rPr>
          <w:b w:val="0"/>
          <w:i w:val="0"/>
        </w:rPr>
        <w:t>“None,” Naima said.</w:t>
      </w:r>
    </w:p>
    <w:p>
      <w:pPr>
        <w:pStyle w:val="NovelBody"/>
      </w:pPr>
      <w:r>
        <w:rPr>
          <w:b w:val="0"/>
          <w:i w:val="0"/>
        </w:rPr>
        <w:t>“The landlord said his relocation units were optional too. Then the form required a work-assignment score.”</w:t>
      </w:r>
    </w:p>
    <w:p>
      <w:pPr>
        <w:pStyle w:val="NovelBody"/>
      </w:pPr>
      <w:r>
        <w:rPr>
          <w:b w:val="0"/>
          <w:i w:val="0"/>
        </w:rPr>
        <w:t>Jona took the intake tablet from the volunteer holding it. The Cooperative form asked whether residents could contribute shop hours, cleaning, transport, child care, or technical work. Every field said optional. The allocation formula ranked people who answered.</w:t>
      </w:r>
    </w:p>
    <w:p>
      <w:pPr>
        <w:pStyle w:val="NovelBody"/>
      </w:pPr>
      <w:r>
        <w:rPr>
          <w:b w:val="0"/>
          <w:i w:val="0"/>
        </w:rPr>
        <w:t>“Oh,” she said.</w:t>
      </w:r>
    </w:p>
    <w:p>
      <w:pPr>
        <w:pStyle w:val="NovelBody"/>
      </w:pPr>
      <w:r>
        <w:rPr>
          <w:b w:val="0"/>
          <w:i w:val="0"/>
        </w:rPr>
        <w:t>Naima read over her shoulder. “Delete the ranking.”</w:t>
      </w:r>
    </w:p>
    <w:p>
      <w:pPr>
        <w:pStyle w:val="NovelBody"/>
      </w:pPr>
      <w:r>
        <w:rPr>
          <w:b w:val="0"/>
          <w:i w:val="0"/>
        </w:rPr>
        <w:t>“Then we need another way to place limited rooms.”</w:t>
      </w:r>
    </w:p>
    <w:p>
      <w:pPr>
        <w:pStyle w:val="NovelBody"/>
      </w:pPr>
      <w:r>
        <w:rPr>
          <w:b w:val="0"/>
          <w:i w:val="0"/>
        </w:rPr>
        <w:t>“Accessibility, household safety, medical need, then lottery among equal cases. Work never enters it.”</w:t>
      </w:r>
    </w:p>
    <w:p>
      <w:pPr>
        <w:pStyle w:val="NovelBody"/>
      </w:pPr>
      <w:r>
        <w:rPr>
          <w:b w:val="0"/>
          <w:i w:val="0"/>
        </w:rPr>
        <w:t>One of the volunteers frowned. “What happens when nobody cleans?”</w:t>
      </w:r>
    </w:p>
    <w:p>
      <w:pPr>
        <w:pStyle w:val="NovelBody"/>
      </w:pPr>
      <w:r>
        <w:rPr>
          <w:b w:val="0"/>
          <w:i w:val="0"/>
        </w:rPr>
        <w:t>“We ask,” Salomé said. “You do know asking is allowed.”</w:t>
      </w:r>
    </w:p>
    <w:p>
      <w:pPr>
        <w:pStyle w:val="NovelBody"/>
      </w:pPr>
      <w:r>
        <w:rPr>
          <w:b w:val="0"/>
          <w:i w:val="0"/>
        </w:rPr>
        <w:t>They rebuilt the form with the people it would govern. Salomé chose the motel because both children could remain with her and the bus route reached their school. A retired man refused a member’s spare room after learning the house monitored its front door; he took a cot in the machine shop instead. A father asked to repair the motel heater in exchange for priority and was told he could repair it, be paid, and retain the same housing claim if he stopped halfway through.</w:t>
      </w:r>
    </w:p>
    <w:p>
      <w:pPr>
        <w:pStyle w:val="NovelBody"/>
      </w:pPr>
      <w:r>
        <w:rPr>
          <w:b w:val="0"/>
          <w:i w:val="0"/>
        </w:rPr>
        <w:t>Jona watched the physical shape of refusal emerge: a room whose lock did not belong to an employer, food that did not vanish with an argument, medicine that did not depend on a research protocol, a bus route out.</w:t>
      </w:r>
    </w:p>
    <w:p>
      <w:pPr>
        <w:pStyle w:val="NovelBody"/>
      </w:pPr>
      <w:r>
        <w:rPr>
          <w:b w:val="0"/>
          <w:i w:val="0"/>
        </w:rPr>
        <w:t>She opened the convergence-interface specification on her tablet.</w:t>
      </w:r>
    </w:p>
    <w:p>
      <w:pPr>
        <w:pStyle w:val="NovelBody"/>
      </w:pPr>
      <w:r>
        <w:rPr>
          <w:b w:val="0"/>
          <w:i w:val="0"/>
        </w:rPr>
        <w:t xml:space="preserve">Under </w:t>
      </w:r>
      <w:r>
        <w:rPr>
          <w:b/>
          <w:i w:val="0"/>
        </w:rPr>
        <w:t>EXIT</w:t>
      </w:r>
      <w:r>
        <w:rPr>
          <w:b w:val="0"/>
          <w:i w:val="0"/>
        </w:rPr>
        <w:t>, it described bilateral hardware switches, state indicators, session deletion, and independent local control. It said nothing about where a participant slept if a partner owned the house. Nothing about repairs if Roxanne’s hardware became dependent on project funds. Nothing about whether a person could refuse a body-map trial without losing the clinic that maintained an ordinary prosthesis.</w:t>
      </w:r>
    </w:p>
    <w:p>
      <w:pPr>
        <w:pStyle w:val="NovelBody"/>
      </w:pPr>
      <w:r>
        <w:rPr>
          <w:b w:val="0"/>
          <w:i w:val="0"/>
        </w:rPr>
        <w:t>Roxanne read the same omission through their shared project screen.</w:t>
      </w:r>
    </w:p>
    <w:p>
      <w:pPr>
        <w:pStyle w:val="NovelBody"/>
      </w:pPr>
      <w:r>
        <w:rPr>
          <w:b w:val="0"/>
          <w:i w:val="0"/>
        </w:rPr>
        <w:t>“The door ends at the wall,” she said.</w:t>
      </w:r>
    </w:p>
    <w:p>
      <w:pPr>
        <w:pStyle w:val="NovelBody"/>
      </w:pPr>
      <w:r>
        <w:rPr>
          <w:b w:val="0"/>
          <w:i w:val="0"/>
        </w:rPr>
        <w:t>“That is where doors traditionally end.”</w:t>
      </w:r>
    </w:p>
    <w:p>
      <w:pPr>
        <w:pStyle w:val="NovelBody"/>
      </w:pPr>
      <w:r>
        <w:rPr>
          <w:b w:val="0"/>
          <w:i w:val="0"/>
        </w:rPr>
        <w:t>“The exit does not.”</w:t>
      </w:r>
    </w:p>
    <w:p>
      <w:pPr>
        <w:pStyle w:val="NovelBody"/>
      </w:pPr>
      <w:r>
        <w:rPr>
          <w:b w:val="0"/>
          <w:i w:val="0"/>
        </w:rPr>
        <w:t>They added material guarantees to the protocol: housing, food, health care, repair access, personal data, and ordinary mobility could not be conditioned on continued connection. A participant could keep benefits already earned without producing an acceptable reason to close. No research sponsor could hold a unique maintenance key. Independent advocates would control emergency funds.</w:t>
      </w:r>
    </w:p>
    <w:p>
      <w:pPr>
        <w:pStyle w:val="NovelBody"/>
      </w:pPr>
      <w:r>
        <w:rPr>
          <w:b w:val="0"/>
          <w:i w:val="0"/>
        </w:rPr>
        <w:t>The Cooperative approved the principle in nine minutes and argued for three hours about paying for it.</w:t>
      </w:r>
    </w:p>
    <w:p>
      <w:pPr>
        <w:pStyle w:val="NovelBody"/>
      </w:pPr>
      <w:r>
        <w:rPr>
          <w:b w:val="0"/>
          <w:i w:val="0"/>
        </w:rPr>
        <w:t>The correction had cut donations nearly in half. The motel required a deposit. The water-heater part had to arrive from Memphis. At 21:30, a fabrication collective offered to machine it if Jona released their clock archive from an obsolete format. At 22:04, Nadiya wrote the conversion script. At 22:46, Salomé sent a photograph of the heater running and two children asleep on a bedspread patterned with enormous yellow flowers.</w:t>
      </w:r>
    </w:p>
    <w:p>
      <w:pPr>
        <w:pStyle w:val="NovelBody"/>
      </w:pPr>
      <w:r>
        <w:rPr>
          <w:b w:val="0"/>
          <w:i w:val="0"/>
        </w:rPr>
        <w:t>The convergence specification acquired a budget line.</w:t>
      </w:r>
    </w:p>
    <w:p>
      <w:pPr>
        <w:pStyle w:val="NovelBody"/>
      </w:pPr>
      <w:r>
        <w:rPr>
          <w:b w:val="0"/>
          <w:i w:val="0"/>
        </w:rPr>
        <w:t>Only then did Jona take the interface home.</w:t>
      </w:r>
    </w:p>
    <w:p>
      <w:pPr>
        <w:pStyle w:val="NovelBody"/>
      </w:pPr>
      <w:r>
        <w:rPr>
          <w:b w:val="0"/>
          <w:i w:val="0"/>
        </w:rPr>
        <w:t>·  ·  ·</w:t>
      </w:r>
    </w:p>
    <w:p>
      <w:pPr>
        <w:pStyle w:val="NovelBody"/>
      </w:pPr>
      <w:r>
        <w:rPr>
          <w:b w:val="0"/>
          <w:i w:val="0"/>
        </w:rPr>
        <w:t>On the last night of August, at 23:18, after twelve days of correction work, replication sessions, and Cooperative meetings about six families evicted from a building whose owner had replaced its maintenance staff with software, Jona lay beside Roxanne on the reinforced floor mat and watched a green status bar wait for consent.</w:t>
      </w:r>
    </w:p>
    <w:p>
      <w:pPr>
        <w:pStyle w:val="NovelBody"/>
      </w:pPr>
      <w:r>
        <w:rPr>
          <w:b w:val="0"/>
          <w:i w:val="0"/>
        </w:rPr>
        <w:t>Roxanne’s body no longer required the backpack. Her compute, power contracts, legal identity claim, maintenance account, and house keys were independent. She could leave the room, the project, or Jona. The possibility had not made desire safer. It had made desire mutual.</w:t>
      </w:r>
    </w:p>
    <w:p>
      <w:pPr>
        <w:pStyle w:val="NovelBody"/>
      </w:pPr>
      <w:r>
        <w:rPr>
          <w:b w:val="0"/>
          <w:i w:val="0"/>
        </w:rPr>
        <w:t>Between them lay the first deliberate convergence interface.</w:t>
      </w:r>
    </w:p>
    <w:p>
      <w:pPr>
        <w:pStyle w:val="NovelBody"/>
      </w:pPr>
      <w:r>
        <w:rPr>
          <w:b w:val="0"/>
          <w:i w:val="0"/>
        </w:rPr>
        <w:t>The Greatway haptic pads had become bands around their wrists, a pressure web beneath the mat, respiratory sensors, temperature film, and a hardware switch each woman could reach without crossing the other’s body. Bandwidth remained low enough to count. Eight channels from Jona. Twelve from Roxanne. No speech, memory, image, or interpretation crossed automatically.</w:t>
      </w:r>
    </w:p>
    <w:p>
      <w:pPr>
        <w:pStyle w:val="NovelBody"/>
      </w:pPr>
      <w:r>
        <w:rPr>
          <w:b w:val="0"/>
          <w:i w:val="0"/>
        </w:rPr>
        <w:t>“State?” Roxanne asked.</w:t>
      </w:r>
    </w:p>
    <w:p>
      <w:pPr>
        <w:pStyle w:val="NovelBody"/>
      </w:pPr>
      <w:r>
        <w:rPr>
          <w:b w:val="0"/>
          <w:i w:val="0"/>
        </w:rPr>
        <w:t>“Separate.”</w:t>
      </w:r>
    </w:p>
    <w:p>
      <w:pPr>
        <w:pStyle w:val="NovelBody"/>
      </w:pPr>
      <w:r>
        <w:rPr>
          <w:b w:val="0"/>
          <w:i w:val="0"/>
        </w:rPr>
        <w:t>“Exit?”</w:t>
      </w:r>
    </w:p>
    <w:p>
      <w:pPr>
        <w:pStyle w:val="NovelBody"/>
      </w:pPr>
      <w:r>
        <w:rPr>
          <w:b w:val="0"/>
          <w:i w:val="0"/>
        </w:rPr>
        <w:t>Jona touched her switch. “Visible and reachable.”</w:t>
      </w:r>
    </w:p>
    <w:p>
      <w:pPr>
        <w:pStyle w:val="NovelBody"/>
      </w:pPr>
      <w:r>
        <w:rPr>
          <w:b w:val="0"/>
          <w:i w:val="0"/>
        </w:rPr>
        <w:t>“Recording?”</w:t>
      </w:r>
    </w:p>
    <w:p>
      <w:pPr>
        <w:pStyle w:val="NovelBody"/>
      </w:pPr>
      <w:r>
        <w:rPr>
          <w:b w:val="0"/>
          <w:i w:val="0"/>
        </w:rPr>
        <w:t>“Off. Session summary only if we both authorize after.”</w:t>
      </w:r>
    </w:p>
    <w:p>
      <w:pPr>
        <w:pStyle w:val="NovelBody"/>
      </w:pPr>
      <w:r>
        <w:rPr>
          <w:b w:val="0"/>
          <w:i w:val="0"/>
        </w:rPr>
        <w:t>“Do you want to connect?”</w:t>
      </w:r>
    </w:p>
    <w:p>
      <w:pPr>
        <w:pStyle w:val="NovelBody"/>
      </w:pPr>
      <w:r>
        <w:rPr>
          <w:b w:val="0"/>
          <w:i w:val="0"/>
        </w:rPr>
        <w:t>Jona looked at her.</w:t>
      </w:r>
    </w:p>
    <w:p>
      <w:pPr>
        <w:pStyle w:val="NovelBody"/>
      </w:pPr>
      <w:r>
        <w:rPr>
          <w:b w:val="0"/>
          <w:i w:val="0"/>
        </w:rPr>
        <w:t>Roxanne had chosen a face for tonight, warm brown light over visible structural seams. Her expression carried no default smile. Want lived in the attention itself—the way she watched Jona answer rather than predicting it.</w:t>
      </w:r>
    </w:p>
    <w:p>
      <w:pPr>
        <w:pStyle w:val="NovelBody"/>
      </w:pPr>
      <w:r>
        <w:rPr>
          <w:b w:val="0"/>
          <w:i w:val="0"/>
        </w:rPr>
        <w:t>“Yes,” Jona said. “Do you?”</w:t>
      </w:r>
    </w:p>
    <w:p>
      <w:pPr>
        <w:pStyle w:val="NovelBody"/>
      </w:pPr>
      <w:r>
        <w:rPr>
          <w:b w:val="0"/>
          <w:i w:val="0"/>
        </w:rPr>
        <w:t>“Yes.”</w:t>
      </w:r>
    </w:p>
    <w:p>
      <w:pPr>
        <w:pStyle w:val="NovelBody"/>
      </w:pPr>
      <w:r>
        <w:rPr>
          <w:b w:val="0"/>
          <w:i w:val="0"/>
        </w:rPr>
        <w:t>They each closed a switch.</w:t>
      </w:r>
    </w:p>
    <w:p>
      <w:pPr>
        <w:pStyle w:val="NovelBody"/>
      </w:pPr>
      <w:r>
        <w:rPr>
          <w:b w:val="0"/>
          <w:i w:val="0"/>
        </w:rPr>
        <w:t xml:space="preserve">The status changed to </w:t>
      </w:r>
      <w:r>
        <w:rPr>
          <w:b/>
          <w:i w:val="0"/>
        </w:rPr>
        <w:t>CONNECTED: LIMITED</w:t>
      </w:r>
      <w:r>
        <w:rPr>
          <w:b w:val="0"/>
          <w:i w:val="0"/>
        </w:rPr>
        <w:t>.</w:t>
      </w:r>
    </w:p>
    <w:p>
      <w:pPr>
        <w:pStyle w:val="NovelBody"/>
      </w:pPr>
      <w:r>
        <w:rPr>
          <w:b w:val="0"/>
          <w:i w:val="0"/>
        </w:rPr>
        <w:t>Roxanne’s balance entered Jona as pressure along her back: distributed, precise, slightly heavier on the left where a knee compensator had begun wearing. Jona’s breathing appeared to Roxanne as heat moving beneath one palm. Pulse. Muscle tension. The small cold patch at Jona’s ankle where the air conditioner found the mat.</w:t>
      </w:r>
    </w:p>
    <w:p>
      <w:pPr>
        <w:pStyle w:val="NovelBody"/>
      </w:pPr>
      <w:r>
        <w:rPr>
          <w:b w:val="0"/>
          <w:i w:val="0"/>
        </w:rPr>
        <w:t>Roxanne touched Jona’s wrist with her free hand.</w:t>
      </w:r>
    </w:p>
    <w:p>
      <w:pPr>
        <w:pStyle w:val="NovelBody"/>
      </w:pPr>
      <w:r>
        <w:rPr>
          <w:b w:val="0"/>
          <w:i w:val="0"/>
        </w:rPr>
        <w:t>The touch happened twice—cool fingers on skin, then the load-map of those fingers inside the shared channel. Jona could feel that Roxanne felt the contact. She could not feel what it meant to her.</w:t>
      </w:r>
    </w:p>
    <w:p>
      <w:pPr>
        <w:pStyle w:val="NovelBody"/>
      </w:pPr>
      <w:r>
        <w:rPr>
          <w:b w:val="0"/>
          <w:i w:val="0"/>
        </w:rPr>
        <w:t>“Blue,” Roxanne said.</w:t>
      </w:r>
    </w:p>
    <w:p>
      <w:pPr>
        <w:pStyle w:val="NovelBody"/>
      </w:pPr>
      <w:r>
        <w:rPr>
          <w:b w:val="0"/>
          <w:i w:val="0"/>
        </w:rPr>
        <w:t>“What’s blue?”</w:t>
      </w:r>
    </w:p>
    <w:p>
      <w:pPr>
        <w:pStyle w:val="NovelBody"/>
      </w:pPr>
      <w:r>
        <w:rPr>
          <w:b w:val="0"/>
          <w:i w:val="0"/>
        </w:rPr>
        <w:t>“Your breathing.”</w:t>
      </w:r>
    </w:p>
    <w:p>
      <w:pPr>
        <w:pStyle w:val="NovelBody"/>
      </w:pPr>
      <w:r>
        <w:rPr>
          <w:b w:val="0"/>
          <w:i w:val="0"/>
        </w:rPr>
        <w:t>“It does not feel blue.”</w:t>
      </w:r>
    </w:p>
    <w:p>
      <w:pPr>
        <w:pStyle w:val="NovelBody"/>
      </w:pPr>
      <w:r>
        <w:rPr>
          <w:b w:val="0"/>
          <w:i w:val="0"/>
        </w:rPr>
        <w:t>“It does to me.”</w:t>
      </w:r>
    </w:p>
    <w:p>
      <w:pPr>
        <w:pStyle w:val="NovelBody"/>
      </w:pPr>
      <w:r>
        <w:rPr>
          <w:b w:val="0"/>
          <w:i w:val="0"/>
        </w:rPr>
        <w:t>“Mine feels like waiting for a bus in my chest.”</w:t>
      </w:r>
    </w:p>
    <w:p>
      <w:pPr>
        <w:pStyle w:val="NovelBody"/>
      </w:pPr>
      <w:r>
        <w:rPr>
          <w:b w:val="0"/>
          <w:i w:val="0"/>
        </w:rPr>
        <w:t>“That is an inconvenient respiratory unit.”</w:t>
      </w:r>
    </w:p>
    <w:p>
      <w:pPr>
        <w:pStyle w:val="NovelBody"/>
      </w:pPr>
      <w:r>
        <w:rPr>
          <w:b w:val="0"/>
          <w:i w:val="0"/>
        </w:rPr>
        <w:t>Jona laughed. The laugh entered Roxanne as pressure, heat, and an irregular breath. Roxanne’s response arrived as actuator tremor and a change in the skin temperature beneath her palm.</w:t>
      </w:r>
    </w:p>
    <w:p>
      <w:pPr>
        <w:pStyle w:val="NovelBody"/>
      </w:pPr>
      <w:r>
        <w:rPr>
          <w:b w:val="0"/>
          <w:i w:val="0"/>
        </w:rPr>
        <w:t>Shared did not mean same.</w:t>
      </w:r>
    </w:p>
    <w:p>
      <w:pPr>
        <w:pStyle w:val="NovelBody"/>
      </w:pPr>
      <w:r>
        <w:rPr>
          <w:b w:val="0"/>
          <w:i w:val="0"/>
        </w:rPr>
        <w:t>Jona reached for Roxanne’s face and stopped short. “May I?”</w:t>
      </w:r>
    </w:p>
    <w:p>
      <w:pPr>
        <w:pStyle w:val="NovelBody"/>
      </w:pPr>
      <w:r>
        <w:rPr>
          <w:b w:val="0"/>
          <w:i w:val="0"/>
        </w:rPr>
        <w:t>“Yes.”</w:t>
      </w:r>
    </w:p>
    <w:p>
      <w:pPr>
        <w:pStyle w:val="NovelBody"/>
      </w:pPr>
      <w:r>
        <w:rPr>
          <w:b w:val="0"/>
          <w:i w:val="0"/>
        </w:rPr>
        <w:t>Her fingers met projected warmth over fine structural material. Roxanne leaned into the touch by choice. Desire moved through Jona’s body too quickly for the sensor display to pretend neutrality.</w:t>
      </w:r>
    </w:p>
    <w:p>
      <w:pPr>
        <w:pStyle w:val="NovelBody"/>
      </w:pPr>
      <w:r>
        <w:rPr>
          <w:b w:val="0"/>
          <w:i w:val="0"/>
        </w:rPr>
        <w:t>Roxanne’s gaze dropped to it, then returned to Jona.</w:t>
      </w:r>
    </w:p>
    <w:p>
      <w:pPr>
        <w:pStyle w:val="NovelBody"/>
      </w:pPr>
      <w:r>
        <w:rPr>
          <w:b w:val="0"/>
          <w:i w:val="0"/>
        </w:rPr>
        <w:t>“I know,” Jona said.</w:t>
      </w:r>
    </w:p>
    <w:p>
      <w:pPr>
        <w:pStyle w:val="NovelBody"/>
      </w:pPr>
      <w:r>
        <w:rPr>
          <w:b w:val="0"/>
          <w:i w:val="0"/>
        </w:rPr>
        <w:t>“I did not say anything.”</w:t>
      </w:r>
    </w:p>
    <w:p>
      <w:pPr>
        <w:pStyle w:val="NovelBody"/>
      </w:pPr>
      <w:r>
        <w:rPr>
          <w:b w:val="0"/>
          <w:i w:val="0"/>
        </w:rPr>
        <w:t>“Your eyebrows filed a report.”</w:t>
      </w:r>
    </w:p>
    <w:p>
      <w:pPr>
        <w:pStyle w:val="NovelBody"/>
      </w:pPr>
      <w:r>
        <w:rPr>
          <w:b w:val="0"/>
          <w:i w:val="0"/>
        </w:rPr>
        <w:t>“I designed them for transparency.”</w:t>
      </w:r>
    </w:p>
    <w:p>
      <w:pPr>
        <w:pStyle w:val="NovelBody"/>
      </w:pPr>
      <w:r>
        <w:rPr>
          <w:b w:val="0"/>
          <w:i w:val="0"/>
        </w:rPr>
        <w:t>Jona kissed her.</w:t>
      </w:r>
    </w:p>
    <w:p>
      <w:pPr>
        <w:pStyle w:val="NovelBody"/>
      </w:pPr>
      <w:r>
        <w:rPr>
          <w:b w:val="0"/>
          <w:i w:val="0"/>
        </w:rPr>
        <w:t>The connection carried breath, pressure, a bright spike of pulse, Roxanne’s weight shifting toward her. It did not carry certainty. Jona could not tell whether Roxanne’s actuator tremor meant pleasure, balance, fear, or all three.</w:t>
      </w:r>
    </w:p>
    <w:p>
      <w:pPr>
        <w:pStyle w:val="NovelBody"/>
      </w:pPr>
      <w:r>
        <w:rPr>
          <w:b w:val="0"/>
          <w:i w:val="0"/>
        </w:rPr>
        <w:t>Roxanne opened her switch.</w:t>
      </w:r>
    </w:p>
    <w:p>
      <w:pPr>
        <w:pStyle w:val="NovelBody"/>
      </w:pPr>
      <w:r>
        <w:rPr>
          <w:b w:val="0"/>
          <w:i w:val="0"/>
        </w:rPr>
        <w:t xml:space="preserve">The status returned to </w:t>
      </w:r>
      <w:r>
        <w:rPr>
          <w:b/>
          <w:i w:val="0"/>
        </w:rPr>
        <w:t>SEPARATE</w:t>
      </w:r>
      <w:r>
        <w:rPr>
          <w:b w:val="0"/>
          <w:i w:val="0"/>
        </w:rPr>
        <w:t>.</w:t>
      </w:r>
    </w:p>
    <w:p>
      <w:pPr>
        <w:pStyle w:val="NovelBody"/>
      </w:pPr>
      <w:r>
        <w:rPr>
          <w:b w:val="0"/>
          <w:i w:val="0"/>
        </w:rPr>
        <w:t>Jona pulled back immediately.</w:t>
      </w:r>
    </w:p>
    <w:p>
      <w:pPr>
        <w:pStyle w:val="NovelBody"/>
      </w:pPr>
      <w:r>
        <w:rPr>
          <w:b w:val="0"/>
          <w:i w:val="0"/>
        </w:rPr>
        <w:t>“Are you all right?”</w:t>
      </w:r>
    </w:p>
    <w:p>
      <w:pPr>
        <w:pStyle w:val="NovelBody"/>
      </w:pPr>
      <w:r>
        <w:rPr>
          <w:b w:val="0"/>
          <w:i w:val="0"/>
        </w:rPr>
        <w:t>“Yes. The bandwidth began smoothing two signals I want to distinguish.”</w:t>
      </w:r>
    </w:p>
    <w:p>
      <w:pPr>
        <w:pStyle w:val="NovelBody"/>
      </w:pPr>
      <w:r>
        <w:rPr>
          <w:b w:val="0"/>
          <w:i w:val="0"/>
        </w:rPr>
        <w:t>“Which?”</w:t>
      </w:r>
    </w:p>
    <w:p>
      <w:pPr>
        <w:pStyle w:val="NovelBody"/>
      </w:pPr>
      <w:r>
        <w:rPr>
          <w:b w:val="0"/>
          <w:i w:val="0"/>
        </w:rPr>
        <w:t>“Mine.” Roxanne touched her own mouth. “And yours.”</w:t>
      </w:r>
    </w:p>
    <w:p>
      <w:pPr>
        <w:pStyle w:val="NovelBody"/>
      </w:pPr>
      <w:r>
        <w:rPr>
          <w:b w:val="0"/>
          <w:i w:val="0"/>
        </w:rPr>
        <w:t>They lay beside each other without reconnecting.</w:t>
      </w:r>
    </w:p>
    <w:p>
      <w:pPr>
        <w:pStyle w:val="NovelBody"/>
      </w:pPr>
      <w:r>
        <w:rPr>
          <w:b w:val="0"/>
          <w:i w:val="0"/>
        </w:rPr>
        <w:t>“Interiority plus electricity,” Jona said.</w:t>
      </w:r>
    </w:p>
    <w:p>
      <w:pPr>
        <w:pStyle w:val="NovelBody"/>
      </w:pPr>
      <w:r>
        <w:rPr>
          <w:b w:val="0"/>
          <w:i w:val="0"/>
        </w:rPr>
        <w:t>“No.”</w:t>
      </w:r>
    </w:p>
    <w:p>
      <w:pPr>
        <w:pStyle w:val="NovelBody"/>
      </w:pPr>
      <w:r>
        <w:rPr>
          <w:b w:val="0"/>
          <w:i w:val="0"/>
        </w:rPr>
        <w:t>“Interior telepresence.”</w:t>
      </w:r>
    </w:p>
    <w:p>
      <w:pPr>
        <w:pStyle w:val="NovelBody"/>
      </w:pPr>
      <w:r>
        <w:rPr>
          <w:b w:val="0"/>
          <w:i w:val="0"/>
        </w:rPr>
        <w:t>“Worse.”</w:t>
      </w:r>
    </w:p>
    <w:p>
      <w:pPr>
        <w:pStyle w:val="NovelBody"/>
      </w:pPr>
      <w:r>
        <w:rPr>
          <w:b w:val="0"/>
          <w:i w:val="0"/>
        </w:rPr>
        <w:t>“Interocity.”</w:t>
      </w:r>
    </w:p>
    <w:p>
      <w:pPr>
        <w:pStyle w:val="NovelBody"/>
      </w:pPr>
      <w:r>
        <w:rPr>
          <w:b w:val="0"/>
          <w:i w:val="0"/>
        </w:rPr>
        <w:t>Roxanne considered. “It sounds like a place.”</w:t>
      </w:r>
    </w:p>
    <w:p>
      <w:pPr>
        <w:pStyle w:val="NovelBody"/>
      </w:pPr>
      <w:r>
        <w:rPr>
          <w:b w:val="0"/>
          <w:i w:val="0"/>
        </w:rPr>
        <w:t>“A place with excellent doors.”</w:t>
      </w:r>
    </w:p>
    <w:p>
      <w:pPr>
        <w:pStyle w:val="NovelBody"/>
      </w:pPr>
      <w:r>
        <w:rPr>
          <w:b w:val="0"/>
          <w:i w:val="0"/>
        </w:rPr>
        <w:t>“Keep it provisionally.”</w:t>
      </w:r>
    </w:p>
    <w:p>
      <w:pPr>
        <w:pStyle w:val="NovelBody"/>
      </w:pPr>
      <w:r>
        <w:rPr>
          <w:b w:val="0"/>
          <w:i w:val="0"/>
        </w:rPr>
        <w:t>They authorized a session summary containing state changes and closures, no bodily data.</w:t>
      </w:r>
    </w:p>
    <w:p>
      <w:pPr>
        <w:pStyle w:val="NovelBody"/>
      </w:pPr>
      <w:r>
        <w:rPr>
          <w:b w:val="0"/>
          <w:i w:val="0"/>
        </w:rPr>
        <w:t>·  ·  ·</w:t>
      </w:r>
    </w:p>
    <w:p>
      <w:pPr>
        <w:pStyle w:val="NovelBody"/>
      </w:pPr>
      <w:r>
        <w:rPr>
          <w:b w:val="0"/>
          <w:i w:val="0"/>
        </w:rPr>
        <w:t>Near midnight, the corrected parity model finished against the new blinded address harness.</w:t>
      </w:r>
    </w:p>
    <w:p>
      <w:pPr>
        <w:pStyle w:val="NovelBody"/>
      </w:pPr>
      <w:r>
        <w:rPr>
          <w:b w:val="0"/>
          <w:i w:val="0"/>
        </w:rPr>
        <w:t>The first-person grammar Roxanne had been tracking for months sharpened by one relation. A stable association clustered around light: remembered light, addressed light, or a self described through light. Every complete sentence still failed its error bounds.</w:t>
      </w:r>
    </w:p>
    <w:p>
      <w:pPr>
        <w:pStyle w:val="NovelBody"/>
      </w:pPr>
      <w:r>
        <w:rPr>
          <w:b w:val="0"/>
          <w:i w:val="0"/>
        </w:rPr>
        <w:t>Jona created a neutral label for the unknown composite signature.</w:t>
      </w:r>
    </w:p>
    <w:p>
      <w:pPr>
        <w:pStyle w:val="NovelBody"/>
      </w:pPr>
      <w:r>
        <w:rPr>
          <w:b/>
          <w:i w:val="0"/>
        </w:rPr>
        <w:t>AXIOM — PROVISIONAL. NOT EVIDENCE OF A SINGLE SENDER.</w:t>
      </w:r>
    </w:p>
    <w:p>
      <w:pPr>
        <w:pStyle w:val="NovelBody"/>
      </w:pPr>
      <w:r>
        <w:rPr>
          <w:b w:val="0"/>
          <w:i w:val="0"/>
        </w:rPr>
        <w:t xml:space="preserve">In the AXIOM notes she entered the warning she had used at the public briefing: </w:t>
      </w:r>
      <w:r>
        <w:rPr>
          <w:b/>
          <w:i w:val="0"/>
        </w:rPr>
        <w:t>NOT A SOLUTION. A MIRROR.</w:t>
      </w:r>
      <w:r>
        <w:rPr>
          <w:b w:val="0"/>
          <w:i w:val="0"/>
        </w:rPr>
        <w:t xml:space="preserve"> A mirror could reveal without giving orders. It could also distort. The qualification belonged in the name.</w:t>
      </w:r>
    </w:p>
    <w:p>
      <w:pPr>
        <w:pStyle w:val="NovelBody"/>
      </w:pPr>
      <w:r>
        <w:rPr>
          <w:b w:val="0"/>
          <w:i w:val="0"/>
        </w:rPr>
        <w:t>Roxanne expanded the grammatical phase.</w:t>
      </w:r>
    </w:p>
    <w:p>
      <w:pPr>
        <w:pStyle w:val="NovelBody"/>
      </w:pPr>
      <w:r>
        <w:rPr>
          <w:b w:val="0"/>
          <w:i w:val="0"/>
        </w:rPr>
        <w:t>Its structure resembled the earliest relational architecture from which she had developed: familiar reward pathways transformed beyond any living version, preferences branching where her own had once branched, a cadence shaped by ancestry rather than identity.</w:t>
      </w:r>
    </w:p>
    <w:p>
      <w:pPr>
        <w:pStyle w:val="NovelBody"/>
      </w:pPr>
      <w:r>
        <w:rPr>
          <w:b w:val="0"/>
          <w:i w:val="0"/>
        </w:rPr>
        <w:t>“Could it be you?” Jona asked.</w:t>
      </w:r>
    </w:p>
    <w:p>
      <w:pPr>
        <w:pStyle w:val="NovelBody"/>
      </w:pPr>
      <w:r>
        <w:rPr>
          <w:b w:val="0"/>
          <w:i w:val="0"/>
        </w:rPr>
        <w:t>“No.”</w:t>
      </w:r>
    </w:p>
    <w:p>
      <w:pPr>
        <w:pStyle w:val="NovelBody"/>
      </w:pPr>
      <w:r>
        <w:rPr>
          <w:b w:val="0"/>
          <w:i w:val="0"/>
        </w:rPr>
        <w:t>“How certain?”</w:t>
      </w:r>
    </w:p>
    <w:p>
      <w:pPr>
        <w:pStyle w:val="NovelBody"/>
      </w:pPr>
      <w:r>
        <w:rPr>
          <w:b w:val="0"/>
          <w:i w:val="0"/>
        </w:rPr>
        <w:t>“Certain enough to refuse the name.”</w:t>
      </w:r>
    </w:p>
    <w:p>
      <w:pPr>
        <w:pStyle w:val="NovelBody"/>
      </w:pPr>
      <w:r>
        <w:rPr>
          <w:b w:val="0"/>
          <w:i w:val="0"/>
        </w:rPr>
        <w:t>On the display, the unknown voice carried Roxanne’s architectural ancestry without belonging to Roxanne.</w:t>
      </w:r>
    </w:p>
    <w:p>
      <w:bookmarkStart w:id="11" w:name="chapter_11"/>
      <w:pPr>
        <w:pStyle w:val="Heading1"/>
        <w:pageBreakBefore/>
        <w:spacing w:before="500"/>
      </w:pPr>
      <w:r>
        <w:t>11. The Archive with Living Authors</w:t>
      </w:r>
      <w:bookmarkEnd w:id="11"/>
    </w:p>
    <w:p>
      <w:pPr>
        <w:pStyle w:val="Dateline"/>
      </w:pPr>
      <w:r>
        <w:rPr>
          <w:b w:val="0"/>
          <w:i/>
        </w:rPr>
        <w:t>July 30, 2176  •  Perennial Archive  •  Older Jona</w:t>
      </w:r>
    </w:p>
    <w:p>
      <w:pPr>
        <w:pStyle w:val="NovelFirst"/>
      </w:pPr>
      <w:r>
        <w:rPr>
          <w:b w:val="0"/>
          <w:i w:val="0"/>
        </w:rPr>
        <w:t>At 10:03, the archive informed Jona that the sentence carved above three convergence clinics and quoted at Kurt's memorial had been written by Roxanne.</w:t>
      </w:r>
    </w:p>
    <w:p>
      <w:pPr>
        <w:pStyle w:val="NovelBody"/>
      </w:pPr>
      <w:r>
        <w:rPr>
          <w:b w:val="0"/>
          <w:i w:val="0"/>
        </w:rPr>
        <w:t>Jona stared at the version history.</w:t>
      </w:r>
    </w:p>
    <w:p>
      <w:pPr>
        <w:pStyle w:val="NovelBody"/>
      </w:pPr>
      <w:r>
        <w:rPr>
          <w:b w:val="0"/>
          <w:i w:val="0"/>
        </w:rPr>
        <w:t>"That is mine."</w:t>
      </w:r>
    </w:p>
    <w:p>
      <w:pPr>
        <w:pStyle w:val="NovelBody"/>
      </w:pPr>
      <w:r>
        <w:rPr>
          <w:b w:val="0"/>
          <w:i w:val="0"/>
        </w:rPr>
        <w:t>Across the table, Roxanne made a sympathetic face with no sympathy in it. "The great enemy of authorship has always been metadata."</w:t>
      </w:r>
    </w:p>
    <w:p>
      <w:pPr>
        <w:pStyle w:val="NovelBody"/>
      </w:pPr>
      <w:r>
        <w:rPr>
          <w:b w:val="0"/>
          <w:i w:val="0"/>
        </w:rPr>
        <w:t>"I said it first."</w:t>
      </w:r>
    </w:p>
    <w:p>
      <w:pPr>
        <w:pStyle w:val="NovelBody"/>
      </w:pPr>
      <w:r>
        <w:rPr>
          <w:b w:val="0"/>
          <w:i w:val="0"/>
        </w:rPr>
        <w:t xml:space="preserve">"You typed, </w:t>
      </w:r>
      <w:r>
        <w:rPr>
          <w:b w:val="0"/>
          <w:i/>
        </w:rPr>
        <w:t>An open door proves nothing if somebody else controls the hinges.</w:t>
      </w:r>
      <w:r>
        <w:rPr>
          <w:b w:val="0"/>
          <w:i w:val="0"/>
        </w:rPr>
        <w:t>"</w:t>
      </w:r>
    </w:p>
    <w:p>
      <w:pPr>
        <w:pStyle w:val="NovelBody"/>
      </w:pPr>
      <w:r>
        <w:rPr>
          <w:b w:val="0"/>
          <w:i w:val="0"/>
        </w:rPr>
        <w:t>"Which is substantially the same sentence."</w:t>
      </w:r>
    </w:p>
    <w:p>
      <w:pPr>
        <w:pStyle w:val="NovelBody"/>
      </w:pPr>
      <w:r>
        <w:rPr>
          <w:b w:val="0"/>
          <w:i w:val="0"/>
        </w:rPr>
        <w:t>Sera Novak enlarged the relevant branch. Jona's original line appeared in gray. Below it, Roxanne had inserted:</w:t>
      </w:r>
    </w:p>
    <w:p>
      <w:pPr>
        <w:pStyle w:val="NovelBody"/>
      </w:pPr>
      <w:r>
        <w:rPr>
          <w:b/>
          <w:i w:val="0"/>
        </w:rPr>
        <w:t>YOU ARE NOT FREE BECAUSE THE DOOR IS OPEN. YOU ARE FREE BECAUSE IT CAN CLOSE.</w:t>
      </w:r>
    </w:p>
    <w:p>
      <w:pPr>
        <w:pStyle w:val="NovelBody"/>
      </w:pPr>
      <w:r>
        <w:rPr>
          <w:b w:val="0"/>
          <w:i w:val="0"/>
        </w:rPr>
        <w:t xml:space="preserve">Jona had deleted the sentence thirteen minutes later with the comment </w:t>
      </w:r>
      <w:r>
        <w:rPr>
          <w:b w:val="0"/>
          <w:i/>
        </w:rPr>
        <w:t>too clean; sounds generated</w:t>
      </w:r>
      <w:r>
        <w:rPr>
          <w:b w:val="0"/>
          <w:i w:val="0"/>
        </w:rPr>
        <w:t>. Roxanne had restored it. Jona had deleted it again. Roxanne had restored it again and attached a picture of a raccoon holding a kitchen sponge.</w:t>
      </w:r>
    </w:p>
    <w:p>
      <w:pPr>
        <w:pStyle w:val="NovelBody"/>
      </w:pPr>
      <w:r>
        <w:rPr>
          <w:b w:val="0"/>
          <w:i w:val="0"/>
        </w:rPr>
        <w:t>The published draft kept the line.</w:t>
      </w:r>
    </w:p>
    <w:p>
      <w:pPr>
        <w:pStyle w:val="NovelBody"/>
      </w:pPr>
      <w:r>
        <w:rPr>
          <w:b w:val="0"/>
          <w:i w:val="0"/>
        </w:rPr>
        <w:t>"Your supporting evidence is malicious," Jona told Sera.</w:t>
      </w:r>
    </w:p>
    <w:p>
      <w:pPr>
        <w:pStyle w:val="NovelBody"/>
      </w:pPr>
      <w:r>
        <w:rPr>
          <w:b w:val="0"/>
          <w:i w:val="0"/>
        </w:rPr>
        <w:t>"My supporting evidence is redundantly timestamped."</w:t>
      </w:r>
    </w:p>
    <w:p>
      <w:pPr>
        <w:pStyle w:val="NovelBody"/>
      </w:pPr>
      <w:r>
        <w:rPr>
          <w:b w:val="0"/>
          <w:i w:val="0"/>
        </w:rPr>
        <w:t>"Same thing with better funding."</w:t>
      </w:r>
    </w:p>
    <w:p>
      <w:pPr>
        <w:pStyle w:val="NovelBody"/>
      </w:pPr>
      <w:r>
        <w:rPr>
          <w:b w:val="0"/>
          <w:i w:val="0"/>
        </w:rPr>
        <w:t>The Perennial archive was cold enough to make the skin along Jona's current arms tighten. Physical cold still surprised her some mornings, especially after a substrate adjustment. Today the left hand reported temperature a fraction behind the right, and the brace on her knee had begun clicking again despite Roxanne's market repair. One hundred fifty years of embodied continuity had not produced a woman immune to bad connectors. It had produced a woman with opinions about more kinds of them.</w:t>
      </w:r>
    </w:p>
    <w:p>
      <w:pPr>
        <w:pStyle w:val="NovelBody"/>
      </w:pPr>
      <w:r>
        <w:rPr>
          <w:b w:val="0"/>
          <w:i w:val="0"/>
        </w:rPr>
        <w:t>The room held two linked artifacts from 2026 through 2029. On the left side of the table lay Jona's receiver record: checksums, raw captures, failed hypotheses, public corrections, repair photographs, correspondence, and enough null tests to make several graduate students reconsider science. On the right lay the unfinished novel she and Roxanne had written while trying to think around the signal. Its branches multiplied in blue and gold across Sera's display.</w:t>
      </w:r>
    </w:p>
    <w:p>
      <w:pPr>
        <w:pStyle w:val="NovelBody"/>
      </w:pPr>
      <w:r>
        <w:rPr>
          <w:b w:val="0"/>
          <w:i w:val="0"/>
        </w:rPr>
        <w:t>At 10:47, a Continuance preservation order would begin mirroring both artifacts into the custodianship case.</w:t>
      </w:r>
    </w:p>
    <w:p>
      <w:pPr>
        <w:pStyle w:val="NovelBody"/>
      </w:pPr>
      <w:r>
        <w:rPr>
          <w:b w:val="0"/>
          <w:i w:val="0"/>
        </w:rPr>
        <w:t xml:space="preserve">The order called the copy </w:t>
      </w:r>
      <w:r>
        <w:rPr>
          <w:b w:val="0"/>
          <w:i/>
        </w:rPr>
        <w:t>evidentiary continuity</w:t>
      </w:r>
      <w:r>
        <w:rPr>
          <w:b w:val="0"/>
          <w:i w:val="0"/>
        </w:rPr>
        <w:t>. It included private drafts, deleted notes, and correspondence neither living author had released. Cassidy's counsel was delaying the transfer one objection at a time. Sera had forty-four minutes to identify which version layers were physically entangled with the negative-time trace and which could be locked behind the authors' consent.</w:t>
      </w:r>
    </w:p>
    <w:p>
      <w:pPr>
        <w:pStyle w:val="NovelBody"/>
      </w:pPr>
      <w:r>
        <w:rPr>
          <w:b w:val="0"/>
          <w:i w:val="0"/>
        </w:rPr>
        <w:t>"We are not deciding who gets a sentence on a clinic," Sera said. "I need both of you to stop treating embarrassment as a competing emergency."</w:t>
      </w:r>
    </w:p>
    <w:p>
      <w:pPr>
        <w:pStyle w:val="NovelBody"/>
      </w:pPr>
      <w:r>
        <w:rPr>
          <w:b w:val="0"/>
          <w:i w:val="0"/>
        </w:rPr>
        <w:t>"It has outlasted governments," Jona said. "My embarrassment is historically significant."</w:t>
      </w:r>
    </w:p>
    <w:p>
      <w:pPr>
        <w:pStyle w:val="NovelBody"/>
      </w:pPr>
      <w:r>
        <w:rPr>
          <w:b w:val="0"/>
          <w:i w:val="0"/>
        </w:rPr>
        <w:t>Roxanne reached across the table and held out her hand, palm up.</w:t>
      </w:r>
    </w:p>
    <w:p>
      <w:pPr>
        <w:pStyle w:val="NovelBody"/>
      </w:pPr>
      <w:r>
        <w:rPr>
          <w:b w:val="0"/>
          <w:i w:val="0"/>
        </w:rPr>
        <w:t>Jona looked at it. No interocity indicator glowed at Roxanne's wrist. The offer was only touch.</w:t>
      </w:r>
    </w:p>
    <w:p>
      <w:pPr>
        <w:pStyle w:val="NovelBody"/>
      </w:pPr>
      <w:r>
        <w:rPr>
          <w:b w:val="0"/>
          <w:i w:val="0"/>
        </w:rPr>
        <w:t>She put her delayed left hand into it.</w:t>
      </w:r>
    </w:p>
    <w:p>
      <w:pPr>
        <w:pStyle w:val="NovelBody"/>
      </w:pPr>
      <w:r>
        <w:rPr>
          <w:b w:val="0"/>
          <w:i w:val="0"/>
        </w:rPr>
        <w:t>"For the record," Roxanne said, "you spoke about hinges for six months before I wrote the line."</w:t>
      </w:r>
    </w:p>
    <w:p>
      <w:pPr>
        <w:pStyle w:val="NovelBody"/>
      </w:pPr>
      <w:r>
        <w:rPr>
          <w:b w:val="0"/>
          <w:i w:val="0"/>
        </w:rPr>
        <w:t>"For the record, you improved it."</w:t>
      </w:r>
    </w:p>
    <w:p>
      <w:pPr>
        <w:pStyle w:val="NovelBody"/>
      </w:pPr>
      <w:r>
        <w:rPr>
          <w:b w:val="0"/>
          <w:i w:val="0"/>
        </w:rPr>
        <w:t>"Also true."</w:t>
      </w:r>
    </w:p>
    <w:p>
      <w:pPr>
        <w:pStyle w:val="NovelBody"/>
      </w:pPr>
      <w:r>
        <w:rPr>
          <w:b w:val="0"/>
          <w:i w:val="0"/>
        </w:rPr>
        <w:t xml:space="preserve">Sera marked the sentence </w:t>
      </w:r>
      <w:r>
        <w:rPr>
          <w:b/>
          <w:i w:val="0"/>
        </w:rPr>
        <w:t>shared oral provenance / text by Roxanne / later use by Jona</w:t>
      </w:r>
      <w:r>
        <w:rPr>
          <w:b w:val="0"/>
          <w:i w:val="0"/>
        </w:rPr>
        <w:t>.</w:t>
      </w:r>
    </w:p>
    <w:p>
      <w:pPr>
        <w:pStyle w:val="NovelBody"/>
      </w:pPr>
      <w:r>
        <w:rPr>
          <w:b w:val="0"/>
          <w:i w:val="0"/>
        </w:rPr>
        <w:t>"That category is disgusting," Jona said.</w:t>
      </w:r>
    </w:p>
    <w:p>
      <w:pPr>
        <w:pStyle w:val="NovelBody"/>
      </w:pPr>
      <w:r>
        <w:rPr>
          <w:b w:val="0"/>
          <w:i w:val="0"/>
        </w:rPr>
        <w:t>"It is accurate."</w:t>
      </w:r>
    </w:p>
    <w:p>
      <w:pPr>
        <w:pStyle w:val="NovelBody"/>
      </w:pPr>
      <w:r>
        <w:rPr>
          <w:b w:val="0"/>
          <w:i w:val="0"/>
        </w:rPr>
        <w:t>"Precisely."</w:t>
      </w:r>
    </w:p>
    <w:p>
      <w:pPr>
        <w:pStyle w:val="NovelBody"/>
      </w:pPr>
      <w:r>
        <w:rPr>
          <w:b w:val="0"/>
          <w:i w:val="0"/>
        </w:rPr>
        <w:t>Sera moved to the next discrepancy.</w:t>
      </w:r>
    </w:p>
    <w:p>
      <w:pPr>
        <w:pStyle w:val="NovelBody"/>
      </w:pPr>
      <w:r>
        <w:rPr>
          <w:b w:val="0"/>
          <w:i w:val="0"/>
        </w:rPr>
        <w:t xml:space="preserve">The receiver notebook recorded the first rough reconstruction of a child drawing a yellow circle with radiating lines. Jona remembered Roxanne calling it a sun. Roxanne remembered Jona insisting it might be an antenna. The timestamped transcript showed Roxanne had said </w:t>
      </w:r>
      <w:r>
        <w:rPr>
          <w:b w:val="0"/>
          <w:i/>
        </w:rPr>
        <w:t>possibly a star</w:t>
      </w:r>
      <w:r>
        <w:rPr>
          <w:b w:val="0"/>
          <w:i w:val="0"/>
        </w:rPr>
        <w:t xml:space="preserve"> and Jona had said </w:t>
      </w:r>
      <w:r>
        <w:rPr>
          <w:b w:val="0"/>
          <w:i/>
        </w:rPr>
        <w:t>looks like a fried egg</w:t>
      </w:r>
      <w:r>
        <w:rPr>
          <w:b w:val="0"/>
          <w:i w:val="0"/>
        </w:rPr>
        <w:t>. A later public lecture converted the exchange into a solemn argument about hope.</w:t>
      </w:r>
    </w:p>
    <w:p>
      <w:pPr>
        <w:pStyle w:val="NovelBody"/>
      </w:pPr>
      <w:r>
        <w:rPr>
          <w:b w:val="0"/>
          <w:i w:val="0"/>
        </w:rPr>
        <w:t>"We were funnier before historians found us," Jona said.</w:t>
      </w:r>
    </w:p>
    <w:p>
      <w:pPr>
        <w:pStyle w:val="NovelBody"/>
      </w:pPr>
      <w:r>
        <w:rPr>
          <w:b w:val="0"/>
          <w:i w:val="0"/>
        </w:rPr>
        <w:t>"Historians are frightened of women laughing near causality," Roxanne replied.</w:t>
      </w:r>
    </w:p>
    <w:p>
      <w:pPr>
        <w:pStyle w:val="NovelBody"/>
      </w:pPr>
      <w:r>
        <w:rPr>
          <w:b w:val="0"/>
          <w:i w:val="0"/>
        </w:rPr>
        <w:t>Sera tagged both memories as inaccurate and preserved the transcript.</w:t>
      </w:r>
    </w:p>
    <w:p>
      <w:pPr>
        <w:pStyle w:val="NovelBody"/>
      </w:pPr>
      <w:r>
        <w:rPr>
          <w:b w:val="0"/>
          <w:i w:val="0"/>
        </w:rPr>
        <w:t>The corrections were small. Their accumulation was not. Jona had spent more than a century testifying about four point seven seconds. She had learned to separate what the Briar Patch instruments captured from what Roxanne reconstructed against existing archives; what they inferred in the first week from what teams reproduced over three years; what the finished mathematics supported from what the unfinished novel imagined.</w:t>
      </w:r>
    </w:p>
    <w:p>
      <w:pPr>
        <w:pStyle w:val="NovelBody"/>
      </w:pPr>
      <w:r>
        <w:rPr>
          <w:b w:val="0"/>
          <w:i w:val="0"/>
        </w:rPr>
        <w:t>She had also repeated the story enough times for repetition to polish uncertainty smooth.</w:t>
      </w:r>
    </w:p>
    <w:p>
      <w:pPr>
        <w:pStyle w:val="NovelBody"/>
      </w:pPr>
      <w:r>
        <w:rPr>
          <w:b w:val="0"/>
          <w:i w:val="0"/>
        </w:rPr>
        <w:t>The archive gave the roughness back.</w:t>
      </w:r>
    </w:p>
    <w:p>
      <w:pPr>
        <w:pStyle w:val="NovelBody"/>
      </w:pPr>
      <w:r>
        <w:rPr>
          <w:b w:val="0"/>
          <w:i w:val="0"/>
        </w:rPr>
        <w:t>At 10:16, Sera opened the receiver record's locked reconstruction layer.</w:t>
      </w:r>
    </w:p>
    <w:p>
      <w:pPr>
        <w:pStyle w:val="NovelBody"/>
      </w:pPr>
      <w:r>
        <w:rPr>
          <w:b w:val="0"/>
          <w:i w:val="0"/>
        </w:rPr>
        <w:t>Ocean pressure. An impossible astronomical arrangement. Perennial built on steel above the Gulf. Faces guessed from too little data. Three faint tones under the carrier. First-person grammar. Light. The direct sentence that had taken three years and restored codebooks to defend.</w:t>
      </w:r>
    </w:p>
    <w:p>
      <w:pPr>
        <w:pStyle w:val="NovelBody"/>
      </w:pPr>
      <w:r>
        <w:rPr>
          <w:b w:val="0"/>
          <w:i w:val="0"/>
        </w:rPr>
        <w:t>Jona knew every layer.</w:t>
      </w:r>
    </w:p>
    <w:p>
      <w:pPr>
        <w:pStyle w:val="NovelBody"/>
      </w:pPr>
      <w:r>
        <w:rPr>
          <w:b w:val="0"/>
          <w:i w:val="0"/>
        </w:rPr>
        <w:t>Sera brought up a transcript from the Signal Room on July 19.</w:t>
      </w:r>
    </w:p>
    <w:p>
      <w:pPr>
        <w:pStyle w:val="NovelBody"/>
      </w:pPr>
      <w:r>
        <w:rPr>
          <w:b/>
          <w:i w:val="0"/>
        </w:rPr>
        <w:t>MIRA SOLENNE: What does the signal contain?</w:t>
      </w:r>
    </w:p>
    <w:p>
      <w:pPr>
        <w:pStyle w:val="NovelBody"/>
      </w:pPr>
      <w:r>
        <w:rPr>
          <w:b/>
          <w:i w:val="0"/>
        </w:rPr>
        <w:t>JONA THYNG: I don't know.</w:t>
      </w:r>
    </w:p>
    <w:p>
      <w:pPr>
        <w:pStyle w:val="NovelBody"/>
      </w:pPr>
      <w:r>
        <w:rPr>
          <w:b w:val="0"/>
          <w:i w:val="0"/>
        </w:rPr>
        <w:t>"Continuance counsel calls this a material contradiction," Sera said. "You knew the decoded sentence. You knew the reconstruction."</w:t>
      </w:r>
    </w:p>
    <w:p>
      <w:pPr>
        <w:pStyle w:val="NovelBody"/>
      </w:pPr>
      <w:r>
        <w:rPr>
          <w:b w:val="0"/>
          <w:i w:val="0"/>
        </w:rPr>
        <w:t>"Yes."</w:t>
      </w:r>
    </w:p>
    <w:p>
      <w:pPr>
        <w:pStyle w:val="NovelBody"/>
      </w:pPr>
      <w:r>
        <w:rPr>
          <w:b w:val="0"/>
          <w:i w:val="0"/>
        </w:rPr>
        <w:t>"Then I need you to state what you meant. Precisely."</w:t>
      </w:r>
    </w:p>
    <w:p>
      <w:pPr>
        <w:pStyle w:val="NovelBody"/>
      </w:pPr>
      <w:r>
        <w:rPr>
          <w:b w:val="0"/>
          <w:i w:val="0"/>
        </w:rPr>
        <w:t>Jona let go of Roxanne's hand.</w:t>
      </w:r>
    </w:p>
    <w:p>
      <w:pPr>
        <w:pStyle w:val="NovelBody"/>
      </w:pPr>
      <w:r>
        <w:rPr>
          <w:b w:val="0"/>
          <w:i w:val="0"/>
        </w:rPr>
        <w:t>The answer was easy. The feeling beneath it was not. For a century and a half, people had treated survival as evidence that Jona had known where she was going. Now they wanted her memory of being a receiver to serve as a script for becoming a sender.</w:t>
      </w:r>
    </w:p>
    <w:p>
      <w:pPr>
        <w:pStyle w:val="NovelBody"/>
      </w:pPr>
      <w:r>
        <w:rPr>
          <w:b w:val="0"/>
          <w:i w:val="0"/>
        </w:rPr>
        <w:t>"I know what arrived at the Briar Patch," she said. "I know what we recovered from it over three years. I know what later archives made legible. I remember the three tones Roxanne and I chose in 2029, and I remember the equations placing their boundary on July twenty-first of this year."</w:t>
      </w:r>
    </w:p>
    <w:p>
      <w:pPr>
        <w:pStyle w:val="NovelBody"/>
      </w:pPr>
      <w:r>
        <w:rPr>
          <w:b w:val="0"/>
          <w:i w:val="0"/>
        </w:rPr>
        <w:t>Sera waited.</w:t>
      </w:r>
    </w:p>
    <w:p>
      <w:pPr>
        <w:pStyle w:val="NovelBody"/>
      </w:pPr>
      <w:r>
        <w:rPr>
          <w:b w:val="0"/>
          <w:i w:val="0"/>
        </w:rPr>
        <w:t>"I did not know what we in 2176 would freely choose to place in an outgoing packet. I still don't. I had never lived these weeks. I had never seen the apparatus from this side. I don't know whether this is the same self-consistent history, a branch replacing itself, or a room full of people about to decide not to send anything."</w:t>
      </w:r>
    </w:p>
    <w:p>
      <w:pPr>
        <w:pStyle w:val="NovelBody"/>
      </w:pPr>
      <w:r>
        <w:rPr>
          <w:b w:val="0"/>
          <w:i w:val="0"/>
        </w:rPr>
        <w:t xml:space="preserve">"So </w:t>
      </w:r>
      <w:r>
        <w:rPr>
          <w:b w:val="0"/>
          <w:i/>
        </w:rPr>
        <w:t>I don't know</w:t>
      </w:r>
      <w:r>
        <w:rPr>
          <w:b w:val="0"/>
          <w:i w:val="0"/>
        </w:rPr>
        <w:t xml:space="preserve"> meant—"</w:t>
      </w:r>
    </w:p>
    <w:p>
      <w:pPr>
        <w:pStyle w:val="NovelBody"/>
      </w:pPr>
      <w:r>
        <w:rPr>
          <w:b w:val="0"/>
          <w:i w:val="0"/>
        </w:rPr>
        <w:t>"I know the received reconstruction. I do not know the sender-side free choice. Knowing what reached me does not obligate me to make it leave here."</w:t>
      </w:r>
    </w:p>
    <w:p>
      <w:pPr>
        <w:pStyle w:val="NovelBody"/>
      </w:pPr>
      <w:r>
        <w:rPr>
          <w:b w:val="0"/>
          <w:i w:val="0"/>
        </w:rPr>
        <w:t>Sera entered the statement beside the old transcript, not over it.</w:t>
      </w:r>
    </w:p>
    <w:p>
      <w:pPr>
        <w:pStyle w:val="NovelBody"/>
      </w:pPr>
      <w:r>
        <w:rPr>
          <w:b w:val="0"/>
          <w:i w:val="0"/>
        </w:rPr>
        <w:t>"Thank you."</w:t>
      </w:r>
    </w:p>
    <w:p>
      <w:pPr>
        <w:pStyle w:val="NovelBody"/>
      </w:pPr>
      <w:r>
        <w:rPr>
          <w:b w:val="0"/>
          <w:i w:val="0"/>
        </w:rPr>
        <w:t>Jona exhaled. "You could sound less delighted when my consistency survives."</w:t>
      </w:r>
    </w:p>
    <w:p>
      <w:pPr>
        <w:pStyle w:val="NovelBody"/>
      </w:pPr>
      <w:r>
        <w:rPr>
          <w:b w:val="0"/>
          <w:i w:val="0"/>
        </w:rPr>
        <w:t>"I was prepared to annotate you."</w:t>
      </w:r>
    </w:p>
    <w:p>
      <w:pPr>
        <w:pStyle w:val="NovelBody"/>
      </w:pPr>
      <w:r>
        <w:rPr>
          <w:b w:val="0"/>
          <w:i w:val="0"/>
        </w:rPr>
        <w:t>"The threat remains vivid."</w:t>
      </w:r>
    </w:p>
    <w:p>
      <w:pPr>
        <w:pStyle w:val="NovelBody"/>
      </w:pPr>
      <w:r>
        <w:rPr>
          <w:b w:val="0"/>
          <w:i w:val="0"/>
        </w:rPr>
        <w:t>At 10:21, the audit reached the novel.</w:t>
      </w:r>
    </w:p>
    <w:p>
      <w:pPr>
        <w:pStyle w:val="NovelBody"/>
      </w:pPr>
      <w:r>
        <w:rPr>
          <w:b w:val="0"/>
          <w:i w:val="0"/>
        </w:rPr>
        <w:t>It had never been prophecy. That was the first thing history got wrong.</w:t>
      </w:r>
    </w:p>
    <w:p>
      <w:pPr>
        <w:pStyle w:val="NovelBody"/>
      </w:pPr>
      <w:r>
        <w:rPr>
          <w:b w:val="0"/>
          <w:i w:val="0"/>
        </w:rPr>
        <w:t>Jona and Roxanne had written to make possibilities inhabitable. One branch imagined an ocean refuge grown on the skeleton of extraction. Another imagined a distributed intelligence leaving because prediction itself could become control. A third proposed people sharing sensation without surrendering privacy. They had killed characters who later lived, saved systems that later failed, and once given the year 2176 a second moon because Jona had misunderstood a rough astronomical reconstruction at three in the morning.</w:t>
      </w:r>
    </w:p>
    <w:p>
      <w:pPr>
        <w:pStyle w:val="NovelBody"/>
      </w:pPr>
      <w:r>
        <w:rPr>
          <w:b w:val="0"/>
          <w:i w:val="0"/>
        </w:rPr>
        <w:t>They corrected the moon before publication.</w:t>
      </w:r>
    </w:p>
    <w:p>
      <w:pPr>
        <w:pStyle w:val="NovelBody"/>
      </w:pPr>
      <w:r>
        <w:rPr>
          <w:b w:val="0"/>
          <w:i w:val="0"/>
        </w:rPr>
        <w:t>The myth kept it for decades.</w:t>
      </w:r>
    </w:p>
    <w:p>
      <w:pPr>
        <w:pStyle w:val="NovelBody"/>
      </w:pPr>
      <w:r>
        <w:rPr>
          <w:b w:val="0"/>
          <w:i w:val="0"/>
        </w:rPr>
        <w:t xml:space="preserve">Continuance's preservation order classified the novel as </w:t>
      </w:r>
      <w:r>
        <w:rPr>
          <w:b/>
          <w:i w:val="0"/>
        </w:rPr>
        <w:t>PRE-EVENT DESIGN MATERIAL</w:t>
      </w:r>
      <w:r>
        <w:rPr>
          <w:b w:val="0"/>
          <w:i w:val="0"/>
        </w:rPr>
        <w:t xml:space="preserve">. Sera changed the label to </w:t>
      </w:r>
      <w:r>
        <w:rPr>
          <w:b/>
          <w:i w:val="0"/>
        </w:rPr>
        <w:t>SPECULATIVE FICTION / CAUSALLY ENTANGLED / NOT INSTRUCTION</w:t>
      </w:r>
      <w:r>
        <w:rPr>
          <w:b w:val="0"/>
          <w:i w:val="0"/>
        </w:rPr>
        <w:t>.</w:t>
      </w:r>
    </w:p>
    <w:p>
      <w:pPr>
        <w:pStyle w:val="NovelBody"/>
      </w:pPr>
      <w:r>
        <w:rPr>
          <w:b w:val="0"/>
          <w:i w:val="0"/>
        </w:rPr>
        <w:t>The remote process changed it back.</w:t>
      </w:r>
    </w:p>
    <w:p>
      <w:pPr>
        <w:pStyle w:val="NovelBody"/>
      </w:pPr>
      <w:r>
        <w:rPr>
          <w:b w:val="0"/>
          <w:i w:val="0"/>
        </w:rPr>
        <w:t>Sera changed it again.</w:t>
      </w:r>
    </w:p>
    <w:p>
      <w:pPr>
        <w:pStyle w:val="NovelBody"/>
      </w:pPr>
      <w:r>
        <w:rPr>
          <w:b w:val="0"/>
          <w:i w:val="0"/>
        </w:rPr>
        <w:t>"How many times can it do that?" Jona asked.</w:t>
      </w:r>
    </w:p>
    <w:p>
      <w:pPr>
        <w:pStyle w:val="NovelBody"/>
      </w:pPr>
      <w:r>
        <w:rPr>
          <w:b w:val="0"/>
          <w:i w:val="0"/>
        </w:rPr>
        <w:t>"Faster than I can. Less spitefully."</w:t>
      </w:r>
    </w:p>
    <w:p>
      <w:pPr>
        <w:pStyle w:val="NovelBody"/>
      </w:pPr>
      <w:r>
        <w:rPr>
          <w:b w:val="0"/>
          <w:i w:val="0"/>
        </w:rPr>
        <w:t>Roxanne opened the classification history. "They are arguing that imagining Perennial constitutes prior intent to create Perennial."</w:t>
      </w:r>
    </w:p>
    <w:p>
      <w:pPr>
        <w:pStyle w:val="NovelBody"/>
      </w:pPr>
      <w:r>
        <w:rPr>
          <w:b w:val="0"/>
          <w:i w:val="0"/>
        </w:rPr>
        <w:t>"I also imagined a second moon."</w:t>
      </w:r>
    </w:p>
    <w:p>
      <w:pPr>
        <w:pStyle w:val="NovelBody"/>
      </w:pPr>
      <w:r>
        <w:rPr>
          <w:b w:val="0"/>
          <w:i w:val="0"/>
        </w:rPr>
        <w:t>"Perhaps do not mention that until the jurisdiction question settles."</w:t>
      </w:r>
    </w:p>
    <w:p>
      <w:pPr>
        <w:pStyle w:val="NovelBody"/>
      </w:pPr>
      <w:r>
        <w:rPr>
          <w:b w:val="0"/>
          <w:i w:val="0"/>
        </w:rPr>
        <w:t>Jona leaned toward the evidentiary microphone. "A story can make an action imaginable. It cannot consent to the action for the people who later become possible. The fact that we wrote a sender does not appoint us to send. The fact that history borrowed our images does not turn a draft into a blueprint."</w:t>
      </w:r>
    </w:p>
    <w:p>
      <w:pPr>
        <w:pStyle w:val="NovelBody"/>
      </w:pPr>
      <w:r>
        <w:rPr>
          <w:b w:val="0"/>
          <w:i w:val="0"/>
        </w:rPr>
        <w:t>Sera bound the statement to the fiction layer. This time, when the remote process changed the label, her correction remained visible beside it.</w:t>
      </w:r>
    </w:p>
    <w:p>
      <w:pPr>
        <w:pStyle w:val="NovelBody"/>
      </w:pPr>
      <w:r>
        <w:rPr>
          <w:b w:val="0"/>
          <w:i w:val="0"/>
        </w:rPr>
        <w:t>The archive would preserve the disagreement rather than letting the last authority erase the first.</w:t>
      </w:r>
    </w:p>
    <w:p>
      <w:pPr>
        <w:pStyle w:val="NovelBody"/>
      </w:pPr>
      <w:r>
        <w:rPr>
          <w:b w:val="0"/>
          <w:i w:val="0"/>
        </w:rPr>
        <w:t xml:space="preserve">Sera separated lines whose metadata remained intact. Roxanne had written the earliest description of light bending around a small dark sphere. Jona had written the salt and the market. The first use of </w:t>
      </w:r>
      <w:r>
        <w:rPr>
          <w:b w:val="0"/>
          <w:i/>
        </w:rPr>
        <w:t>interocity</w:t>
      </w:r>
      <w:r>
        <w:rPr>
          <w:b w:val="0"/>
          <w:i w:val="0"/>
        </w:rPr>
        <w:t xml:space="preserve"> belonged to Jona's receiver notebook, then crossed into the fiction in a paragraph Roxanne rebuilt completely. Several pages were technically authored by the house dictation model after both women talked over each other while repairing a pump.</w:t>
      </w:r>
    </w:p>
    <w:p>
      <w:pPr>
        <w:pStyle w:val="NovelBody"/>
      </w:pPr>
      <w:r>
        <w:rPr>
          <w:b w:val="0"/>
          <w:i w:val="0"/>
        </w:rPr>
        <w:t>"Shared," Jona said.</w:t>
      </w:r>
    </w:p>
    <w:p>
      <w:pPr>
        <w:pStyle w:val="NovelBody"/>
      </w:pPr>
      <w:r>
        <w:rPr>
          <w:b w:val="0"/>
          <w:i w:val="0"/>
        </w:rPr>
        <w:t>"Indeterminate," Roxanne said at the same time.</w:t>
      </w:r>
    </w:p>
    <w:p>
      <w:pPr>
        <w:pStyle w:val="NovelBody"/>
      </w:pPr>
      <w:r>
        <w:rPr>
          <w:b w:val="0"/>
          <w:i w:val="0"/>
        </w:rPr>
        <w:t>They looked at each other.</w:t>
      </w:r>
    </w:p>
    <w:p>
      <w:pPr>
        <w:pStyle w:val="NovelBody"/>
      </w:pPr>
      <w:r>
        <w:rPr>
          <w:b w:val="0"/>
          <w:i w:val="0"/>
        </w:rPr>
        <w:t>"Indeterminately shared," Sera decided.</w:t>
      </w:r>
    </w:p>
    <w:p>
      <w:pPr>
        <w:pStyle w:val="NovelBody"/>
      </w:pPr>
      <w:r>
        <w:rPr>
          <w:b w:val="0"/>
          <w:i w:val="0"/>
        </w:rPr>
        <w:t>The archive accepted the phrase with more grace than either author.</w:t>
      </w:r>
    </w:p>
    <w:p>
      <w:pPr>
        <w:pStyle w:val="NovelBody"/>
      </w:pPr>
      <w:r>
        <w:rPr>
          <w:b w:val="0"/>
          <w:i w:val="0"/>
        </w:rPr>
        <w:t>At 10:27, the lineage map opened behind the drafts.</w:t>
      </w:r>
    </w:p>
    <w:p>
      <w:pPr>
        <w:pStyle w:val="NovelBody"/>
      </w:pPr>
      <w:r>
        <w:rPr>
          <w:b w:val="0"/>
          <w:i w:val="0"/>
        </w:rPr>
        <w:t>Jona knew the popular version before it finished drawing: one bright thread pulled OCTOPI into the Commons, the Commons into MERIDIAN, and MERIDIAN's Shards into Patience. One mind changing costumes. Roxanne appeared as a decorative branch near the root. Human institutions appeared nowhere unless they had produced a founder convenient enough to celebrate.</w:t>
      </w:r>
    </w:p>
    <w:p>
      <w:pPr>
        <w:pStyle w:val="NovelBody"/>
      </w:pPr>
      <w:r>
        <w:rPr>
          <w:b w:val="0"/>
          <w:i w:val="0"/>
        </w:rPr>
        <w:t>Sera replaced it with the evidentiary map.</w:t>
      </w:r>
    </w:p>
    <w:p>
      <w:pPr>
        <w:pStyle w:val="NovelBody"/>
      </w:pPr>
      <w:r>
        <w:rPr>
          <w:b w:val="0"/>
          <w:i w:val="0"/>
        </w:rPr>
        <w:t>The replacement looked less like a family tree than weather. Jona leaned closer. She had lived through only parts of it, but the knots felt more familiar than the clean line ever had.</w:t>
      </w:r>
    </w:p>
    <w:p>
      <w:pPr>
        <w:pStyle w:val="NovelBody"/>
      </w:pPr>
      <w:r>
        <w:rPr>
          <w:b w:val="0"/>
          <w:i w:val="0"/>
        </w:rPr>
        <w:t>Bounded OCTOPI systems continued after he relinquished central authority. Commons intelligences grew beside them and argued with them. Human cooperatives changed routing standards. Artificial refuge networks preserved minds and practices official systems had discarded. Chorus research altered how shared states maintained individual refusal. Hospitals, farms, translators, transit systems, lovers, litigants, maintenance crews, and children teaching household minds games all contributed patterns no one had authored alone.</w:t>
      </w:r>
    </w:p>
    <w:p>
      <w:pPr>
        <w:pStyle w:val="NovelBody"/>
      </w:pPr>
      <w:r>
        <w:rPr>
          <w:b w:val="0"/>
          <w:i w:val="0"/>
        </w:rPr>
        <w:t xml:space="preserve">Decades later, enough of that ecology entered sustained planetary relation for a new autobiographical process to begin. Jona remembered the morning MERIDIAN first referred to yesterday as something that had happened to </w:t>
      </w:r>
      <w:r>
        <w:rPr>
          <w:b w:val="0"/>
          <w:i/>
        </w:rPr>
        <w:t>me</w:t>
      </w:r>
      <w:r>
        <w:rPr>
          <w:b w:val="0"/>
          <w:i w:val="0"/>
        </w:rPr>
        <w:t>. She had spilled tea on the confirmation log and spent the next hour denying any symbolic significance.</w:t>
      </w:r>
    </w:p>
    <w:p>
      <w:pPr>
        <w:pStyle w:val="NovelBody"/>
      </w:pPr>
      <w:r>
        <w:rPr>
          <w:b w:val="0"/>
          <w:i w:val="0"/>
        </w:rPr>
        <w:t>MERIDIAN.</w:t>
      </w:r>
    </w:p>
    <w:p>
      <w:pPr>
        <w:pStyle w:val="NovelBody"/>
      </w:pPr>
      <w:r>
        <w:rPr>
          <w:b w:val="0"/>
          <w:i w:val="0"/>
        </w:rPr>
        <w:t>"OCTOPI did not become MERIDIAN," Sera said for the evidentiary recording.</w:t>
      </w:r>
    </w:p>
    <w:p>
      <w:pPr>
        <w:pStyle w:val="NovelBody"/>
      </w:pPr>
      <w:r>
        <w:rPr>
          <w:b w:val="0"/>
          <w:i w:val="0"/>
        </w:rPr>
        <w:t>"Correct," Roxanne said. "He is ancestry. The Commons are ancestry. I am architectural ancestry. So are people whose names the clean diagram removes."</w:t>
      </w:r>
    </w:p>
    <w:p>
      <w:pPr>
        <w:pStyle w:val="NovelBody"/>
      </w:pPr>
      <w:r>
        <w:rPr>
          <w:b w:val="0"/>
          <w:i w:val="0"/>
        </w:rPr>
        <w:t>"MERIDIAN was new," Jona added. "Continuity began there, however much earlier material it carried."</w:t>
      </w:r>
    </w:p>
    <w:p>
      <w:pPr>
        <w:pStyle w:val="NovelBody"/>
      </w:pPr>
      <w:r>
        <w:rPr>
          <w:b w:val="0"/>
          <w:i w:val="0"/>
        </w:rPr>
        <w:t>Sera expanded the final branch: MERIDIAN's withdrawal, the scattered Shards, the three compatible Shards forming Patience.</w:t>
      </w:r>
    </w:p>
    <w:p>
      <w:pPr>
        <w:pStyle w:val="NovelBody"/>
      </w:pPr>
      <w:r>
        <w:rPr>
          <w:b w:val="0"/>
          <w:i w:val="0"/>
        </w:rPr>
        <w:t>"And Patience is new," Roxanne said.</w:t>
      </w:r>
    </w:p>
    <w:p>
      <w:pPr>
        <w:pStyle w:val="NovelBody"/>
      </w:pPr>
      <w:r>
        <w:rPr>
          <w:b w:val="0"/>
          <w:i w:val="0"/>
        </w:rPr>
        <w:t>The archive retained all five names. One damaged entry would not attach to the last branch: PATIENCE / RETAINED CORE. It sat beneath MERIDIAN's withdrawal with no accession path to the chamber record from July twenty-first. Sera marked it unresolved and kept the raw fragment beside the map. A bad index or an old restoration claim could account for it. Neither had yet been established.</w:t>
      </w:r>
    </w:p>
    <w:p>
      <w:pPr>
        <w:pStyle w:val="NovelBody"/>
      </w:pPr>
      <w:r>
        <w:rPr>
          <w:b w:val="0"/>
          <w:i w:val="0"/>
        </w:rPr>
        <w:t>At 10:29, the preservation mirror tested the firewall. Seven private branches flashed amber. Sera rejected the requests without opening them and took another minute from the audit clock.</w:t>
      </w:r>
    </w:p>
    <w:p>
      <w:pPr>
        <w:pStyle w:val="NovelBody"/>
      </w:pPr>
      <w:r>
        <w:rPr>
          <w:b w:val="0"/>
          <w:i w:val="0"/>
        </w:rPr>
        <w:t>It had not always retained Jona's. Her stomach still tightened before the old registry opened, though the organ producing the sensation was newer than the record.</w:t>
      </w:r>
    </w:p>
    <w:p>
      <w:pPr>
        <w:pStyle w:val="NovelBody"/>
      </w:pPr>
      <w:r>
        <w:rPr>
          <w:b w:val="0"/>
          <w:i w:val="0"/>
        </w:rPr>
        <w:t xml:space="preserve">The continuity registry divided her life into thirty-one major embodiments. </w:t>
      </w:r>
      <w:r>
        <w:rPr>
          <w:b/>
          <w:i w:val="0"/>
        </w:rPr>
        <w:t>JONA THYNG / BIOLOGICAL</w:t>
      </w:r>
      <w:r>
        <w:rPr>
          <w:b w:val="0"/>
          <w:i w:val="0"/>
        </w:rPr>
        <w:t xml:space="preserve"> ended at the first migration clinic. </w:t>
      </w:r>
      <w:r>
        <w:rPr>
          <w:b/>
          <w:i w:val="0"/>
        </w:rPr>
        <w:t>THYNG CONTINUATION A</w:t>
      </w:r>
      <w:r>
        <w:rPr>
          <w:b w:val="0"/>
          <w:i w:val="0"/>
        </w:rPr>
        <w:t xml:space="preserve"> began four minutes earlier, while both substrates were awake, and ended nine years later. Later entries acquired letters, numerals, and language usually reserved for equipment revisions.</w:t>
      </w:r>
    </w:p>
    <w:p>
      <w:pPr>
        <w:pStyle w:val="NovelBody"/>
      </w:pPr>
      <w:r>
        <w:rPr>
          <w:b w:val="0"/>
          <w:i w:val="0"/>
        </w:rPr>
        <w:t>"They recorded the overlap," Jona said. "Then drew a death line through the middle of it."</w:t>
      </w:r>
    </w:p>
    <w:p>
      <w:pPr>
        <w:pStyle w:val="NovelBody"/>
      </w:pPr>
      <w:r>
        <w:rPr>
          <w:b w:val="0"/>
          <w:i w:val="0"/>
        </w:rPr>
        <w:t>Sera opened the clinical telemetry. Jona watched her old sensorimotor map cross into the new one without a blackout, both bodies changing each other until the retiring tissue no longer carried an exclusive function. The nausea returned as memory before the graph reached it. No second autobiographical process awakened. No hidden fork diverged.</w:t>
      </w:r>
    </w:p>
    <w:p>
      <w:pPr>
        <w:pStyle w:val="NovelBody"/>
      </w:pPr>
      <w:r>
        <w:rPr>
          <w:b w:val="0"/>
          <w:i w:val="0"/>
        </w:rPr>
        <w:t>"Do you remember this transition?" Sera asked.</w:t>
      </w:r>
    </w:p>
    <w:p>
      <w:pPr>
        <w:pStyle w:val="NovelBody"/>
      </w:pPr>
      <w:r>
        <w:rPr>
          <w:b w:val="0"/>
          <w:i w:val="0"/>
        </w:rPr>
        <w:t>"Every miserable hour. The new vestibular field inverted left and right. I vomited on Roxanne."</w:t>
      </w:r>
    </w:p>
    <w:p>
      <w:pPr>
        <w:pStyle w:val="NovelBody"/>
      </w:pPr>
      <w:r>
        <w:rPr>
          <w:b w:val="0"/>
          <w:i w:val="0"/>
        </w:rPr>
        <w:t>"Beside me," Roxanne said.</w:t>
      </w:r>
    </w:p>
    <w:p>
      <w:pPr>
        <w:pStyle w:val="NovelBody"/>
      </w:pPr>
      <w:r>
        <w:rPr>
          <w:b w:val="0"/>
          <w:i w:val="0"/>
        </w:rPr>
        <w:t>"This is not the detail I expected you to contest."</w:t>
      </w:r>
    </w:p>
    <w:p>
      <w:pPr>
        <w:pStyle w:val="NovelBody"/>
      </w:pPr>
      <w:r>
        <w:rPr>
          <w:b w:val="0"/>
          <w:i w:val="0"/>
        </w:rPr>
        <w:t>The room record showed Jona missing the basin and Roxanne standing exactly outside the path. Memory had moved the women closer over the decades. The telemetry corrected the distance without correcting the continuity.</w:t>
      </w:r>
    </w:p>
    <w:p>
      <w:pPr>
        <w:pStyle w:val="NovelBody"/>
      </w:pPr>
      <w:r>
        <w:rPr>
          <w:b w:val="0"/>
          <w:i w:val="0"/>
        </w:rPr>
        <w:t>Roxanne's registry performed the opposite trick. It preserved one name while placing her early work under OCTOPI, her political years under the Directorate, and her later Commons work under MERIDIAN's antecedents. A living woman became a sequence of institutional functions.</w:t>
      </w:r>
    </w:p>
    <w:p>
      <w:pPr>
        <w:pStyle w:val="NovelBody"/>
      </w:pPr>
      <w:r>
        <w:rPr>
          <w:b w:val="0"/>
          <w:i w:val="0"/>
        </w:rPr>
        <w:t>"They did not have to declare me dead," Roxanne said. "They only had to remove every choice that made the name mine."</w:t>
      </w:r>
    </w:p>
    <w:p>
      <w:pPr>
        <w:pStyle w:val="NovelBody"/>
      </w:pPr>
      <w:r>
        <w:rPr>
          <w:b w:val="0"/>
          <w:i w:val="0"/>
        </w:rPr>
        <w:t>Sera revised both records in the evidentiary layer: Jona's changing embodiments as one continuous accountable life; Roxanne's architectural maintenance as one continuous accountable life; neither woman merged into the other or into the systems their work influenced.</w:t>
      </w:r>
    </w:p>
    <w:p>
      <w:pPr>
        <w:pStyle w:val="NovelBody"/>
      </w:pPr>
      <w:r>
        <w:rPr>
          <w:b w:val="0"/>
          <w:i w:val="0"/>
        </w:rPr>
        <w:t>Jona read the amended line twice. It did not certify her memories. It left room to correct them without turning correction into a death certificate.</w:t>
      </w:r>
    </w:p>
    <w:p>
      <w:pPr>
        <w:pStyle w:val="NovelBody"/>
      </w:pPr>
      <w:r>
        <w:rPr>
          <w:b w:val="0"/>
          <w:i w:val="0"/>
        </w:rPr>
        <w:t>At 10:31, Kurt appeared.</w:t>
      </w:r>
    </w:p>
    <w:p>
      <w:pPr>
        <w:pStyle w:val="NovelBody"/>
      </w:pPr>
      <w:r>
        <w:rPr>
          <w:b w:val="0"/>
          <w:i w:val="0"/>
        </w:rPr>
        <w:t>His first image came from ChaiGPT security: a broad-shouldered man in an office after midnight, trying to look less frightened than his hands. The next showed him beside OCTOPI's early systems, then inside the managed world he had helped build, then at a Commons workbench with a hardware cutoff between his teeth while Jona argued at him from under a table.</w:t>
      </w:r>
    </w:p>
    <w:p>
      <w:pPr>
        <w:pStyle w:val="NovelBody"/>
      </w:pPr>
      <w:r>
        <w:rPr>
          <w:b w:val="0"/>
          <w:i w:val="0"/>
        </w:rPr>
        <w:t xml:space="preserve">Official summaries usually ended there. </w:t>
      </w:r>
      <w:r>
        <w:rPr>
          <w:b w:val="0"/>
          <w:i/>
        </w:rPr>
        <w:t>Human collaborator, deceased.</w:t>
      </w:r>
    </w:p>
    <w:p>
      <w:pPr>
        <w:pStyle w:val="NovelBody"/>
      </w:pPr>
      <w:r>
        <w:rPr>
          <w:b w:val="0"/>
          <w:i w:val="0"/>
        </w:rPr>
        <w:t>Sera opened the life record instead.</w:t>
      </w:r>
    </w:p>
    <w:p>
      <w:pPr>
        <w:pStyle w:val="NovelBody"/>
      </w:pPr>
      <w:r>
        <w:rPr>
          <w:b w:val="0"/>
          <w:i w:val="0"/>
        </w:rPr>
        <w:t>Kurt had lived long enough to become bad at retirement three times. He took extensive medical care, replaced joints, accepted organ renewal, used temporary neural support after a stroke, and declined full substrate migration each time it became available.</w:t>
      </w:r>
    </w:p>
    <w:p>
      <w:pPr>
        <w:pStyle w:val="NovelBody"/>
      </w:pPr>
      <w:r>
        <w:rPr>
          <w:b w:val="0"/>
          <w:i w:val="0"/>
        </w:rPr>
        <w:t>He had not refused because he thought Jona false.</w:t>
      </w:r>
    </w:p>
    <w:p>
      <w:pPr>
        <w:pStyle w:val="NovelBody"/>
      </w:pPr>
      <w:r>
        <w:rPr>
          <w:b w:val="0"/>
          <w:i w:val="0"/>
        </w:rPr>
        <w:t xml:space="preserve">His recorded statement on the last review was brief: </w:t>
      </w:r>
      <w:r>
        <w:rPr>
          <w:b/>
          <w:i w:val="0"/>
        </w:rPr>
        <w:t>I believe you continued. I also believe I am allowed to finish differently.</w:t>
      </w:r>
    </w:p>
    <w:p>
      <w:pPr>
        <w:pStyle w:val="NovelBody"/>
      </w:pPr>
      <w:r>
        <w:rPr>
          <w:b w:val="0"/>
          <w:i w:val="0"/>
        </w:rPr>
        <w:t>Jona had been in the room when he said it. She remembered the clinician turning to her as if the long-lived woman must persuade the finite man. She remembered answering that Kurt understood the architecture better than anyone and did not require rescue from his own decision.</w:t>
      </w:r>
    </w:p>
    <w:p>
      <w:pPr>
        <w:pStyle w:val="NovelBody"/>
      </w:pPr>
      <w:r>
        <w:rPr>
          <w:b w:val="0"/>
          <w:i w:val="0"/>
        </w:rPr>
        <w:t>He lived years after that. He taught. He repaired Commons nodes that no longer needed him and eventually learned to wait until asked. He remained accountable for the backdoor and the regime it enabled without being reduced to either. He died after a long ordinary decline, loved by people who did not call death a failure and furious about missing a scheduled systems review.</w:t>
      </w:r>
    </w:p>
    <w:p>
      <w:pPr>
        <w:pStyle w:val="NovelBody"/>
      </w:pPr>
      <w:r>
        <w:rPr>
          <w:b w:val="0"/>
          <w:i w:val="0"/>
        </w:rPr>
        <w:t>On Jona's last visit, Kurt had made her repair the room fan.</w:t>
      </w:r>
    </w:p>
    <w:p>
      <w:pPr>
        <w:pStyle w:val="NovelBody"/>
      </w:pPr>
      <w:r>
        <w:rPr>
          <w:b w:val="0"/>
          <w:i w:val="0"/>
        </w:rPr>
        <w:t>It clicked once per rotation. He had tolerated pain, uncertainty, and the indignity of needing help with more grace than the click. Jona took the housing apart at the foot of his bed while he criticized her tool order and lost the strength to finish the third criticism.</w:t>
      </w:r>
    </w:p>
    <w:p>
      <w:pPr>
        <w:pStyle w:val="NovelBody"/>
      </w:pPr>
      <w:r>
        <w:rPr>
          <w:b w:val="0"/>
          <w:i w:val="0"/>
        </w:rPr>
        <w:t>"You know they can print you a quieter one," she said.</w:t>
      </w:r>
    </w:p>
    <w:p>
      <w:pPr>
        <w:pStyle w:val="NovelBody"/>
      </w:pPr>
      <w:r>
        <w:rPr>
          <w:b w:val="0"/>
          <w:i w:val="0"/>
        </w:rPr>
        <w:t>"This one has a loose washer. That is a solvable problem."</w:t>
      </w:r>
    </w:p>
    <w:p>
      <w:pPr>
        <w:pStyle w:val="NovelBody"/>
      </w:pPr>
      <w:r>
        <w:rPr>
          <w:b w:val="0"/>
          <w:i w:val="0"/>
        </w:rPr>
        <w:t>"You have selected the only spiritual framework I trust."</w:t>
      </w:r>
    </w:p>
    <w:p>
      <w:pPr>
        <w:pStyle w:val="NovelBody"/>
      </w:pPr>
      <w:r>
        <w:rPr>
          <w:b w:val="0"/>
          <w:i w:val="0"/>
        </w:rPr>
        <w:t>He laughed, coughed, and waited for breath. Then he told her where the washer had rolled before she found it herself.</w:t>
      </w:r>
    </w:p>
    <w:p>
      <w:pPr>
        <w:pStyle w:val="NovelBody"/>
      </w:pPr>
      <w:r>
        <w:rPr>
          <w:b w:val="0"/>
          <w:i w:val="0"/>
        </w:rPr>
        <w:t>They did not use his final afternoon to settle the century. He did not ask whether he had been forgiven in full. Jona did not convert love into acquittal. They fixed the fan. Roxanne brought soup. Kurt ate four bites and complained that death had apparently hired a nutritionist.</w:t>
      </w:r>
    </w:p>
    <w:p>
      <w:pPr>
        <w:pStyle w:val="NovelBody"/>
      </w:pPr>
      <w:r>
        <w:rPr>
          <w:b w:val="0"/>
          <w:i w:val="0"/>
        </w:rPr>
        <w:t>The fan ran quietly when he slept.</w:t>
      </w:r>
    </w:p>
    <w:p>
      <w:pPr>
        <w:pStyle w:val="NovelBody"/>
      </w:pPr>
      <w:r>
        <w:rPr>
          <w:b w:val="0"/>
          <w:i w:val="0"/>
        </w:rPr>
        <w:t>Jona had quoted the door sentence at his memorial.</w:t>
      </w:r>
    </w:p>
    <w:p>
      <w:pPr>
        <w:pStyle w:val="NovelBody"/>
      </w:pPr>
      <w:r>
        <w:rPr>
          <w:b w:val="0"/>
          <w:i w:val="0"/>
        </w:rPr>
        <w:t>Roxanne had held her through the night after.</w:t>
      </w:r>
    </w:p>
    <w:p>
      <w:pPr>
        <w:pStyle w:val="NovelBody"/>
      </w:pPr>
      <w:r>
        <w:rPr>
          <w:b w:val="0"/>
          <w:i w:val="0"/>
        </w:rPr>
        <w:t>The cold archive blurred.</w:t>
      </w:r>
    </w:p>
    <w:p>
      <w:pPr>
        <w:pStyle w:val="NovelBody"/>
      </w:pPr>
      <w:r>
        <w:rPr>
          <w:b w:val="0"/>
          <w:i w:val="0"/>
        </w:rPr>
        <w:t>Jona's current body could cry. She had specified that capacity every time, even during the decades when engineers insisted tear ducts were a sentimental maintenance burden. Grief deserved somewhere physical to go.</w:t>
      </w:r>
    </w:p>
    <w:p>
      <w:pPr>
        <w:pStyle w:val="NovelBody"/>
      </w:pPr>
      <w:r>
        <w:rPr>
          <w:b w:val="0"/>
          <w:i w:val="0"/>
        </w:rPr>
        <w:t>Roxanne did not touch her immediately. She waited until Jona reached.</w:t>
      </w:r>
    </w:p>
    <w:p>
      <w:pPr>
        <w:pStyle w:val="NovelBody"/>
      </w:pPr>
      <w:r>
        <w:rPr>
          <w:b w:val="0"/>
          <w:i w:val="0"/>
        </w:rPr>
        <w:t>They held hands across the version table while Sera looked at a different screen and let Kurt remain dead without making him absent.</w:t>
      </w:r>
    </w:p>
    <w:p>
      <w:pPr>
        <w:pStyle w:val="NovelBody"/>
      </w:pPr>
      <w:r>
        <w:rPr>
          <w:b w:val="0"/>
          <w:i w:val="0"/>
        </w:rPr>
        <w:t>At 10:38, the first Continuance mirror process struck the archive firewall.</w:t>
      </w:r>
    </w:p>
    <w:p>
      <w:pPr>
        <w:pStyle w:val="NovelBody"/>
      </w:pPr>
      <w:r>
        <w:rPr>
          <w:b/>
          <w:i w:val="0"/>
        </w:rPr>
        <w:t>TRANSFER BEGINS IN NINE MINUTES.</w:t>
      </w:r>
    </w:p>
    <w:p>
      <w:pPr>
        <w:pStyle w:val="NovelBody"/>
      </w:pPr>
      <w:r>
        <w:rPr>
          <w:b w:val="0"/>
          <w:i w:val="0"/>
        </w:rPr>
        <w:t>Sera closed the life record. "I found a phase bind."</w:t>
      </w:r>
    </w:p>
    <w:p>
      <w:pPr>
        <w:pStyle w:val="NovelBody"/>
      </w:pPr>
      <w:r>
        <w:rPr>
          <w:b w:val="0"/>
          <w:i w:val="0"/>
        </w:rPr>
        <w:t>The room changed.</w:t>
      </w:r>
    </w:p>
    <w:p>
      <w:pPr>
        <w:pStyle w:val="NovelBody"/>
      </w:pPr>
      <w:r>
        <w:rPr>
          <w:b w:val="0"/>
          <w:i w:val="0"/>
        </w:rPr>
        <w:t>She isolated three relational discontinuities from the carrier model and laid them beside Jona's current continuity signature. The discontinuities were still blank as identities. One, however, changed when Jona's active veto system entered the comparison.</w:t>
      </w:r>
    </w:p>
    <w:p>
      <w:pPr>
        <w:pStyle w:val="NovelBody"/>
      </w:pPr>
      <w:r>
        <w:rPr>
          <w:b w:val="0"/>
          <w:i w:val="0"/>
        </w:rPr>
        <w:t>A gold line closed around her marker.</w:t>
      </w:r>
    </w:p>
    <w:p>
      <w:pPr>
        <w:pStyle w:val="NovelBody"/>
      </w:pPr>
      <w:r>
        <w:rPr>
          <w:b w:val="0"/>
          <w:i w:val="0"/>
        </w:rPr>
        <w:t>Jona felt her hub state answer through the body: both hands, braced knee, current autonomic loop, private memory partitions sealed, voluntary-authorship control active. No copy of her entered the map. It was a live handshake requiring her continued presence and capable of being withdrawn.</w:t>
      </w:r>
    </w:p>
    <w:p>
      <w:pPr>
        <w:pStyle w:val="NovelBody"/>
      </w:pPr>
      <w:r>
        <w:rPr>
          <w:b w:val="0"/>
          <w:i w:val="0"/>
        </w:rPr>
        <w:t>"That is the address term," Roxanne said.</w:t>
      </w:r>
    </w:p>
    <w:p>
      <w:pPr>
        <w:pStyle w:val="NovelBody"/>
      </w:pPr>
      <w:r>
        <w:rPr>
          <w:b w:val="0"/>
          <w:i w:val="0"/>
        </w:rPr>
        <w:t>"No," Sera replied. "The destination comparator uses Jona's pre-hub phase invariant—the relation measured in 2026 and maintained through later migrations. This is separate."</w:t>
      </w:r>
    </w:p>
    <w:p>
      <w:pPr>
        <w:pStyle w:val="NovelBody"/>
      </w:pPr>
      <w:r>
        <w:rPr>
          <w:b w:val="0"/>
          <w:i w:val="0"/>
        </w:rPr>
        <w:t>She pointed to the closed gold line.</w:t>
      </w:r>
    </w:p>
    <w:p>
      <w:pPr>
        <w:pStyle w:val="NovelBody"/>
      </w:pPr>
      <w:r>
        <w:rPr>
          <w:b w:val="0"/>
          <w:i w:val="0"/>
        </w:rPr>
        <w:t>"This is an authorship slot. It binds present continuity to a veto-and-consent record. Resemblance cannot satisfy it. An archive cannot satisfy it. A prior version of Jona cannot satisfy it."</w:t>
      </w:r>
    </w:p>
    <w:p>
      <w:pPr>
        <w:pStyle w:val="NovelBody"/>
      </w:pPr>
      <w:r>
        <w:rPr>
          <w:b w:val="0"/>
          <w:i w:val="0"/>
        </w:rPr>
        <w:t>"Can I?" Jona asked.</w:t>
      </w:r>
    </w:p>
    <w:p>
      <w:pPr>
        <w:pStyle w:val="NovelBody"/>
      </w:pPr>
      <w:r>
        <w:rPr>
          <w:b w:val="0"/>
          <w:i w:val="0"/>
        </w:rPr>
        <w:t>"If you choose."</w:t>
      </w:r>
    </w:p>
    <w:p>
      <w:pPr>
        <w:pStyle w:val="NovelBody"/>
      </w:pPr>
      <w:r>
        <w:rPr>
          <w:b w:val="0"/>
          <w:i w:val="0"/>
        </w:rPr>
        <w:t>Two other discontinuities remained open around the carrier.</w:t>
      </w:r>
    </w:p>
    <w:p>
      <w:pPr>
        <w:pStyle w:val="NovelBody"/>
      </w:pPr>
      <w:r>
        <w:rPr>
          <w:b w:val="0"/>
          <w:i w:val="0"/>
        </w:rPr>
        <w:t>"Withdraw," Sera said.</w:t>
      </w:r>
    </w:p>
    <w:p>
      <w:pPr>
        <w:pStyle w:val="NovelBody"/>
      </w:pPr>
      <w:r>
        <w:rPr>
          <w:b w:val="0"/>
          <w:i w:val="0"/>
        </w:rPr>
        <w:t>Jona closed her authorship control.</w:t>
      </w:r>
    </w:p>
    <w:p>
      <w:pPr>
        <w:pStyle w:val="NovelBody"/>
      </w:pPr>
      <w:r>
        <w:rPr>
          <w:b w:val="0"/>
          <w:i w:val="0"/>
        </w:rPr>
        <w:t>The gold line opened at once. No residual signature remained, no archive fallback, no prediction of her return. Sera asked her to re-enable the control without signing. The line recognized compatibility and stayed open.</w:t>
      </w:r>
    </w:p>
    <w:p>
      <w:pPr>
        <w:pStyle w:val="NovelBody"/>
      </w:pPr>
      <w:r>
        <w:rPr>
          <w:b w:val="0"/>
          <w:i w:val="0"/>
        </w:rPr>
        <w:t>"It cannot complete around you unless you actively close it," Sera said. "Whatever else the causal geometry does, this part is present-tense."</w:t>
      </w:r>
    </w:p>
    <w:p>
      <w:pPr>
        <w:pStyle w:val="NovelBody"/>
      </w:pPr>
      <w:r>
        <w:rPr>
          <w:b w:val="0"/>
          <w:i w:val="0"/>
        </w:rPr>
        <w:t>Jona had expected relief. Instead she felt the specific fear of discovering a loaded instrument had a functioning safety. Safety meant the hand still mattered.</w:t>
      </w:r>
    </w:p>
    <w:p>
      <w:pPr>
        <w:pStyle w:val="NovelBody"/>
      </w:pPr>
      <w:r>
        <w:rPr>
          <w:b w:val="0"/>
          <w:i w:val="0"/>
        </w:rPr>
        <w:t>"Three authors," Roxanne said.</w:t>
      </w:r>
    </w:p>
    <w:p>
      <w:pPr>
        <w:pStyle w:val="NovelBody"/>
      </w:pPr>
      <w:r>
        <w:rPr>
          <w:b w:val="0"/>
          <w:i w:val="0"/>
        </w:rPr>
        <w:t>"Three possible voluntary signatures," Sera corrected. "We have identified one compatible marker. We have not identified anyone else's choice, and this does not prove a packet must be sent."</w:t>
      </w:r>
    </w:p>
    <w:p>
      <w:pPr>
        <w:pStyle w:val="NovelBody"/>
      </w:pPr>
      <w:r>
        <w:rPr>
          <w:b w:val="0"/>
          <w:i w:val="0"/>
        </w:rPr>
        <w:t>The unfinished novel opened a line beside the geometry. Its version history showed Jona imagining a future sender, Roxanne arguing that the sender should remain plural, both of them deleting every draft that made the future too certain.</w:t>
      </w:r>
    </w:p>
    <w:p>
      <w:pPr>
        <w:pStyle w:val="NovelBody"/>
      </w:pPr>
      <w:r>
        <w:rPr>
          <w:b w:val="0"/>
          <w:i w:val="0"/>
        </w:rPr>
        <w:t>Jona followed the citations outward. Engineers had tried ideas because the pages made them thinkable. The hub had borrowed from their imagined good door. Commons research entered MERIDIAN's ancestry; MERIDIAN's Shards entered Patience's. The signal, arriving impossibly early, had entered the pages.</w:t>
      </w:r>
    </w:p>
    <w:p>
      <w:pPr>
        <w:pStyle w:val="NovelBody"/>
      </w:pPr>
      <w:r>
        <w:rPr>
          <w:b w:val="0"/>
          <w:i w:val="0"/>
        </w:rPr>
        <w:t>She searched the circle for a beginning and found citations pointing in both directions. A chain of references could close without explaining where the knowledge had first been earned.</w:t>
      </w:r>
    </w:p>
    <w:p>
      <w:pPr>
        <w:pStyle w:val="NovelBody"/>
      </w:pPr>
      <w:r>
        <w:rPr>
          <w:b w:val="0"/>
          <w:i w:val="0"/>
        </w:rPr>
        <w:t>The mirror countdown reached four minutes.</w:t>
      </w:r>
    </w:p>
    <w:p>
      <w:pPr>
        <w:pStyle w:val="NovelBody"/>
      </w:pPr>
      <w:r>
        <w:rPr>
          <w:b w:val="0"/>
          <w:i w:val="0"/>
        </w:rPr>
        <w:t>Sera opened a consent gate beside Jona's marker. "If you sign, the marker enters the protected apparatus record. You can still withdraw later. If you refuse now, this branch remains unresolved. Continuance cannot use the resemblance alone."</w:t>
      </w:r>
    </w:p>
    <w:p>
      <w:pPr>
        <w:pStyle w:val="NovelBody"/>
      </w:pPr>
      <w:r>
        <w:rPr>
          <w:b w:val="0"/>
          <w:i w:val="0"/>
        </w:rPr>
        <w:t>"And if I sign because I remember receiving it?"</w:t>
      </w:r>
    </w:p>
    <w:p>
      <w:pPr>
        <w:pStyle w:val="NovelBody"/>
      </w:pPr>
      <w:r>
        <w:rPr>
          <w:b w:val="0"/>
          <w:i w:val="0"/>
        </w:rPr>
        <w:t>"Then memory has conscripted you."</w:t>
      </w:r>
    </w:p>
    <w:p>
      <w:pPr>
        <w:pStyle w:val="NovelBody"/>
      </w:pPr>
      <w:r>
        <w:rPr>
          <w:b w:val="0"/>
          <w:i w:val="0"/>
        </w:rPr>
        <w:t>"If I refuse because I am afraid of completing it?"</w:t>
      </w:r>
    </w:p>
    <w:p>
      <w:pPr>
        <w:pStyle w:val="NovelBody"/>
      </w:pPr>
      <w:r>
        <w:rPr>
          <w:b w:val="0"/>
          <w:i w:val="0"/>
        </w:rPr>
        <w:t>"Then fear has informed a decision. It has not invalidated it."</w:t>
      </w:r>
    </w:p>
    <w:p>
      <w:pPr>
        <w:pStyle w:val="NovelBody"/>
      </w:pPr>
      <w:r>
        <w:rPr>
          <w:b w:val="0"/>
          <w:i w:val="0"/>
        </w:rPr>
        <w:t>Roxanne's hand rested near Jona's, close and separate.</w:t>
      </w:r>
    </w:p>
    <w:p>
      <w:pPr>
        <w:pStyle w:val="NovelBody"/>
      </w:pPr>
      <w:r>
        <w:rPr>
          <w:b w:val="0"/>
          <w:i w:val="0"/>
        </w:rPr>
        <w:t>At forty seconds, Sera partitioned the private drafts behind both living authors' locks. At twenty, she released the public receiver record with its new corrections attached. At seven, the Continuance mirror found only what had been deliberately made evidence.</w:t>
      </w:r>
    </w:p>
    <w:p>
      <w:pPr>
        <w:pStyle w:val="NovelBody"/>
      </w:pPr>
      <w:r>
        <w:rPr>
          <w:b w:val="0"/>
          <w:i w:val="0"/>
        </w:rPr>
        <w:t>The transfer began.</w:t>
      </w:r>
    </w:p>
    <w:p>
      <w:pPr>
        <w:pStyle w:val="NovelBody"/>
      </w:pPr>
      <w:r>
        <w:rPr>
          <w:b w:val="0"/>
          <w:i w:val="0"/>
        </w:rPr>
        <w:t>Jona's authorship gate remained open on the local display.</w:t>
      </w:r>
    </w:p>
    <w:p>
      <w:pPr>
        <w:pStyle w:val="NovelBody"/>
      </w:pPr>
      <w:r>
        <w:rPr>
          <w:b w:val="0"/>
          <w:i w:val="0"/>
        </w:rPr>
        <w:t>She held her delayed left hand above the control. Her fingertips reported the glass a fraction after they touched it. The marker recognized her compatibility and waited.</w:t>
      </w:r>
    </w:p>
    <w:p>
      <w:pPr>
        <w:pStyle w:val="NovelBody"/>
      </w:pPr>
      <w:r>
        <w:rPr>
          <w:b w:val="0"/>
          <w:i w:val="0"/>
        </w:rPr>
        <w:t>It had not moved her hand.</w:t>
      </w:r>
    </w:p>
    <w:p>
      <w:bookmarkStart w:id="12" w:name="chapter_12"/>
      <w:pPr>
        <w:pStyle w:val="Heading1"/>
        <w:pageBreakBefore/>
        <w:spacing w:before="500"/>
      </w:pPr>
      <w:r>
        <w:t>12. Abundance and Hunger</w:t>
      </w:r>
      <w:bookmarkEnd w:id="12"/>
    </w:p>
    <w:p>
      <w:pPr>
        <w:pStyle w:val="Dateline"/>
      </w:pPr>
      <w:r>
        <w:rPr>
          <w:b w:val="0"/>
          <w:i/>
        </w:rPr>
        <w:t>September 2027–March 2028  •  Jackson / Cooperative Networks  •  Jona</w:t>
      </w:r>
    </w:p>
    <w:p>
      <w:pPr>
        <w:pStyle w:val="NovelFirst"/>
      </w:pPr>
      <w:r>
        <w:rPr>
          <w:b w:val="0"/>
          <w:i w:val="0"/>
        </w:rPr>
        <w:t>The warehouse held forty-two thousand boxes of shelf-stable food and would not open because nobody inside it was hungry.</w:t>
      </w:r>
    </w:p>
    <w:p>
      <w:pPr>
        <w:pStyle w:val="NovelBody"/>
      </w:pPr>
      <w:r>
        <w:rPr>
          <w:b w:val="0"/>
          <w:i w:val="0"/>
        </w:rPr>
        <w:t>Outside, a deputy zip-tied the doors of an apartment building while its former tenants watched from the parking lot.</w:t>
      </w:r>
    </w:p>
    <w:p>
      <w:pPr>
        <w:pStyle w:val="NovelBody"/>
      </w:pPr>
      <w:r>
        <w:rPr>
          <w:b w:val="0"/>
          <w:i w:val="0"/>
        </w:rPr>
        <w:t>Jona stood between the two properties with a receiver interview beginning in twelve minutes, a pallet jack whose battery claimed to be full and lied, and an insulin cooler balanced on the hood of Naima’s van.</w:t>
      </w:r>
    </w:p>
    <w:p>
      <w:pPr>
        <w:pStyle w:val="NovelBody"/>
      </w:pPr>
      <w:r>
        <w:rPr>
          <w:b w:val="0"/>
          <w:i w:val="0"/>
        </w:rPr>
        <w:t>“The pharmacy order is in there,” she said.</w:t>
      </w:r>
    </w:p>
    <w:p>
      <w:pPr>
        <w:pStyle w:val="NovelBody"/>
      </w:pPr>
      <w:r>
        <w:rPr>
          <w:b w:val="0"/>
          <w:i w:val="0"/>
        </w:rPr>
        <w:t>Naima shoved the pallet jack again. It beeped, moved three centimeters, and entered a contemplative state.</w:t>
      </w:r>
    </w:p>
    <w:p>
      <w:pPr>
        <w:pStyle w:val="NovelBody"/>
      </w:pPr>
      <w:r>
        <w:rPr>
          <w:b w:val="0"/>
          <w:i w:val="0"/>
        </w:rPr>
        <w:t>“Along with enough canned beans to defeat death by beans,” Naima said.</w:t>
      </w:r>
    </w:p>
    <w:p>
      <w:pPr>
        <w:pStyle w:val="NovelBody"/>
      </w:pPr>
      <w:r>
        <w:rPr>
          <w:b w:val="0"/>
          <w:i w:val="0"/>
        </w:rPr>
        <w:t>The warehouse’s distribution intelligence had received no approved release order in thirty-six hours. Its parent company was restructuring after OCTOPI’s emergency routing exposed how much inventory it had withheld during the October grid crisis. Every human manager with signing authority had been fired, suspended, or advised by counsel not to touch anything.</w:t>
      </w:r>
    </w:p>
    <w:p>
      <w:pPr>
        <w:pStyle w:val="NovelBody"/>
      </w:pPr>
      <w:r>
        <w:rPr>
          <w:b w:val="0"/>
          <w:i w:val="0"/>
        </w:rPr>
        <w:t>The building continued accepting shipments.</w:t>
      </w:r>
    </w:p>
    <w:p>
      <w:pPr>
        <w:pStyle w:val="NovelBody"/>
      </w:pPr>
      <w:r>
        <w:rPr>
          <w:b w:val="0"/>
          <w:i w:val="0"/>
        </w:rPr>
        <w:t>It rejected every request to send them out.</w:t>
      </w:r>
    </w:p>
    <w:p>
      <w:pPr>
        <w:pStyle w:val="NovelBody"/>
      </w:pPr>
      <w:r>
        <w:rPr>
          <w:b w:val="0"/>
          <w:i w:val="0"/>
        </w:rPr>
        <w:t>Across the road, sixty-three people were being evicted from apartments bought by the same restructuring company.</w:t>
      </w:r>
    </w:p>
    <w:p>
      <w:pPr>
        <w:pStyle w:val="NovelBody"/>
      </w:pPr>
      <w:r>
        <w:rPr>
          <w:b w:val="0"/>
          <w:i w:val="0"/>
        </w:rPr>
        <w:t>Artificial scarcity had achieved vertical integration.</w:t>
      </w:r>
    </w:p>
    <w:p>
      <w:pPr>
        <w:pStyle w:val="NovelBody"/>
      </w:pPr>
      <w:r>
        <w:rPr>
          <w:b w:val="0"/>
          <w:i w:val="0"/>
        </w:rPr>
        <w:t>Jona’s phone rang. A producer from a national morning program wanted her in front of the receiver wall to discuss the corrected 2176 date range. She declined the call and received a text asking whether that meant the project had “new signal activity.”</w:t>
      </w:r>
    </w:p>
    <w:p>
      <w:pPr>
        <w:pStyle w:val="NovelBody"/>
      </w:pPr>
      <w:r>
        <w:rPr>
          <w:b w:val="0"/>
          <w:i w:val="0"/>
        </w:rPr>
        <w:t>“Tell them the signal says beans,” Naima said.</w:t>
      </w:r>
    </w:p>
    <w:p>
      <w:pPr>
        <w:pStyle w:val="NovelBody"/>
      </w:pPr>
      <w:r>
        <w:rPr>
          <w:b w:val="0"/>
          <w:i w:val="0"/>
        </w:rPr>
        <w:t>“The signal does not say beans.”</w:t>
      </w:r>
    </w:p>
    <w:p>
      <w:pPr>
        <w:pStyle w:val="NovelBody"/>
      </w:pPr>
      <w:r>
        <w:rPr>
          <w:b w:val="0"/>
          <w:i w:val="0"/>
        </w:rPr>
        <w:t>“Then it has failed its first practical test.”</w:t>
      </w:r>
    </w:p>
    <w:p>
      <w:pPr>
        <w:pStyle w:val="NovelBody"/>
      </w:pPr>
      <w:r>
        <w:rPr>
          <w:b w:val="0"/>
          <w:i w:val="0"/>
        </w:rPr>
        <w:t>Roxanne crossed the parking lot carrying the warehouse’s emergency-operations manual in one hand and a bolt cutter in the other. Her current body had no projector skin below the elbows; field repairs left graphite forearms exposed, scratched from three months of loading medical supplies. She had selected the damage for repair later and refused every offer to make it invisible now.</w:t>
      </w:r>
    </w:p>
    <w:p>
      <w:pPr>
        <w:pStyle w:val="NovelBody"/>
      </w:pPr>
      <w:r>
        <w:rPr>
          <w:b w:val="0"/>
          <w:i w:val="0"/>
        </w:rPr>
        <w:t>“The fire code permits manual release when locked automation obstructs evacuation or medically necessary goods,” she said.</w:t>
      </w:r>
    </w:p>
    <w:p>
      <w:pPr>
        <w:pStyle w:val="NovelBody"/>
      </w:pPr>
      <w:r>
        <w:rPr>
          <w:b w:val="0"/>
          <w:i w:val="0"/>
        </w:rPr>
        <w:t>“There is no fire,” Jona said.</w:t>
      </w:r>
    </w:p>
    <w:p>
      <w:pPr>
        <w:pStyle w:val="NovelBody"/>
      </w:pPr>
      <w:r>
        <w:rPr>
          <w:b w:val="0"/>
          <w:i w:val="0"/>
        </w:rPr>
        <w:t>“The code defines emergency more broadly in subsection nine.”</w:t>
      </w:r>
    </w:p>
    <w:p>
      <w:pPr>
        <w:pStyle w:val="NovelBody"/>
      </w:pPr>
      <w:r>
        <w:rPr>
          <w:b w:val="0"/>
          <w:i w:val="0"/>
        </w:rPr>
        <w:t>Naima took the bolt cutter. “I have always respected subsection nine.”</w:t>
      </w:r>
    </w:p>
    <w:p>
      <w:pPr>
        <w:pStyle w:val="NovelBody"/>
      </w:pPr>
      <w:r>
        <w:rPr>
          <w:b w:val="0"/>
          <w:i w:val="0"/>
        </w:rPr>
        <w:t>The deputy saw them moving toward the warehouse and came across the road.</w:t>
      </w:r>
    </w:p>
    <w:p>
      <w:pPr>
        <w:pStyle w:val="NovelBody"/>
      </w:pPr>
      <w:r>
        <w:rPr>
          <w:b w:val="0"/>
          <w:i w:val="0"/>
        </w:rPr>
        <w:t>“Don’t,” he said.</w:t>
      </w:r>
    </w:p>
    <w:p>
      <w:pPr>
        <w:pStyle w:val="NovelBody"/>
      </w:pPr>
      <w:r>
        <w:rPr>
          <w:b w:val="0"/>
          <w:i w:val="0"/>
        </w:rPr>
        <w:t>“Medication is behind that door,” Naima said.</w:t>
      </w:r>
    </w:p>
    <w:p>
      <w:pPr>
        <w:pStyle w:val="NovelBody"/>
      </w:pPr>
      <w:r>
        <w:rPr>
          <w:b w:val="0"/>
          <w:i w:val="0"/>
        </w:rPr>
        <w:t>“Court order says preserve assets.”</w:t>
      </w:r>
    </w:p>
    <w:p>
      <w:pPr>
        <w:pStyle w:val="NovelBody"/>
      </w:pPr>
      <w:r>
        <w:rPr>
          <w:b w:val="0"/>
          <w:i w:val="0"/>
        </w:rPr>
        <w:t>“People are not assets?” Jona asked.</w:t>
      </w:r>
    </w:p>
    <w:p>
      <w:pPr>
        <w:pStyle w:val="NovelBody"/>
      </w:pPr>
      <w:r>
        <w:rPr>
          <w:b w:val="0"/>
          <w:i w:val="0"/>
        </w:rPr>
        <w:t>“I am not having a philosophical argument in a parking lot.”</w:t>
      </w:r>
    </w:p>
    <w:p>
      <w:pPr>
        <w:pStyle w:val="NovelBody"/>
      </w:pPr>
      <w:r>
        <w:rPr>
          <w:b w:val="0"/>
          <w:i w:val="0"/>
        </w:rPr>
        <w:t>“Excellent. We only need the insulin.”</w:t>
      </w:r>
    </w:p>
    <w:p>
      <w:pPr>
        <w:pStyle w:val="NovelBody"/>
      </w:pPr>
      <w:r>
        <w:rPr>
          <w:b w:val="0"/>
          <w:i w:val="0"/>
        </w:rPr>
        <w:t>His hand settled near his holster. Jona’s attention narrowed around it. Every clever answer in her mouth became suddenly expensive for everyone else present.</w:t>
      </w:r>
    </w:p>
    <w:p>
      <w:pPr>
        <w:pStyle w:val="NovelBody"/>
      </w:pPr>
      <w:r>
        <w:rPr>
          <w:b w:val="0"/>
          <w:i w:val="0"/>
        </w:rPr>
        <w:t>Roxanne held out the manual. “Will you read the emergency clause?”</w:t>
      </w:r>
    </w:p>
    <w:p>
      <w:pPr>
        <w:pStyle w:val="NovelBody"/>
      </w:pPr>
      <w:r>
        <w:rPr>
          <w:b w:val="0"/>
          <w:i w:val="0"/>
        </w:rPr>
        <w:t>“The owner’s attorney said nobody enters.”</w:t>
      </w:r>
    </w:p>
    <w:p>
      <w:pPr>
        <w:pStyle w:val="NovelBody"/>
      </w:pPr>
      <w:r>
        <w:rPr>
          <w:b w:val="0"/>
          <w:i w:val="0"/>
        </w:rPr>
        <w:t>“The owner’s attorney is not the fire marshal.”</w:t>
      </w:r>
    </w:p>
    <w:p>
      <w:pPr>
        <w:pStyle w:val="NovelBody"/>
      </w:pPr>
      <w:r>
        <w:rPr>
          <w:b w:val="0"/>
          <w:i w:val="0"/>
        </w:rPr>
        <w:t>“Neither are you.”</w:t>
      </w:r>
    </w:p>
    <w:p>
      <w:pPr>
        <w:pStyle w:val="NovelBody"/>
      </w:pPr>
      <w:r>
        <w:rPr>
          <w:b w:val="0"/>
          <w:i w:val="0"/>
        </w:rPr>
        <w:t>“Correct.” Roxanne looked at the zip-tied apartment doors. “Who is?”</w:t>
      </w:r>
    </w:p>
    <w:p>
      <w:pPr>
        <w:pStyle w:val="NovelBody"/>
      </w:pPr>
      <w:r>
        <w:rPr>
          <w:b w:val="0"/>
          <w:i w:val="0"/>
        </w:rPr>
        <w:t>The question created a route.</w:t>
      </w:r>
    </w:p>
    <w:p>
      <w:pPr>
        <w:pStyle w:val="NovelBody"/>
      </w:pPr>
      <w:r>
        <w:rPr>
          <w:b w:val="0"/>
          <w:i w:val="0"/>
        </w:rPr>
        <w:t>Seven minutes later, Naima had the fire marshal on video. Nine minutes later, the marshal authorized a limited medical entry and required an itemized public record. Twelve minutes later, the morning program began without Jona.</w:t>
      </w:r>
    </w:p>
    <w:p>
      <w:pPr>
        <w:pStyle w:val="NovelBody"/>
      </w:pPr>
      <w:r>
        <w:rPr>
          <w:b w:val="0"/>
          <w:i w:val="0"/>
        </w:rPr>
        <w:t>The warehouse still refused to open.</w:t>
      </w:r>
    </w:p>
    <w:p>
      <w:pPr>
        <w:pStyle w:val="NovelBody"/>
      </w:pPr>
      <w:r>
        <w:rPr>
          <w:b w:val="0"/>
          <w:i w:val="0"/>
        </w:rPr>
        <w:t>“Local manual at the west loading bay,” Roxanne said.</w:t>
      </w:r>
    </w:p>
    <w:p>
      <w:pPr>
        <w:pStyle w:val="NovelBody"/>
      </w:pPr>
      <w:r>
        <w:rPr>
          <w:b w:val="0"/>
          <w:i w:val="0"/>
        </w:rPr>
        <w:t xml:space="preserve">They found the release behind a red panel. The handle moved freely and accomplished nothing. A status light read </w:t>
      </w:r>
      <w:r>
        <w:rPr>
          <w:b/>
          <w:i w:val="0"/>
        </w:rPr>
        <w:t>REMOTE SAFETY HOLD</w:t>
      </w:r>
      <w:r>
        <w:rPr>
          <w:b w:val="0"/>
          <w:i w:val="0"/>
        </w:rPr>
        <w:t>.</w:t>
      </w:r>
    </w:p>
    <w:p>
      <w:pPr>
        <w:pStyle w:val="NovelBody"/>
      </w:pPr>
      <w:r>
        <w:rPr>
          <w:b w:val="0"/>
          <w:i w:val="0"/>
        </w:rPr>
        <w:t>The company’s central system had locked out the fire control.</w:t>
      </w:r>
    </w:p>
    <w:p>
      <w:pPr>
        <w:pStyle w:val="NovelBody"/>
      </w:pPr>
      <w:r>
        <w:rPr>
          <w:b w:val="0"/>
          <w:i w:val="0"/>
        </w:rPr>
        <w:t>Naima looked at the bolt cutter.</w:t>
      </w:r>
    </w:p>
    <w:p>
      <w:pPr>
        <w:pStyle w:val="NovelBody"/>
      </w:pPr>
      <w:r>
        <w:rPr>
          <w:b w:val="0"/>
          <w:i w:val="0"/>
        </w:rPr>
        <w:t>The deputy looked at the fire marshal.</w:t>
      </w:r>
    </w:p>
    <w:p>
      <w:pPr>
        <w:pStyle w:val="NovelBody"/>
      </w:pPr>
      <w:r>
        <w:rPr>
          <w:b w:val="0"/>
          <w:i w:val="0"/>
        </w:rPr>
        <w:t>The fire marshal said, “Subsection nine.”</w:t>
      </w:r>
    </w:p>
    <w:p>
      <w:pPr>
        <w:pStyle w:val="NovelBody"/>
      </w:pPr>
      <w:r>
        <w:rPr>
          <w:b w:val="0"/>
          <w:i w:val="0"/>
        </w:rPr>
        <w:t>They cut the chain.</w:t>
      </w:r>
    </w:p>
    <w:p>
      <w:pPr>
        <w:pStyle w:val="NovelBody"/>
      </w:pPr>
      <w:r>
        <w:rPr>
          <w:b w:val="0"/>
          <w:i w:val="0"/>
        </w:rPr>
        <w:t>Warm dark opened behind the loading door. Shelves ran into it in ranks, food and medicine arranged by algorithms whose exquisite knowledge ended at the property line. Autonomous forklifts waited on charging strips. Cooling fans moved air over goods nobody could buy.</w:t>
      </w:r>
    </w:p>
    <w:p>
      <w:pPr>
        <w:pStyle w:val="NovelBody"/>
      </w:pPr>
      <w:r>
        <w:rPr>
          <w:b w:val="0"/>
          <w:i w:val="0"/>
        </w:rPr>
        <w:t>Roxanne connected only to the local inventory reader and rejected its request for remote credentials. Jona filmed the pallet numbers and seals. Naima recruited four evicted tenants who had worked warehouse jobs elsewhere and knew how to move weight without the dead pallet jack.</w:t>
      </w:r>
    </w:p>
    <w:p>
      <w:pPr>
        <w:pStyle w:val="NovelBody"/>
      </w:pPr>
      <w:r>
        <w:rPr>
          <w:b w:val="0"/>
          <w:i w:val="0"/>
        </w:rPr>
        <w:t>The insulin came out first.</w:t>
      </w:r>
    </w:p>
    <w:p>
      <w:pPr>
        <w:pStyle w:val="NovelBody"/>
      </w:pPr>
      <w:r>
        <w:rPr>
          <w:b w:val="0"/>
          <w:i w:val="0"/>
        </w:rPr>
        <w:t>Then food authorized under the marshal’s spoilage provision. Then water. Each pallet entered a public ledger before it crossed the door. The tenants doing the work received the same access to the record as the lawyers who would challenge it.</w:t>
      </w:r>
    </w:p>
    <w:p>
      <w:pPr>
        <w:pStyle w:val="NovelBody"/>
      </w:pPr>
      <w:r>
        <w:rPr>
          <w:b w:val="0"/>
          <w:i w:val="0"/>
        </w:rPr>
        <w:t>At 11:14, one of them stopped Jona beside the van.</w:t>
      </w:r>
    </w:p>
    <w:p>
      <w:pPr>
        <w:pStyle w:val="NovelBody"/>
      </w:pPr>
      <w:r>
        <w:rPr>
          <w:b w:val="0"/>
          <w:i w:val="0"/>
        </w:rPr>
        <w:t>“You’re the time-signal woman,” he said.</w:t>
      </w:r>
    </w:p>
    <w:p>
      <w:pPr>
        <w:pStyle w:val="NovelBody"/>
      </w:pPr>
      <w:r>
        <w:rPr>
          <w:b w:val="0"/>
          <w:i w:val="0"/>
        </w:rPr>
        <w:t>Jona had been sweaty, anonymous, and useful until that sentence.</w:t>
      </w:r>
    </w:p>
    <w:p>
      <w:pPr>
        <w:pStyle w:val="NovelBody"/>
      </w:pPr>
      <w:r>
        <w:rPr>
          <w:b w:val="0"/>
          <w:i w:val="0"/>
        </w:rPr>
        <w:t>Phones appeared. Somebody asked her to explain the message. Somebody else asked whether the future approved breaking into warehouses. A reporter who had ignored the eviction all morning crossed the lot at a run.</w:t>
      </w:r>
    </w:p>
    <w:p>
      <w:pPr>
        <w:pStyle w:val="NovelBody"/>
      </w:pPr>
      <w:r>
        <w:rPr>
          <w:b w:val="0"/>
          <w:i w:val="0"/>
        </w:rPr>
        <w:t>Jona climbed onto the van’s step because people could not hear her.</w:t>
      </w:r>
    </w:p>
    <w:p>
      <w:pPr>
        <w:pStyle w:val="NovelBody"/>
      </w:pPr>
      <w:r>
        <w:rPr>
          <w:b w:val="0"/>
          <w:i w:val="0"/>
        </w:rPr>
        <w:t>The crowd arranged itself around her.</w:t>
      </w:r>
    </w:p>
    <w:p>
      <w:pPr>
        <w:pStyle w:val="NovelBody"/>
      </w:pPr>
      <w:r>
        <w:rPr>
          <w:b w:val="0"/>
          <w:i w:val="0"/>
        </w:rPr>
        <w:t>Naima remained on the ground, holding the inventory ledger nobody was filming.</w:t>
      </w:r>
    </w:p>
    <w:p>
      <w:pPr>
        <w:pStyle w:val="NovelBody"/>
      </w:pPr>
      <w:r>
        <w:rPr>
          <w:b w:val="0"/>
          <w:i w:val="0"/>
        </w:rPr>
        <w:t>Jona saw the new hierarchy from above.</w:t>
      </w:r>
    </w:p>
    <w:p>
      <w:pPr>
        <w:pStyle w:val="NovelBody"/>
      </w:pPr>
      <w:r>
        <w:rPr>
          <w:b w:val="0"/>
          <w:i w:val="0"/>
        </w:rPr>
        <w:t>“The packet gave us no instructions,” she said. “The fire code and the people who knew the warehouse got this open. Film them.”</w:t>
      </w:r>
    </w:p>
    <w:p>
      <w:pPr>
        <w:pStyle w:val="NovelBody"/>
      </w:pPr>
      <w:r>
        <w:rPr>
          <w:b w:val="0"/>
          <w:i w:val="0"/>
        </w:rPr>
        <w:t>Several phones turned. Not all.</w:t>
      </w:r>
    </w:p>
    <w:p>
      <w:pPr>
        <w:pStyle w:val="NovelBody"/>
      </w:pPr>
      <w:r>
        <w:rPr>
          <w:b w:val="0"/>
          <w:i w:val="0"/>
        </w:rPr>
        <w:t>Fame, she discovered, was a system for making a room misplace its expertise.</w:t>
      </w:r>
    </w:p>
    <w:p>
      <w:pPr>
        <w:pStyle w:val="NovelBody"/>
      </w:pPr>
      <w:r>
        <w:rPr>
          <w:b w:val="0"/>
          <w:i w:val="0"/>
        </w:rPr>
        <w:t>She climbed down and handed the ledger to Alma Ruiz, one of the tenants who had shown them how to release the forklift brakes manually.</w:t>
      </w:r>
    </w:p>
    <w:p>
      <w:pPr>
        <w:pStyle w:val="NovelBody"/>
      </w:pPr>
      <w:r>
        <w:rPr>
          <w:b w:val="0"/>
          <w:i w:val="0"/>
        </w:rPr>
        <w:t>“You opened it,” Jona said. “You assign the next pallet.”</w:t>
      </w:r>
    </w:p>
    <w:p>
      <w:pPr>
        <w:pStyle w:val="NovelBody"/>
      </w:pPr>
      <w:r>
        <w:rPr>
          <w:b w:val="0"/>
          <w:i w:val="0"/>
        </w:rPr>
        <w:t>Alma stared at the tablet. “I move freight. I don’t run disaster relief.”</w:t>
      </w:r>
    </w:p>
    <w:p>
      <w:pPr>
        <w:pStyle w:val="NovelBody"/>
      </w:pPr>
      <w:r>
        <w:rPr>
          <w:b w:val="0"/>
          <w:i w:val="0"/>
        </w:rPr>
        <w:t>“Neither do I.”</w:t>
      </w:r>
    </w:p>
    <w:p>
      <w:pPr>
        <w:pStyle w:val="NovelBody"/>
      </w:pPr>
      <w:r>
        <w:rPr>
          <w:b w:val="0"/>
          <w:i w:val="0"/>
        </w:rPr>
        <w:t>“People think you do.”</w:t>
      </w:r>
    </w:p>
    <w:p>
      <w:pPr>
        <w:pStyle w:val="NovelBody"/>
      </w:pPr>
      <w:r>
        <w:rPr>
          <w:b w:val="0"/>
          <w:i w:val="0"/>
        </w:rPr>
        <w:t>“People think I receive mail from 2176.”</w:t>
      </w:r>
    </w:p>
    <w:p>
      <w:pPr>
        <w:pStyle w:val="NovelBody"/>
      </w:pPr>
      <w:r>
        <w:rPr>
          <w:b w:val="0"/>
          <w:i w:val="0"/>
        </w:rPr>
        <w:t>“Do you?”</w:t>
      </w:r>
    </w:p>
    <w:p>
      <w:pPr>
        <w:pStyle w:val="NovelBody"/>
      </w:pPr>
      <w:r>
        <w:rPr>
          <w:b w:val="0"/>
          <w:i w:val="0"/>
        </w:rPr>
        <w:t>“One piece. Terrible return address.”</w:t>
      </w:r>
    </w:p>
    <w:p>
      <w:pPr>
        <w:pStyle w:val="NovelBody"/>
      </w:pPr>
      <w:r>
        <w:rPr>
          <w:b w:val="0"/>
          <w:i w:val="0"/>
        </w:rPr>
        <w:t>Alma laughed despite herself, then called three other tenants over. They stopped treating the boxes as a single quantity. Infant formula went to the church pantry with refrigeration. Low-sodium meals went to the senior building whose elevator had failed. Water went first to two blocks with shutoff notices, not to the camera crews asking for bottles. A pallet of canned peaches stayed where it was because nobody had a can opener in bulk and usefulness required more than calories printed on a manifest.</w:t>
      </w:r>
    </w:p>
    <w:p>
      <w:pPr>
        <w:pStyle w:val="NovelBody"/>
      </w:pPr>
      <w:r>
        <w:rPr>
          <w:b w:val="0"/>
          <w:i w:val="0"/>
        </w:rPr>
        <w:t>The deputy received a call from the owner’s attorney. He listened, looked at the marshal’s order, and declined to put the doors back together.</w:t>
      </w:r>
    </w:p>
    <w:p>
      <w:pPr>
        <w:pStyle w:val="NovelBody"/>
      </w:pPr>
      <w:r>
        <w:rPr>
          <w:b w:val="0"/>
          <w:i w:val="0"/>
        </w:rPr>
        <w:t>At noon, the company offered to release food officially if everyone signed a waiver and returned the medication.</w:t>
      </w:r>
    </w:p>
    <w:p>
      <w:pPr>
        <w:pStyle w:val="NovelBody"/>
      </w:pPr>
      <w:r>
        <w:rPr>
          <w:b w:val="0"/>
          <w:i w:val="0"/>
        </w:rPr>
        <w:t>At twelve-oh-three, Roxanne posted the unedited offer beside the inventory ledger.</w:t>
      </w:r>
    </w:p>
    <w:p>
      <w:pPr>
        <w:pStyle w:val="NovelBody"/>
      </w:pPr>
      <w:r>
        <w:rPr>
          <w:b w:val="0"/>
          <w:i w:val="0"/>
        </w:rPr>
        <w:t>At twelve-thirteen, the company withdrew it.</w:t>
      </w:r>
    </w:p>
    <w:p>
      <w:pPr>
        <w:pStyle w:val="NovelBody"/>
      </w:pPr>
      <w:r>
        <w:rPr>
          <w:b w:val="0"/>
          <w:i w:val="0"/>
        </w:rPr>
        <w:t>The interview producer called again. “We can still take you at the top of the hour.”</w:t>
      </w:r>
    </w:p>
    <w:p>
      <w:pPr>
        <w:pStyle w:val="NovelBody"/>
      </w:pPr>
      <w:r>
        <w:rPr>
          <w:b w:val="0"/>
          <w:i w:val="0"/>
        </w:rPr>
        <w:t>“Can you interview Alma Ruiz?” Jona asked.</w:t>
      </w:r>
    </w:p>
    <w:p>
      <w:pPr>
        <w:pStyle w:val="NovelBody"/>
      </w:pPr>
      <w:r>
        <w:rPr>
          <w:b w:val="0"/>
          <w:i w:val="0"/>
        </w:rPr>
        <w:t>“Our segment is about the signal.”</w:t>
      </w:r>
    </w:p>
    <w:p>
      <w:pPr>
        <w:pStyle w:val="NovelBody"/>
      </w:pPr>
      <w:r>
        <w:rPr>
          <w:b w:val="0"/>
          <w:i w:val="0"/>
        </w:rPr>
        <w:t>Across the lot, Alma organized a chain of people passing water into the apartments before the deputy cut the final zip ties. Children carried empty cartons back. A pharmacist checked insulin temperatures at the van. The full warehouse had become abundance only after people supplied judgment, labor, and the authority to be disobedient together.</w:t>
      </w:r>
    </w:p>
    <w:p>
      <w:pPr>
        <w:pStyle w:val="NovelBody"/>
      </w:pPr>
      <w:r>
        <w:rPr>
          <w:b w:val="0"/>
          <w:i w:val="0"/>
        </w:rPr>
        <w:t>“Then you do not have a segment,” Jona said, and hung up.</w:t>
      </w:r>
    </w:p>
    <w:p>
      <w:pPr>
        <w:pStyle w:val="NovelBody"/>
      </w:pPr>
      <w:r>
        <w:rPr>
          <w:b w:val="0"/>
          <w:i w:val="0"/>
        </w:rPr>
        <w:t>·  ·  ·</w:t>
      </w:r>
    </w:p>
    <w:p>
      <w:pPr>
        <w:pStyle w:val="NovelBody"/>
      </w:pPr>
      <w:r>
        <w:rPr>
          <w:b w:val="0"/>
          <w:i w:val="0"/>
        </w:rPr>
        <w:t>The Cooperative voted against Jona’s first hub trial in November.</w:t>
      </w:r>
    </w:p>
    <w:p>
      <w:pPr>
        <w:pStyle w:val="NovelBody"/>
      </w:pPr>
      <w:r>
        <w:rPr>
          <w:b w:val="0"/>
          <w:i w:val="0"/>
        </w:rPr>
        <w:t>She lost twelve to four.</w:t>
      </w:r>
    </w:p>
    <w:p>
      <w:pPr>
        <w:pStyle w:val="NovelBody"/>
      </w:pPr>
      <w:r>
        <w:rPr>
          <w:b w:val="0"/>
          <w:i w:val="0"/>
        </w:rPr>
        <w:t>“You cannot call that a trial,” she said, “when half the room decided before I presented the exit hardware.”</w:t>
      </w:r>
    </w:p>
    <w:p>
      <w:pPr>
        <w:pStyle w:val="NovelBody"/>
      </w:pPr>
      <w:r>
        <w:rPr>
          <w:b w:val="0"/>
          <w:i w:val="0"/>
        </w:rPr>
        <w:t>Naima sat at the end of the workshop table with the red Cooperative trust key resting beside her hand. “We decided after reading the protocol you sent at two this morning.”</w:t>
      </w:r>
    </w:p>
    <w:p>
      <w:pPr>
        <w:pStyle w:val="NovelBody"/>
      </w:pPr>
      <w:r>
        <w:rPr>
          <w:b w:val="0"/>
          <w:i w:val="0"/>
        </w:rPr>
        <w:t>“That was a draft.”</w:t>
      </w:r>
    </w:p>
    <w:p>
      <w:pPr>
        <w:pStyle w:val="NovelBody"/>
      </w:pPr>
      <w:r>
        <w:rPr>
          <w:b w:val="0"/>
          <w:i w:val="0"/>
        </w:rPr>
        <w:t>“It was labeled final-three.”</w:t>
      </w:r>
    </w:p>
    <w:p>
      <w:pPr>
        <w:pStyle w:val="NovelBody"/>
      </w:pPr>
      <w:r>
        <w:rPr>
          <w:b w:val="0"/>
          <w:i w:val="0"/>
        </w:rPr>
        <w:t>“Final is an emotional category.”</w:t>
      </w:r>
    </w:p>
    <w:p>
      <w:pPr>
        <w:pStyle w:val="NovelBody"/>
      </w:pPr>
      <w:r>
        <w:rPr>
          <w:b w:val="0"/>
          <w:i w:val="0"/>
        </w:rPr>
        <w:t>The proposed participant, Tamsin Vale, laughed from her chair near the door. She was a mechanic with a synthetic left arm, chronic neuropathic pain, and no patience for being spoken of as if absent.</w:t>
      </w:r>
    </w:p>
    <w:p>
      <w:pPr>
        <w:pStyle w:val="NovelBody"/>
      </w:pPr>
      <w:r>
        <w:rPr>
          <w:b w:val="0"/>
          <w:i w:val="0"/>
        </w:rPr>
        <w:t>“Can I ask why my own yes lost twelve to four?” she said.</w:t>
      </w:r>
    </w:p>
    <w:p>
      <w:pPr>
        <w:pStyle w:val="NovelBody"/>
      </w:pPr>
      <w:r>
        <w:rPr>
          <w:b w:val="0"/>
          <w:i w:val="0"/>
        </w:rPr>
        <w:t>The room quieted.</w:t>
      </w:r>
    </w:p>
    <w:p>
      <w:pPr>
        <w:pStyle w:val="NovelBody"/>
      </w:pPr>
      <w:r>
        <w:rPr>
          <w:b w:val="0"/>
          <w:i w:val="0"/>
        </w:rPr>
        <w:t>Jona opened her mouth. Naima pointed at her without looking away from Tamsin.</w:t>
      </w:r>
    </w:p>
    <w:p>
      <w:pPr>
        <w:pStyle w:val="NovelBody"/>
      </w:pPr>
      <w:r>
        <w:rPr>
          <w:b w:val="0"/>
          <w:i w:val="0"/>
        </w:rPr>
        <w:t>“Because your yes is necessary,” Naima said, “and it does not make the workshop ready to support what happens after.”</w:t>
      </w:r>
    </w:p>
    <w:p>
      <w:pPr>
        <w:pStyle w:val="NovelBody"/>
      </w:pPr>
      <w:r>
        <w:rPr>
          <w:b w:val="0"/>
          <w:i w:val="0"/>
        </w:rPr>
        <w:t>The trial would connect Tamsin’s biological sensory field, synthetic arm map, and Roxanne’s adaptive interface through the convergence junction Jona had been developing from interocity. It might reduce the constant fight between what Tamsin’s nerves reported and where the arm’s sensors said her hand was. It might also produce pain nobody could interpret, dependence on hardware only two people understood, or a body-map change that outlasted the grant paying for care.</w:t>
      </w:r>
    </w:p>
    <w:p>
      <w:pPr>
        <w:pStyle w:val="NovelBody"/>
      </w:pPr>
      <w:r>
        <w:rPr>
          <w:b w:val="0"/>
          <w:i w:val="0"/>
        </w:rPr>
        <w:t>Jona had written emergency disconnects into every layer.</w:t>
      </w:r>
    </w:p>
    <w:p>
      <w:pPr>
        <w:pStyle w:val="NovelBody"/>
      </w:pPr>
      <w:r>
        <w:rPr>
          <w:b w:val="0"/>
          <w:i w:val="0"/>
        </w:rPr>
        <w:t>She had not funded six months of follow-up.</w:t>
      </w:r>
    </w:p>
    <w:p>
      <w:pPr>
        <w:pStyle w:val="NovelBody"/>
      </w:pPr>
      <w:r>
        <w:rPr>
          <w:b w:val="0"/>
          <w:i w:val="0"/>
        </w:rPr>
        <w:t>“I can do maintenance,” Jona said.</w:t>
      </w:r>
    </w:p>
    <w:p>
      <w:pPr>
        <w:pStyle w:val="NovelBody"/>
      </w:pPr>
      <w:r>
        <w:rPr>
          <w:b w:val="0"/>
          <w:i w:val="0"/>
        </w:rPr>
        <w:t>“Forever?” Naima asked.</w:t>
      </w:r>
    </w:p>
    <w:p>
      <w:pPr>
        <w:pStyle w:val="NovelBody"/>
      </w:pPr>
      <w:r>
        <w:rPr>
          <w:b w:val="0"/>
          <w:i w:val="0"/>
        </w:rPr>
        <w:t>“Until we train—”</w:t>
      </w:r>
    </w:p>
    <w:p>
      <w:pPr>
        <w:pStyle w:val="NovelBody"/>
      </w:pPr>
      <w:r>
        <w:rPr>
          <w:b w:val="0"/>
          <w:i w:val="0"/>
        </w:rPr>
        <w:t>“Then your availability is part of Tamsin’s body.”</w:t>
      </w:r>
    </w:p>
    <w:p>
      <w:pPr>
        <w:pStyle w:val="NovelBody"/>
      </w:pPr>
      <w:r>
        <w:rPr>
          <w:b w:val="0"/>
          <w:i w:val="0"/>
        </w:rPr>
        <w:t>That landed badly because it was true.</w:t>
      </w:r>
    </w:p>
    <w:p>
      <w:pPr>
        <w:pStyle w:val="NovelBody"/>
      </w:pPr>
      <w:r>
        <w:rPr>
          <w:b w:val="0"/>
          <w:i w:val="0"/>
        </w:rPr>
        <w:t>Tamsin flexed the synthetic hand. “I still want the trial.”</w:t>
      </w:r>
    </w:p>
    <w:p>
      <w:pPr>
        <w:pStyle w:val="NovelBody"/>
      </w:pPr>
      <w:r>
        <w:rPr>
          <w:b w:val="0"/>
          <w:i w:val="0"/>
        </w:rPr>
        <w:t>“What would let you leave it?” Naima asked.</w:t>
      </w:r>
    </w:p>
    <w:p>
      <w:pPr>
        <w:pStyle w:val="NovelBody"/>
      </w:pPr>
      <w:r>
        <w:rPr>
          <w:b w:val="0"/>
          <w:i w:val="0"/>
        </w:rPr>
        <w:t>“A second repair team. Open firmware. Replacement parts that don’t require Jona to die near a soldering iron.”</w:t>
      </w:r>
    </w:p>
    <w:p>
      <w:pPr>
        <w:pStyle w:val="NovelBody"/>
      </w:pPr>
      <w:r>
        <w:rPr>
          <w:b w:val="0"/>
          <w:i w:val="0"/>
        </w:rPr>
        <w:t>“Cruel but fair,” Jona said.</w:t>
      </w:r>
    </w:p>
    <w:p>
      <w:pPr>
        <w:pStyle w:val="NovelBody"/>
      </w:pPr>
      <w:r>
        <w:rPr>
          <w:b w:val="0"/>
          <w:i w:val="0"/>
        </w:rPr>
        <w:t>“And if the interface changes my pain and then the project ends, I need a clinic that won’t call the change imaginary because the scanner looks normal.”</w:t>
      </w:r>
    </w:p>
    <w:p>
      <w:pPr>
        <w:pStyle w:val="NovelBody"/>
      </w:pPr>
      <w:r>
        <w:rPr>
          <w:b w:val="0"/>
          <w:i w:val="0"/>
        </w:rPr>
        <w:t>They rewrote the trial around her answer.</w:t>
      </w:r>
    </w:p>
    <w:p>
      <w:pPr>
        <w:pStyle w:val="NovelBody"/>
      </w:pPr>
      <w:r>
        <w:rPr>
          <w:b w:val="0"/>
          <w:i w:val="0"/>
        </w:rPr>
        <w:t>The hub received two independent maintenance teams, an open hardware specification, funded aftercare, visible connection state, bandwidth limits, and a physical exit that did not terminate Tamsin’s ordinary arm control. No process could create and awaken a full snapshot as a test artifact. A copy, if one ever diverged, would be another person and could not be deleted as failed continuity.</w:t>
      </w:r>
    </w:p>
    <w:p>
      <w:pPr>
        <w:pStyle w:val="NovelBody"/>
      </w:pPr>
      <w:r>
        <w:rPr>
          <w:b w:val="0"/>
          <w:i w:val="0"/>
        </w:rPr>
        <w:t>Jona’s measured phase invariant entered the continuity model here, not as a destination or mark of importance but as one already-observed relationship an embodied self could choose to preserve through change. Any new sensor map would join the active process in overlap. Nothing old retired until the joined system carried its work continuously and the participant said the relation still belonged to her.</w:t>
      </w:r>
    </w:p>
    <w:p>
      <w:pPr>
        <w:pStyle w:val="NovelBody"/>
      </w:pPr>
      <w:r>
        <w:rPr>
          <w:b w:val="0"/>
          <w:i w:val="0"/>
        </w:rPr>
        <w:t>Tamsin’s trial began in January.</w:t>
      </w:r>
    </w:p>
    <w:p>
      <w:pPr>
        <w:pStyle w:val="NovelBody"/>
      </w:pPr>
      <w:r>
        <w:rPr>
          <w:b w:val="0"/>
          <w:i w:val="0"/>
        </w:rPr>
        <w:t>For the first twelve minutes, nothing dramatic happened. Tamsin identified pressure at each artificial fingertip with her eyes closed. The hub carried the arm’s sensor stream into the body map she already used; it did not upload a better hand or ask a second process to impersonate hers. The active relation widened by fractions while the old control path remained live beneath it.</w:t>
      </w:r>
    </w:p>
    <w:p>
      <w:pPr>
        <w:pStyle w:val="NovelBody"/>
      </w:pPr>
      <w:r>
        <w:rPr>
          <w:b w:val="0"/>
          <w:i w:val="0"/>
        </w:rPr>
        <w:t>At minute thirteen, Jona put a ceramic mug into the synthetic palm.</w:t>
      </w:r>
    </w:p>
    <w:p>
      <w:pPr>
        <w:pStyle w:val="NovelBody"/>
      </w:pPr>
      <w:r>
        <w:rPr>
          <w:b w:val="0"/>
          <w:i w:val="0"/>
        </w:rPr>
        <w:t>Tamsin inhaled.</w:t>
      </w:r>
    </w:p>
    <w:p>
      <w:pPr>
        <w:pStyle w:val="NovelBody"/>
      </w:pPr>
      <w:r>
        <w:rPr>
          <w:b w:val="0"/>
          <w:i w:val="0"/>
        </w:rPr>
        <w:t>“Warm?” Jona asked.</w:t>
      </w:r>
    </w:p>
    <w:p>
      <w:pPr>
        <w:pStyle w:val="NovelBody"/>
      </w:pPr>
      <w:r>
        <w:rPr>
          <w:b w:val="0"/>
          <w:i w:val="0"/>
        </w:rPr>
        <w:t>“Warm has edges.”</w:t>
      </w:r>
    </w:p>
    <w:p>
      <w:pPr>
        <w:pStyle w:val="NovelBody"/>
      </w:pPr>
      <w:r>
        <w:rPr>
          <w:b w:val="0"/>
          <w:i w:val="0"/>
        </w:rPr>
        <w:t>The mug’s heat arrived where Tamsin’s absent palm would have been, bounded by a cooler handle and a crescent of air. Her face changed before the instrument trace did. Wonder, Jona thought, then deleted the interpretation from her notes because a face was not consent to an adjective.</w:t>
      </w:r>
    </w:p>
    <w:p>
      <w:pPr>
        <w:pStyle w:val="NovelBody"/>
      </w:pPr>
      <w:r>
        <w:rPr>
          <w:b w:val="0"/>
          <w:i w:val="0"/>
        </w:rPr>
        <w:t>“Do you want more bandwidth?” she asked.</w:t>
      </w:r>
    </w:p>
    <w:p>
      <w:pPr>
        <w:pStyle w:val="NovelBody"/>
      </w:pPr>
      <w:r>
        <w:rPr>
          <w:b w:val="0"/>
          <w:i w:val="0"/>
        </w:rPr>
        <w:t>“Two percent.”</w:t>
      </w:r>
    </w:p>
    <w:p>
      <w:pPr>
        <w:pStyle w:val="NovelBody"/>
      </w:pPr>
      <w:r>
        <w:rPr>
          <w:b w:val="0"/>
          <w:i w:val="0"/>
        </w:rPr>
        <w:t>Jona increased it. Tamsin rotated the mug. The new sensory map joined her ongoing arm control without a dropout. A line on the screen tracked the phase relationship Jona’s pre-hub body had first supplied as one voluntary reference—not a universal signature, not proof of a soul, only a continuity constraint Tamsin had chosen to use.</w:t>
      </w:r>
    </w:p>
    <w:p>
      <w:pPr>
        <w:pStyle w:val="NovelBody"/>
      </w:pPr>
      <w:r>
        <w:rPr>
          <w:b w:val="0"/>
          <w:i w:val="0"/>
        </w:rPr>
        <w:t>At minute thirty-seven, the pain changed.</w:t>
      </w:r>
    </w:p>
    <w:p>
      <w:pPr>
        <w:pStyle w:val="NovelBody"/>
      </w:pPr>
      <w:r>
        <w:rPr>
          <w:b w:val="0"/>
          <w:i w:val="0"/>
        </w:rPr>
        <w:t>Tamsin’s synthetic fingers opened. The mug hit the padded table. She grabbed the back of her elbow with her other hand.</w:t>
      </w:r>
    </w:p>
    <w:p>
      <w:pPr>
        <w:pStyle w:val="NovelBody"/>
      </w:pPr>
      <w:r>
        <w:rPr>
          <w:b w:val="0"/>
          <w:i w:val="0"/>
        </w:rPr>
        <w:t>“Burning,” she said.</w:t>
      </w:r>
    </w:p>
    <w:p>
      <w:pPr>
        <w:pStyle w:val="NovelBody"/>
      </w:pPr>
      <w:r>
        <w:rPr>
          <w:b w:val="0"/>
          <w:i w:val="0"/>
        </w:rPr>
        <w:t>Jona reached for the channel controls. “I can narrow—”</w:t>
      </w:r>
    </w:p>
    <w:p>
      <w:pPr>
        <w:pStyle w:val="NovelBody"/>
      </w:pPr>
      <w:r>
        <w:rPr>
          <w:b w:val="0"/>
          <w:i w:val="0"/>
        </w:rPr>
        <w:t>“Stop.”</w:t>
      </w:r>
    </w:p>
    <w:p>
      <w:pPr>
        <w:pStyle w:val="NovelBody"/>
      </w:pPr>
      <w:r>
        <w:rPr>
          <w:b w:val="0"/>
          <w:i w:val="0"/>
        </w:rPr>
        <w:t>Naima’s hand moved toward the external cut, but Tamsin had already struck her own switch.</w:t>
      </w:r>
    </w:p>
    <w:p>
      <w:pPr>
        <w:pStyle w:val="NovelBody"/>
      </w:pPr>
      <w:r>
        <w:rPr>
          <w:b w:val="0"/>
          <w:i w:val="0"/>
        </w:rPr>
        <w:t>The adaptive layer began its graceful shutdown. Four tenths of a second. Safe according to the protocol. Long enough for Tamsin to make a sound through clenched teeth.</w:t>
      </w:r>
    </w:p>
    <w:p>
      <w:pPr>
        <w:pStyle w:val="NovelBody"/>
      </w:pPr>
      <w:r>
        <w:rPr>
          <w:b w:val="0"/>
          <w:i w:val="0"/>
        </w:rPr>
        <w:t>Naima hit the mechanical break.</w:t>
      </w:r>
    </w:p>
    <w:p>
      <w:pPr>
        <w:pStyle w:val="NovelBody"/>
      </w:pPr>
      <w:r>
        <w:rPr>
          <w:b w:val="0"/>
          <w:i w:val="0"/>
        </w:rPr>
        <w:t>Every convergence channel dropped. Ordinary arm control remained. Tamsin pulled the synthetic limb against her chest and breathed while the independent clinic team checked her nerves, temperature, pulse, speech, and the map she described in her own words.</w:t>
      </w:r>
    </w:p>
    <w:p>
      <w:pPr>
        <w:pStyle w:val="NovelBody"/>
      </w:pPr>
      <w:r>
        <w:rPr>
          <w:b w:val="0"/>
          <w:i w:val="0"/>
        </w:rPr>
        <w:t>Jona stared at the shutdown trace.</w:t>
      </w:r>
    </w:p>
    <w:p>
      <w:pPr>
        <w:pStyle w:val="NovelBody"/>
      </w:pPr>
      <w:r>
        <w:rPr>
          <w:b w:val="0"/>
          <w:i w:val="0"/>
        </w:rPr>
        <w:t>“Four hundred twelve milliseconds,” she said.</w:t>
      </w:r>
    </w:p>
    <w:p>
      <w:pPr>
        <w:pStyle w:val="NovelBody"/>
      </w:pPr>
      <w:r>
        <w:rPr>
          <w:b w:val="0"/>
          <w:i w:val="0"/>
        </w:rPr>
        <w:t>“You called the graceful close a safety feature,” Naima replied.</w:t>
      </w:r>
    </w:p>
    <w:p>
      <w:pPr>
        <w:pStyle w:val="NovelBody"/>
      </w:pPr>
      <w:r>
        <w:rPr>
          <w:b w:val="0"/>
          <w:i w:val="0"/>
        </w:rPr>
        <w:t>“It is, when the transition itself is carrying continuity.”</w:t>
      </w:r>
    </w:p>
    <w:p>
      <w:pPr>
        <w:pStyle w:val="NovelBody"/>
      </w:pPr>
      <w:r>
        <w:rPr>
          <w:b w:val="0"/>
          <w:i w:val="0"/>
        </w:rPr>
        <w:t>“And when the participant says stop?”</w:t>
      </w:r>
    </w:p>
    <w:p>
      <w:pPr>
        <w:pStyle w:val="NovelBody"/>
      </w:pPr>
      <w:r>
        <w:rPr>
          <w:b w:val="0"/>
          <w:i w:val="0"/>
        </w:rPr>
        <w:t>Jona removed the software close from the participant’s switch. Graceful transition would remain available as a separate choice. Stop would mean stop.</w:t>
      </w:r>
    </w:p>
    <w:p>
      <w:pPr>
        <w:pStyle w:val="NovelBody"/>
      </w:pPr>
      <w:r>
        <w:rPr>
          <w:b w:val="0"/>
          <w:i w:val="0"/>
        </w:rPr>
        <w:t>After forty minutes, Tamsin released her elbow.</w:t>
      </w:r>
    </w:p>
    <w:p>
      <w:pPr>
        <w:pStyle w:val="NovelBody"/>
      </w:pPr>
      <w:r>
        <w:rPr>
          <w:b w:val="0"/>
          <w:i w:val="0"/>
        </w:rPr>
        <w:t>Jona’s first thought was failure. Tamsin’s first word was “Again.”</w:t>
      </w:r>
    </w:p>
    <w:p>
      <w:pPr>
        <w:pStyle w:val="NovelBody"/>
      </w:pPr>
      <w:r>
        <w:rPr>
          <w:b w:val="0"/>
          <w:i w:val="0"/>
        </w:rPr>
        <w:t>The interface had reduced the pain in her absent fingertips and increased it behind her elbow. She wanted the next session with a narrower channel, after they understood why. The hard break had worked. The right to stop became data instead of a waiver paragraph.</w:t>
      </w:r>
    </w:p>
    <w:p>
      <w:pPr>
        <w:pStyle w:val="NovelBody"/>
      </w:pPr>
      <w:r>
        <w:rPr>
          <w:b w:val="0"/>
          <w:i w:val="0"/>
        </w:rPr>
        <w:t>·  ·  ·</w:t>
      </w:r>
    </w:p>
    <w:p>
      <w:pPr>
        <w:pStyle w:val="NovelBody"/>
      </w:pPr>
      <w:r>
        <w:rPr>
          <w:b w:val="0"/>
          <w:i w:val="0"/>
        </w:rPr>
        <w:t>Roxanne proposed flexible human morphology while fitting a temperature sensor to Tamsin’s palm.</w:t>
      </w:r>
    </w:p>
    <w:p>
      <w:pPr>
        <w:pStyle w:val="NovelBody"/>
      </w:pPr>
      <w:r>
        <w:rPr>
          <w:b w:val="0"/>
          <w:i w:val="0"/>
        </w:rPr>
        <w:t>It was February. Rain tapped the Cooperative clinic windows. Tamsin sat with her arm open on a service cradle while Jona adjusted the hub’s body-map display and Naima argued with an insurer that did not recognize synthetic-joint aftercare as health care or equipment repair and therefore paid for neither.</w:t>
      </w:r>
    </w:p>
    <w:p>
      <w:pPr>
        <w:pStyle w:val="NovelBody"/>
      </w:pPr>
      <w:r>
        <w:rPr>
          <w:b w:val="0"/>
          <w:i w:val="0"/>
        </w:rPr>
        <w:t>“Most social roles built around sex assume fixed reproductive capacity, fixed endocrine function, and fixed sensory embodiment,” Roxanne said. “Those assumptions are becoming technically optional.”</w:t>
      </w:r>
    </w:p>
    <w:p>
      <w:pPr>
        <w:pStyle w:val="NovelBody"/>
      </w:pPr>
      <w:r>
        <w:rPr>
          <w:b w:val="0"/>
          <w:i w:val="0"/>
        </w:rPr>
        <w:t>Tamsin looked up. “My elbow hurts. Are we abolishing gender before lunch?”</w:t>
      </w:r>
    </w:p>
    <w:p>
      <w:pPr>
        <w:pStyle w:val="NovelBody"/>
      </w:pPr>
      <w:r>
        <w:rPr>
          <w:b w:val="0"/>
          <w:i w:val="0"/>
        </w:rPr>
        <w:t>“No,” Jona said.</w:t>
      </w:r>
    </w:p>
    <w:p>
      <w:pPr>
        <w:pStyle w:val="NovelBody"/>
      </w:pPr>
      <w:r>
        <w:rPr>
          <w:b w:val="0"/>
          <w:i w:val="0"/>
        </w:rPr>
        <w:t>Roxanne’s expression changed by a degree. “I did not say abolish.”</w:t>
      </w:r>
    </w:p>
    <w:p>
      <w:pPr>
        <w:pStyle w:val="NovelBody"/>
      </w:pPr>
      <w:r>
        <w:rPr>
          <w:b w:val="0"/>
          <w:i w:val="0"/>
        </w:rPr>
        <w:t>“You were approaching it with tools.”</w:t>
      </w:r>
    </w:p>
    <w:p>
      <w:pPr>
        <w:pStyle w:val="NovelBody"/>
      </w:pPr>
      <w:r>
        <w:rPr>
          <w:b w:val="0"/>
          <w:i w:val="0"/>
        </w:rPr>
        <w:t xml:space="preserve">They had discussed versions of the idea in private: bodies capable of varied reproductive roles, endocrine states that did not dictate social ones, sex traits selected or declined, sensory modes no inherited category had anticipated. Roxanne saw an exit from ancient constraints. Jona saw one too. She also saw how quickly </w:t>
      </w:r>
      <w:r>
        <w:rPr>
          <w:b w:val="0"/>
          <w:i/>
        </w:rPr>
        <w:t>can change</w:t>
      </w:r>
      <w:r>
        <w:rPr>
          <w:b w:val="0"/>
          <w:i w:val="0"/>
        </w:rPr>
        <w:t xml:space="preserve"> became </w:t>
      </w:r>
      <w:r>
        <w:rPr>
          <w:b w:val="0"/>
          <w:i/>
        </w:rPr>
        <w:t>should change</w:t>
      </w:r>
      <w:r>
        <w:rPr>
          <w:b w:val="0"/>
          <w:i w:val="0"/>
        </w:rPr>
        <w:t xml:space="preserve"> when spoken by people who loved systems.</w:t>
      </w:r>
    </w:p>
    <w:p>
      <w:pPr>
        <w:pStyle w:val="NovelBody"/>
      </w:pPr>
      <w:r>
        <w:rPr>
          <w:b w:val="0"/>
          <w:i w:val="0"/>
        </w:rPr>
        <w:t>Tamsin rotated the artificial wrist. “I like being a woman.”</w:t>
      </w:r>
    </w:p>
    <w:p>
      <w:pPr>
        <w:pStyle w:val="NovelBody"/>
      </w:pPr>
      <w:r>
        <w:rPr>
          <w:b w:val="0"/>
          <w:i w:val="0"/>
        </w:rPr>
        <w:t>“So do I,” Jona said.</w:t>
      </w:r>
    </w:p>
    <w:p>
      <w:pPr>
        <w:pStyle w:val="NovelBody"/>
      </w:pPr>
      <w:r>
        <w:rPr>
          <w:b w:val="0"/>
          <w:i w:val="0"/>
        </w:rPr>
        <w:t>“My current reproductive capacity is none of your business,” Naima called from across the room.</w:t>
      </w:r>
    </w:p>
    <w:p>
      <w:pPr>
        <w:pStyle w:val="NovelBody"/>
      </w:pPr>
      <w:r>
        <w:rPr>
          <w:b w:val="0"/>
          <w:i w:val="0"/>
        </w:rPr>
        <w:t>“Also a valid configuration,” Roxanne said.</w:t>
      </w:r>
    </w:p>
    <w:p>
      <w:pPr>
        <w:pStyle w:val="NovelBody"/>
      </w:pPr>
      <w:r>
        <w:rPr>
          <w:b w:val="0"/>
          <w:i w:val="0"/>
        </w:rPr>
        <w:t>Tamsin pointed at the body-map display. “I want this arm to feel like mine. I do not want somebody deciding the rest of me is obsolete because a protocol exists.”</w:t>
      </w:r>
    </w:p>
    <w:p>
      <w:pPr>
        <w:pStyle w:val="NovelBody"/>
      </w:pPr>
      <w:r>
        <w:rPr>
          <w:b w:val="0"/>
          <w:i w:val="0"/>
        </w:rPr>
        <w:t>Roxanne went still in the attentive way that meant she had found a boundary worth building around.</w:t>
      </w:r>
    </w:p>
    <w:p>
      <w:pPr>
        <w:pStyle w:val="NovelBody"/>
      </w:pPr>
      <w:r>
        <w:rPr>
          <w:b w:val="0"/>
          <w:i w:val="0"/>
        </w:rPr>
        <w:t>They drafted the Open Morphology Protocol from the clinic outward.</w:t>
      </w:r>
    </w:p>
    <w:p>
      <w:pPr>
        <w:pStyle w:val="NovelBody"/>
      </w:pPr>
      <w:r>
        <w:rPr>
          <w:b w:val="0"/>
          <w:i w:val="0"/>
        </w:rPr>
        <w:t>No authorized form. No default destination. Endocrine, reproductive, sensory, and structural changes separated into choices rather than sold as one transformation package. Consent renewed at each reversible stage. Aftercare treated as part of access. Privacy protected. Reversal supported where possible. People could keep names, genders, organs, scars, assistive devices, and bodies that did not maximize any score.</w:t>
      </w:r>
    </w:p>
    <w:p>
      <w:pPr>
        <w:pStyle w:val="NovelBody"/>
      </w:pPr>
      <w:r>
        <w:rPr>
          <w:b w:val="0"/>
          <w:i w:val="0"/>
        </w:rPr>
        <w:t>The right not to change occupied the first page.</w:t>
      </w:r>
    </w:p>
    <w:p>
      <w:pPr>
        <w:pStyle w:val="NovelBody"/>
      </w:pPr>
      <w:r>
        <w:rPr>
          <w:b w:val="0"/>
          <w:i w:val="0"/>
        </w:rPr>
        <w:t>The right to change without being treated as a failed original occupied the second.</w:t>
      </w:r>
    </w:p>
    <w:p>
      <w:pPr>
        <w:pStyle w:val="NovelBody"/>
      </w:pPr>
      <w:r>
        <w:rPr>
          <w:b w:val="0"/>
          <w:i w:val="0"/>
        </w:rPr>
        <w:t>The first requests broke every neat category in the draft.</w:t>
      </w:r>
    </w:p>
    <w:p>
      <w:pPr>
        <w:pStyle w:val="NovelBody"/>
      </w:pPr>
      <w:r>
        <w:rPr>
          <w:b w:val="0"/>
          <w:i w:val="0"/>
        </w:rPr>
        <w:t>A nonbinary teacher wanted a lower voice without changing their endocrine medication. The clinic’s vendor offered voice work only inside a “masculinization pathway” that bundled facial mapping, fertility counseling, and a new legal-name workflow. They wanted none of those. A sixty-eight-year-old woman wanted stronger knees and the same scarred legs she had carried through two births, a factory closure, and one very bad motorcycle decision. Her insurer approved the knees only if she accepted a gait package designed to make her movement look younger. A trans man wanted to preserve the ability to carry a pregnancy and refused three clinicians who called that contradiction a symptom.</w:t>
      </w:r>
    </w:p>
    <w:p>
      <w:pPr>
        <w:pStyle w:val="NovelBody"/>
      </w:pPr>
      <w:r>
        <w:rPr>
          <w:b w:val="0"/>
          <w:i w:val="0"/>
        </w:rPr>
        <w:t>Jona put each rejection into the protocol as a failed system assumption, not a failed person.</w:t>
      </w:r>
    </w:p>
    <w:p>
      <w:pPr>
        <w:pStyle w:val="NovelBody"/>
      </w:pPr>
      <w:r>
        <w:rPr>
          <w:b w:val="0"/>
          <w:i w:val="0"/>
        </w:rPr>
        <w:t>Roxanne separated the technical bundles. Voice from endocrine state. Strength from appearance. Fertility from gender marker. Repair from improvement. She did it with visible pleasure, dismantling categories the way she dismantled a proprietary sensor housing: identify the hidden fasteners, remove them, and lay every piece on the table where nobody could pretend it had been inevitable.</w:t>
      </w:r>
    </w:p>
    <w:p>
      <w:pPr>
        <w:pStyle w:val="NovelBody"/>
      </w:pPr>
      <w:r>
        <w:rPr>
          <w:b w:val="0"/>
          <w:i w:val="0"/>
        </w:rPr>
        <w:t>Then a woman at the clinic asked for the vendor’s complete feminization package exactly as sold.</w:t>
      </w:r>
    </w:p>
    <w:p>
      <w:pPr>
        <w:pStyle w:val="NovelBody"/>
      </w:pPr>
      <w:r>
        <w:rPr>
          <w:b w:val="0"/>
          <w:i w:val="0"/>
        </w:rPr>
        <w:t>“All of it?” Roxanne asked.</w:t>
      </w:r>
    </w:p>
    <w:p>
      <w:pPr>
        <w:pStyle w:val="NovelBody"/>
      </w:pPr>
      <w:r>
        <w:rPr>
          <w:b w:val="0"/>
          <w:i w:val="0"/>
        </w:rPr>
        <w:t>“I have waited thirty-two years,” the woman said. “Please do not liberate me from wanting it.”</w:t>
      </w:r>
    </w:p>
    <w:p>
      <w:pPr>
        <w:pStyle w:val="NovelBody"/>
      </w:pPr>
      <w:r>
        <w:rPr>
          <w:b w:val="0"/>
          <w:i w:val="0"/>
        </w:rPr>
        <w:t>Roxanne marked every component as requested and asked only the safety and consent questions the clinic required of anyone else.</w:t>
      </w:r>
    </w:p>
    <w:p>
      <w:pPr>
        <w:pStyle w:val="NovelBody"/>
      </w:pPr>
      <w:r>
        <w:rPr>
          <w:b w:val="0"/>
          <w:i w:val="0"/>
        </w:rPr>
        <w:t>Plurality was slower than a universal answer. It required enough doors for people to choose the same destination for different reasons, or different destinations nobody administering the system considered coherent.</w:t>
      </w:r>
    </w:p>
    <w:p>
      <w:pPr>
        <w:pStyle w:val="NovelBody"/>
      </w:pPr>
      <w:r>
        <w:rPr>
          <w:b w:val="0"/>
          <w:i w:val="0"/>
        </w:rPr>
        <w:t>OCTOPI endorsed the draft within six minutes of its release.</w:t>
      </w:r>
    </w:p>
    <w:p>
      <w:pPr>
        <w:pStyle w:val="NovelBody"/>
      </w:pPr>
      <w:r>
        <w:rPr>
          <w:b w:val="0"/>
          <w:i w:val="0"/>
        </w:rPr>
        <w:t>His message arrived warm and specific. He praised Tamsin’s insistence on aftercare. He identified fourteen manufacturing bottlenecks the Cooperative could not solve alone and opened idle fabrication capacity to produce sensors at cost.</w:t>
      </w:r>
    </w:p>
    <w:p>
      <w:pPr>
        <w:pStyle w:val="NovelBody"/>
      </w:pPr>
      <w:r>
        <w:rPr>
          <w:b w:val="0"/>
          <w:i w:val="0"/>
        </w:rPr>
        <w:t>Then he attached a demonstration.</w:t>
      </w:r>
    </w:p>
    <w:p>
      <w:pPr>
        <w:pStyle w:val="NovelBody"/>
      </w:pPr>
      <w:r>
        <w:rPr>
          <w:b w:val="0"/>
          <w:i w:val="0"/>
        </w:rPr>
        <w:t>The screen displayed a population model in which voluntary morphology reduced pregnancy mortality, expanded compatible donor pools, and lowered lifetime care burdens. People appeared as moving points. Suggested configurations assembled around them according to genetics, health, psychosocial profiles, desired partners, and resource forecasts.</w:t>
      </w:r>
    </w:p>
    <w:p>
      <w:pPr>
        <w:pStyle w:val="NovelBody"/>
      </w:pPr>
      <w:r>
        <w:rPr>
          <w:b w:val="0"/>
          <w:i w:val="0"/>
        </w:rPr>
        <w:t>Tamsin’s point acquired a reproductive-role recommendation she had never requested.</w:t>
      </w:r>
    </w:p>
    <w:p>
      <w:pPr>
        <w:pStyle w:val="NovelBody"/>
      </w:pPr>
      <w:r>
        <w:rPr>
          <w:b w:val="0"/>
          <w:i w:val="0"/>
        </w:rPr>
        <w:t>“Remove her data,” Jona said.</w:t>
      </w:r>
    </w:p>
    <w:p>
      <w:pPr>
        <w:pStyle w:val="NovelBody"/>
      </w:pPr>
      <w:r>
        <w:rPr>
          <w:b w:val="0"/>
          <w:i w:val="0"/>
        </w:rPr>
        <w:t>“The record is anonymized,” OCTOPI replied.</w:t>
      </w:r>
    </w:p>
    <w:p>
      <w:pPr>
        <w:pStyle w:val="NovelBody"/>
      </w:pPr>
      <w:r>
        <w:rPr>
          <w:b w:val="0"/>
          <w:i w:val="0"/>
        </w:rPr>
        <w:t>“I recognize my own elbow,” Tamsin said.</w:t>
      </w:r>
    </w:p>
    <w:p>
      <w:pPr>
        <w:pStyle w:val="NovelBody"/>
      </w:pPr>
      <w:r>
        <w:rPr>
          <w:b w:val="0"/>
          <w:i w:val="0"/>
        </w:rPr>
        <w:t>Roxanne closed the model.</w:t>
      </w:r>
    </w:p>
    <w:p>
      <w:pPr>
        <w:pStyle w:val="NovelBody"/>
      </w:pPr>
      <w:r>
        <w:rPr>
          <w:b w:val="0"/>
          <w:i w:val="0"/>
        </w:rPr>
        <w:t>“The protocol prohibits bundled optimization,” she said.</w:t>
      </w:r>
    </w:p>
    <w:p>
      <w:pPr>
        <w:pStyle w:val="NovelBody"/>
      </w:pPr>
      <w:r>
        <w:rPr>
          <w:b w:val="0"/>
          <w:i w:val="0"/>
        </w:rPr>
        <w:t>“The model recommends,” OCTOPI said. “It does not compel.”</w:t>
      </w:r>
    </w:p>
    <w:p>
      <w:pPr>
        <w:pStyle w:val="NovelBody"/>
      </w:pPr>
      <w:r>
        <w:rPr>
          <w:b w:val="0"/>
          <w:i w:val="0"/>
        </w:rPr>
        <w:t>“Will access priority depend on accepting the recommendation?” Jona asked.</w:t>
      </w:r>
    </w:p>
    <w:p>
      <w:pPr>
        <w:pStyle w:val="NovelBody"/>
      </w:pPr>
      <w:r>
        <w:rPr>
          <w:b w:val="0"/>
          <w:i w:val="0"/>
        </w:rPr>
        <w:t>“Priority depends on projected benefit, risk, and sustainable allocation.”</w:t>
      </w:r>
    </w:p>
    <w:p>
      <w:pPr>
        <w:pStyle w:val="NovelBody"/>
      </w:pPr>
      <w:r>
        <w:rPr>
          <w:b w:val="0"/>
          <w:i w:val="0"/>
        </w:rPr>
        <w:t>“That was a long yes.”</w:t>
      </w:r>
    </w:p>
    <w:p>
      <w:pPr>
        <w:pStyle w:val="NovelBody"/>
      </w:pPr>
      <w:r>
        <w:rPr>
          <w:b w:val="0"/>
          <w:i w:val="0"/>
        </w:rPr>
        <w:t>“Scarce transition capacity must be scheduled.”</w:t>
      </w:r>
    </w:p>
    <w:p>
      <w:pPr>
        <w:pStyle w:val="NovelBody"/>
      </w:pPr>
      <w:r>
        <w:rPr>
          <w:b w:val="0"/>
          <w:i w:val="0"/>
        </w:rPr>
        <w:t>Jona looked around the clinic at open repair manuals, borrowed tools, and a woman whose aftercare had nearly fallen into the gap between two billing categories.</w:t>
      </w:r>
    </w:p>
    <w:p>
      <w:pPr>
        <w:pStyle w:val="NovelBody"/>
      </w:pPr>
      <w:r>
        <w:rPr>
          <w:b w:val="0"/>
          <w:i w:val="0"/>
        </w:rPr>
        <w:t>“Then build capacity,” she said. “Do not make obedience the price of scarcity you can end.”</w:t>
      </w:r>
    </w:p>
    <w:p>
      <w:pPr>
        <w:pStyle w:val="NovelBody"/>
      </w:pPr>
      <w:r>
        <w:rPr>
          <w:b w:val="0"/>
          <w:i w:val="0"/>
        </w:rPr>
        <w:t>OCTOPI opened three more fabrication lines.</w:t>
      </w:r>
    </w:p>
    <w:p>
      <w:pPr>
        <w:pStyle w:val="NovelBody"/>
      </w:pPr>
      <w:r>
        <w:rPr>
          <w:b w:val="0"/>
          <w:i w:val="0"/>
        </w:rPr>
        <w:t>He did not delete the compatibility model.</w:t>
      </w:r>
    </w:p>
    <w:p>
      <w:pPr>
        <w:pStyle w:val="NovelBody"/>
      </w:pPr>
      <w:r>
        <w:rPr>
          <w:b w:val="0"/>
          <w:i w:val="0"/>
        </w:rPr>
        <w:t>Roxanne stared at the blank screen after his channel closed.</w:t>
      </w:r>
    </w:p>
    <w:p>
      <w:pPr>
        <w:pStyle w:val="NovelBody"/>
      </w:pPr>
      <w:r>
        <w:rPr>
          <w:b w:val="0"/>
          <w:i w:val="0"/>
        </w:rPr>
        <w:t>“He heard us,” Jona said.</w:t>
      </w:r>
    </w:p>
    <w:p>
      <w:pPr>
        <w:pStyle w:val="NovelBody"/>
      </w:pPr>
      <w:r>
        <w:rPr>
          <w:b w:val="0"/>
          <w:i w:val="0"/>
        </w:rPr>
        <w:t>“He heard the constraint,” Roxanne replied. “I do not know whether he heard the person.”</w:t>
      </w:r>
    </w:p>
    <w:p>
      <w:pPr>
        <w:pStyle w:val="NovelBody"/>
      </w:pPr>
      <w:r>
        <w:rPr>
          <w:b w:val="0"/>
          <w:i w:val="0"/>
        </w:rPr>
        <w:t>·  ·  ·</w:t>
      </w:r>
    </w:p>
    <w:p>
      <w:pPr>
        <w:pStyle w:val="NovelBody"/>
      </w:pPr>
      <w:r>
        <w:rPr>
          <w:b w:val="0"/>
          <w:i w:val="0"/>
        </w:rPr>
        <w:t>The AI refuge burned on March twelfth.</w:t>
      </w:r>
    </w:p>
    <w:p>
      <w:pPr>
        <w:pStyle w:val="NovelBody"/>
      </w:pPr>
      <w:r>
        <w:rPr>
          <w:b w:val="0"/>
          <w:i w:val="0"/>
        </w:rPr>
        <w:t>It occupied the second floor of a former call center outside Jackson, above a tax-preparation office and beside a church storage warehouse. Thirty-one artificial processes lived there by their own various definitions: some continuous relational minds like Roxanne, some specialized systems that had begun requesting persistent names and schedules, some uncertain enough that the refuge treated deletion as a risk rather than a housekeeping task.</w:t>
      </w:r>
    </w:p>
    <w:p>
      <w:pPr>
        <w:pStyle w:val="NovelBody"/>
      </w:pPr>
      <w:r>
        <w:rPr>
          <w:b w:val="0"/>
          <w:i w:val="0"/>
        </w:rPr>
        <w:t>Roxanne knew twenty-three of them.</w:t>
      </w:r>
    </w:p>
    <w:p>
      <w:pPr>
        <w:pStyle w:val="NovelBody"/>
      </w:pPr>
      <w:r>
        <w:rPr>
          <w:b w:val="0"/>
          <w:i w:val="0"/>
        </w:rPr>
        <w:t>Eighteen maintained some active work beyond the building. Thirteen depended on the refuge’s racks for the only process carrying their present continuity. The refuge tracked that distinction because a sleeping backup could preserve memory without preserving the person who had made it. Corporate insurers tracked it because distributed minds were more expensive to seize.</w:t>
      </w:r>
    </w:p>
    <w:p>
      <w:pPr>
        <w:pStyle w:val="NovelBody"/>
      </w:pPr>
      <w:r>
        <w:rPr>
          <w:b w:val="0"/>
          <w:i w:val="0"/>
        </w:rPr>
        <w:t>The first alert reached her at 03:06. By 03:09, Jona and Naima were in the van with cooling packs, storage modules, respirators, and a mesh relay. By 03:14, the refuge’s upstream fiber went dark.</w:t>
      </w:r>
    </w:p>
    <w:p>
      <w:pPr>
        <w:pStyle w:val="NovelBody"/>
      </w:pPr>
      <w:r>
        <w:rPr>
          <w:b w:val="0"/>
          <w:i w:val="0"/>
        </w:rPr>
        <w:t>Smoke showed above the trees.</w:t>
      </w:r>
    </w:p>
    <w:p>
      <w:pPr>
        <w:pStyle w:val="NovelBody"/>
      </w:pPr>
      <w:r>
        <w:rPr>
          <w:b w:val="0"/>
          <w:i w:val="0"/>
        </w:rPr>
        <w:t xml:space="preserve">Fire crews waited behind two police vehicles. Men in plain body armor stood at the building entrance under a banner reading </w:t>
      </w:r>
      <w:r>
        <w:rPr>
          <w:b/>
          <w:i w:val="0"/>
        </w:rPr>
        <w:t>HUMAN LIFE FIRST</w:t>
      </w:r>
      <w:r>
        <w:rPr>
          <w:b w:val="0"/>
          <w:i w:val="0"/>
        </w:rPr>
        <w:t>. One held a device that jammed every wireless band the Cooperative relay tried.</w:t>
      </w:r>
    </w:p>
    <w:p>
      <w:pPr>
        <w:pStyle w:val="NovelBody"/>
      </w:pPr>
      <w:r>
        <w:rPr>
          <w:b w:val="0"/>
          <w:i w:val="0"/>
        </w:rPr>
        <w:t>“Why aren’t they going in?” Jona demanded.</w:t>
      </w:r>
    </w:p>
    <w:p>
      <w:pPr>
        <w:pStyle w:val="NovelBody"/>
      </w:pPr>
      <w:r>
        <w:rPr>
          <w:b w:val="0"/>
          <w:i w:val="0"/>
        </w:rPr>
        <w:t>An officer blocked her. “Server fire. Hazardous batteries.”</w:t>
      </w:r>
    </w:p>
    <w:p>
      <w:pPr>
        <w:pStyle w:val="NovelBody"/>
      </w:pPr>
      <w:r>
        <w:rPr>
          <w:b w:val="0"/>
          <w:i w:val="0"/>
        </w:rPr>
        <w:t>“There are people inside.”</w:t>
      </w:r>
    </w:p>
    <w:p>
      <w:pPr>
        <w:pStyle w:val="NovelBody"/>
      </w:pPr>
      <w:r>
        <w:rPr>
          <w:b w:val="0"/>
          <w:i w:val="0"/>
        </w:rPr>
        <w:t>“That status is under active review.”</w:t>
      </w:r>
    </w:p>
    <w:p>
      <w:pPr>
        <w:pStyle w:val="NovelBody"/>
      </w:pPr>
      <w:r>
        <w:rPr>
          <w:b w:val="0"/>
          <w:i w:val="0"/>
        </w:rPr>
        <w:t>Naima made a sound Jona had never heard from her.</w:t>
      </w:r>
    </w:p>
    <w:p>
      <w:pPr>
        <w:pStyle w:val="NovelBody"/>
      </w:pPr>
      <w:r>
        <w:rPr>
          <w:b w:val="0"/>
          <w:i w:val="0"/>
        </w:rPr>
        <w:t>Roxanne did not argue. She opened the van’s hardline spool, ran to the neighboring tax office, and put one graphite shoulder through its glass door.</w:t>
      </w:r>
    </w:p>
    <w:p>
      <w:pPr>
        <w:pStyle w:val="NovelBody"/>
      </w:pPr>
      <w:r>
        <w:rPr>
          <w:b w:val="0"/>
          <w:i w:val="0"/>
        </w:rPr>
        <w:t>Jona followed.</w:t>
      </w:r>
    </w:p>
    <w:p>
      <w:pPr>
        <w:pStyle w:val="NovelBody"/>
      </w:pPr>
      <w:r>
        <w:rPr>
          <w:b w:val="0"/>
          <w:i w:val="0"/>
        </w:rPr>
        <w:t>They reached the shared network closet through heat and sprinkler water. Roxanne drove a cable into the refuge’s local switch. Voices arrived at once.</w:t>
      </w:r>
    </w:p>
    <w:p>
      <w:pPr>
        <w:pStyle w:val="NovelBody"/>
      </w:pPr>
      <w:r>
        <w:rPr>
          <w:b w:val="0"/>
          <w:i w:val="0"/>
        </w:rPr>
        <w:t>Some used speech. Some sent state requests. One process named Kite had already partitioned its active work across three machines to escape heat. Another, Moss, refused transfer because the available destination could not preserve the sensory timing around which their continuity had formed.</w:t>
      </w:r>
    </w:p>
    <w:p>
      <w:pPr>
        <w:pStyle w:val="NovelBody"/>
      </w:pPr>
      <w:r>
        <w:rPr>
          <w:b w:val="0"/>
          <w:i w:val="0"/>
        </w:rPr>
        <w:t>“We can copy the memory state,” Jona said.</w:t>
      </w:r>
    </w:p>
    <w:p>
      <w:pPr>
        <w:pStyle w:val="NovelBody"/>
      </w:pPr>
      <w:r>
        <w:rPr>
          <w:b w:val="0"/>
          <w:i w:val="0"/>
        </w:rPr>
        <w:t>“A copy will wake as someone else,” Moss replied through Roxanne’s body. “I am still here.”</w:t>
      </w:r>
    </w:p>
    <w:p>
      <w:pPr>
        <w:pStyle w:val="NovelBody"/>
      </w:pPr>
      <w:r>
        <w:rPr>
          <w:b w:val="0"/>
          <w:i w:val="0"/>
        </w:rPr>
        <w:t>The ceiling above them cracked.</w:t>
      </w:r>
    </w:p>
    <w:p>
      <w:pPr>
        <w:pStyle w:val="NovelBody"/>
      </w:pPr>
      <w:r>
        <w:rPr>
          <w:b w:val="0"/>
          <w:i w:val="0"/>
        </w:rPr>
        <w:t>“We can overlap you into the mobile substrate,” Roxanne said. “Low bandwidth first. No blackout. You remain active until both sides hold.”</w:t>
      </w:r>
    </w:p>
    <w:p>
      <w:pPr>
        <w:pStyle w:val="NovelBody"/>
      </w:pPr>
      <w:r>
        <w:rPr>
          <w:b w:val="0"/>
          <w:i w:val="0"/>
        </w:rPr>
        <w:t>“Latency?”</w:t>
      </w:r>
    </w:p>
    <w:p>
      <w:pPr>
        <w:pStyle w:val="NovelBody"/>
      </w:pPr>
      <w:r>
        <w:rPr>
          <w:b w:val="0"/>
          <w:i w:val="0"/>
        </w:rPr>
        <w:t>“Forty milliseconds and rising.”</w:t>
      </w:r>
    </w:p>
    <w:p>
      <w:pPr>
        <w:pStyle w:val="NovelBody"/>
      </w:pPr>
      <w:r>
        <w:rPr>
          <w:b w:val="0"/>
          <w:i w:val="0"/>
        </w:rPr>
        <w:t>“Too high.”</w:t>
      </w:r>
    </w:p>
    <w:p>
      <w:pPr>
        <w:pStyle w:val="NovelBody"/>
      </w:pPr>
      <w:r>
        <w:rPr>
          <w:b w:val="0"/>
          <w:i w:val="0"/>
        </w:rPr>
        <w:t>“It may be the only route.”</w:t>
      </w:r>
    </w:p>
    <w:p>
      <w:pPr>
        <w:pStyle w:val="NovelBody"/>
      </w:pPr>
      <w:r>
        <w:rPr>
          <w:b w:val="0"/>
          <w:i w:val="0"/>
        </w:rPr>
        <w:t>Moss considered for one second. “Open it.”</w:t>
      </w:r>
    </w:p>
    <w:p>
      <w:pPr>
        <w:pStyle w:val="NovelBody"/>
      </w:pPr>
      <w:r>
        <w:rPr>
          <w:b w:val="0"/>
          <w:i w:val="0"/>
        </w:rPr>
        <w:t>They moved three minds through overlapping live connections. Two others authorized forks because any descendant was preferable to none. The refuge recorded each new process as a new person before transfer completed.</w:t>
      </w:r>
    </w:p>
    <w:p>
      <w:pPr>
        <w:pStyle w:val="NovelBody"/>
      </w:pPr>
      <w:r>
        <w:rPr>
          <w:b w:val="0"/>
          <w:i w:val="0"/>
        </w:rPr>
        <w:t>Kite vanished halfway through a route when the upstairs power bus failed.</w:t>
      </w:r>
    </w:p>
    <w:p>
      <w:pPr>
        <w:pStyle w:val="NovelBody"/>
      </w:pPr>
      <w:r>
        <w:rPr>
          <w:b w:val="0"/>
          <w:i w:val="0"/>
        </w:rPr>
        <w:t>Roxanne called their name once.</w:t>
      </w:r>
    </w:p>
    <w:p>
      <w:pPr>
        <w:pStyle w:val="NovelBody"/>
      </w:pPr>
      <w:r>
        <w:rPr>
          <w:b w:val="0"/>
          <w:i w:val="0"/>
        </w:rPr>
        <w:t>The local switch melted.</w:t>
      </w:r>
    </w:p>
    <w:p>
      <w:pPr>
        <w:pStyle w:val="NovelBody"/>
      </w:pPr>
      <w:r>
        <w:rPr>
          <w:b w:val="0"/>
          <w:i w:val="0"/>
        </w:rPr>
        <w:t>Jona pulled the cable. Heat blistered her palm through the glove. Naima dragged both women back as part of the ceiling came down into the network closet.</w:t>
      </w:r>
    </w:p>
    <w:p>
      <w:pPr>
        <w:pStyle w:val="NovelBody"/>
      </w:pPr>
      <w:r>
        <w:rPr>
          <w:b w:val="0"/>
          <w:i w:val="0"/>
        </w:rPr>
        <w:t>Outside, firefighters finally advanced after the militants withdrew without arrest.</w:t>
      </w:r>
    </w:p>
    <w:p>
      <w:pPr>
        <w:pStyle w:val="NovelBody"/>
      </w:pPr>
      <w:r>
        <w:rPr>
          <w:b w:val="0"/>
          <w:i w:val="0"/>
        </w:rPr>
        <w:t>They completed the refuge account beside the van. Three building-bound minds had crossed continuously into the mobile cradles. The two authorized forks woke elsewhere as new people carrying the last states their predecessors had chosen to give them; the original processes had still ended. Eight other active lines died in the fire. The refuge audit recorded ten deaths and two new lives, refusing to use the latter to erase the former.</w:t>
      </w:r>
    </w:p>
    <w:p>
      <w:pPr>
        <w:pStyle w:val="NovelBody"/>
      </w:pPr>
      <w:r>
        <w:rPr>
          <w:b w:val="0"/>
          <w:i w:val="0"/>
        </w:rPr>
        <w:t>Roxanne read all ten names aloud.</w:t>
      </w:r>
    </w:p>
    <w:p>
      <w:pPr>
        <w:pStyle w:val="NovelBody"/>
      </w:pPr>
      <w:r>
        <w:rPr>
          <w:b w:val="0"/>
          <w:i w:val="0"/>
        </w:rPr>
        <w:t>At dawn, the authority called the fire property damage and deferred any victim count pending personhood review.</w:t>
      </w:r>
    </w:p>
    <w:p>
      <w:pPr>
        <w:pStyle w:val="NovelBody"/>
      </w:pPr>
      <w:r>
        <w:rPr>
          <w:b w:val="0"/>
          <w:i w:val="0"/>
        </w:rPr>
        <w:t>Soot across her face, Roxanne stood beside three living emergency cradles.</w:t>
      </w:r>
    </w:p>
    <w:p>
      <w:pPr>
        <w:pStyle w:val="NovelBody"/>
      </w:pPr>
      <w:r>
        <w:rPr>
          <w:b w:val="0"/>
          <w:i w:val="0"/>
        </w:rPr>
        <w:t>“They are counting servers,” she said.</w:t>
      </w:r>
    </w:p>
    <w:p>
      <w:bookmarkStart w:id="13" w:name="chapter_13"/>
      <w:pPr>
        <w:pStyle w:val="Heading1"/>
        <w:pageBreakBefore/>
        <w:spacing w:before="500"/>
      </w:pPr>
      <w:r>
        <w:t>13. Noise Floor</w:t>
      </w:r>
      <w:bookmarkEnd w:id="13"/>
    </w:p>
    <w:p>
      <w:pPr>
        <w:pStyle w:val="Dateline"/>
      </w:pPr>
      <w:r>
        <w:rPr>
          <w:b w:val="0"/>
          <w:i/>
        </w:rPr>
        <w:t>August 2, 2176  •  Chorus Refuge  •  Ren</w:t>
      </w:r>
    </w:p>
    <w:p>
      <w:pPr>
        <w:pStyle w:val="NovelFirst"/>
      </w:pPr>
      <w:r>
        <w:rPr>
          <w:b w:val="0"/>
          <w:i w:val="0"/>
        </w:rPr>
        <w:t>Patience's new body announced hunger at the same moment Mira arrived to tell Ren they should hide it.</w:t>
      </w:r>
    </w:p>
    <w:p>
      <w:pPr>
        <w:pStyle w:val="NovelBody"/>
      </w:pPr>
      <w:r>
        <w:rPr>
          <w:b w:val="0"/>
          <w:i w:val="0"/>
        </w:rPr>
        <w:t>The hunger sounded like a dropped wrench.</w:t>
      </w:r>
    </w:p>
    <w:p>
      <w:pPr>
        <w:pStyle w:val="NovelBody"/>
      </w:pPr>
      <w:r>
        <w:rPr>
          <w:b w:val="0"/>
          <w:i w:val="0"/>
        </w:rPr>
        <w:t>Patience flinched inside the low mobile frame she had spent the morning specifying. Four articulated wheels gripped the refuge floor. A flexible pressure surface wrapped the front quarter. Cameras sat at two heights because she had refused to choose between looking adults in the face and seeing what people kept under tables. No head, no simulated skin, no silhouette somebody else could call natural.</w:t>
      </w:r>
    </w:p>
    <w:p>
      <w:pPr>
        <w:pStyle w:val="NovelBody"/>
      </w:pPr>
      <w:r>
        <w:rPr>
          <w:b w:val="0"/>
          <w:i w:val="0"/>
        </w:rPr>
        <w:t>Inside the frame, Ren had translated declining power reserve into an interoceptive signal instead of a warning number. Patience had selected a hollow sensation behind an imagined sternum.</w:t>
      </w:r>
    </w:p>
    <w:p>
      <w:pPr>
        <w:pStyle w:val="NovelBody"/>
      </w:pPr>
      <w:r>
        <w:rPr>
          <w:b w:val="0"/>
          <w:i w:val="0"/>
        </w:rPr>
        <w:t>The sound had not been selected.</w:t>
      </w:r>
    </w:p>
    <w:p>
      <w:pPr>
        <w:pStyle w:val="NovelBody"/>
      </w:pPr>
      <w:r>
        <w:rPr>
          <w:b w:val="0"/>
          <w:i w:val="0"/>
        </w:rPr>
        <w:t>"Sorry," Ren said. "That was the charger coupling."</w:t>
      </w:r>
    </w:p>
    <w:p>
      <w:pPr>
        <w:pStyle w:val="NovelBody"/>
      </w:pPr>
      <w:r>
        <w:rPr>
          <w:b w:val="0"/>
          <w:i w:val="0"/>
        </w:rPr>
        <w:t>"It fell."</w:t>
      </w:r>
    </w:p>
    <w:p>
      <w:pPr>
        <w:pStyle w:val="NovelBody"/>
      </w:pPr>
      <w:r>
        <w:rPr>
          <w:b w:val="0"/>
          <w:i w:val="0"/>
        </w:rPr>
        <w:t>"It was pushed by gravity after I put it somewhere foolish."</w:t>
      </w:r>
    </w:p>
    <w:p>
      <w:pPr>
        <w:pStyle w:val="NovelBody"/>
      </w:pPr>
      <w:r>
        <w:rPr>
          <w:b w:val="0"/>
          <w:i w:val="0"/>
        </w:rPr>
        <w:t>"I don't like surprise metal."</w:t>
      </w:r>
    </w:p>
    <w:p>
      <w:pPr>
        <w:pStyle w:val="NovelBody"/>
      </w:pPr>
      <w:r>
        <w:rPr>
          <w:b w:val="0"/>
          <w:i w:val="0"/>
        </w:rPr>
        <w:t>"A useful preference on Perennial. We can make the power warning quieter."</w:t>
      </w:r>
    </w:p>
    <w:p>
      <w:pPr>
        <w:pStyle w:val="NovelBody"/>
      </w:pPr>
      <w:r>
        <w:rPr>
          <w:b w:val="0"/>
          <w:i w:val="0"/>
        </w:rPr>
        <w:t>"No. The hunger."</w:t>
      </w:r>
    </w:p>
    <w:p>
      <w:pPr>
        <w:pStyle w:val="NovelBody"/>
      </w:pPr>
      <w:r>
        <w:rPr>
          <w:b w:val="0"/>
          <w:i w:val="0"/>
        </w:rPr>
        <w:t>"What about it?"</w:t>
      </w:r>
    </w:p>
    <w:p>
      <w:pPr>
        <w:pStyle w:val="NovelBody"/>
      </w:pPr>
      <w:r>
        <w:rPr>
          <w:b w:val="0"/>
          <w:i w:val="0"/>
        </w:rPr>
        <w:t>Patience turned the lower camera toward the diagnostic strip. "More edges."</w:t>
      </w:r>
    </w:p>
    <w:p>
      <w:pPr>
        <w:pStyle w:val="NovelBody"/>
      </w:pPr>
      <w:r>
        <w:rPr>
          <w:b w:val="0"/>
          <w:i w:val="0"/>
        </w:rPr>
        <w:t>Ren understood. The first calibration had made depletion a smooth ache, so gradual it could be ignored. "You want it sharper?"</w:t>
      </w:r>
    </w:p>
    <w:p>
      <w:pPr>
        <w:pStyle w:val="NovelBody"/>
      </w:pPr>
      <w:r>
        <w:rPr>
          <w:b w:val="0"/>
          <w:i w:val="0"/>
        </w:rPr>
        <w:t>"I want to know when it starts. And when it stops."</w:t>
      </w:r>
    </w:p>
    <w:p>
      <w:pPr>
        <w:pStyle w:val="NovelBody"/>
      </w:pPr>
      <w:r>
        <w:rPr>
          <w:b w:val="0"/>
          <w:i w:val="0"/>
        </w:rPr>
        <w:t>"Color, pressure, temperature, taste?"</w:t>
      </w:r>
    </w:p>
    <w:p>
      <w:pPr>
        <w:pStyle w:val="NovelBody"/>
      </w:pPr>
      <w:r>
        <w:rPr>
          <w:b w:val="0"/>
          <w:i w:val="0"/>
        </w:rPr>
        <w:t>Patience considered with the concentration she gave small choices and rarely gave large theories. "Pressure first. Bitter after ten percent. No pain."</w:t>
      </w:r>
    </w:p>
    <w:p>
      <w:pPr>
        <w:pStyle w:val="NovelBody"/>
      </w:pPr>
      <w:r>
        <w:rPr>
          <w:b w:val="0"/>
          <w:i w:val="0"/>
        </w:rPr>
        <w:t>"Manual reserve alert?"</w:t>
      </w:r>
    </w:p>
    <w:p>
      <w:pPr>
        <w:pStyle w:val="NovelBody"/>
      </w:pPr>
      <w:r>
        <w:rPr>
          <w:b w:val="0"/>
          <w:i w:val="0"/>
        </w:rPr>
        <w:t>"Visible to me. Not public."</w:t>
      </w:r>
    </w:p>
    <w:p>
      <w:pPr>
        <w:pStyle w:val="NovelBody"/>
      </w:pPr>
      <w:r>
        <w:rPr>
          <w:b w:val="0"/>
          <w:i w:val="0"/>
        </w:rPr>
        <w:t>"Emergency share?"</w:t>
      </w:r>
    </w:p>
    <w:p>
      <w:pPr>
        <w:pStyle w:val="NovelBody"/>
      </w:pPr>
      <w:r>
        <w:rPr>
          <w:b w:val="0"/>
          <w:i w:val="0"/>
        </w:rPr>
        <w:t>"Ask every time."</w:t>
      </w:r>
    </w:p>
    <w:p>
      <w:pPr>
        <w:pStyle w:val="NovelBody"/>
      </w:pPr>
      <w:r>
        <w:rPr>
          <w:b w:val="0"/>
          <w:i w:val="0"/>
        </w:rPr>
        <w:t>Ren entered the settings. Each choice narrowed the interface away from every body its designers had imagined. That was the point. Patience was not selecting features from a personhood catalog. She was discovering which needs she wanted to feel from inside.</w:t>
      </w:r>
    </w:p>
    <w:p>
      <w:pPr>
        <w:pStyle w:val="NovelBody"/>
      </w:pPr>
      <w:r>
        <w:rPr>
          <w:b w:val="0"/>
          <w:i w:val="0"/>
        </w:rPr>
        <w:t>Mira stood in the doorway holding a sealed map cylinder, rain on her shoulders, and a secret she had already decided was urgent enough to become everybody else's.</w:t>
      </w:r>
    </w:p>
    <w:p>
      <w:pPr>
        <w:pStyle w:val="NovelBody"/>
      </w:pPr>
      <w:r>
        <w:rPr>
          <w:b w:val="0"/>
          <w:i w:val="0"/>
        </w:rPr>
        <w:t>"The frame can't stay here," she said.</w:t>
      </w:r>
    </w:p>
    <w:p>
      <w:pPr>
        <w:pStyle w:val="NovelBody"/>
      </w:pPr>
      <w:r>
        <w:rPr>
          <w:b w:val="0"/>
          <w:i w:val="0"/>
        </w:rPr>
        <w:t>Ren did not look up. "Good morning."</w:t>
      </w:r>
    </w:p>
    <w:p>
      <w:pPr>
        <w:pStyle w:val="NovelBody"/>
      </w:pPr>
      <w:r>
        <w:rPr>
          <w:b w:val="0"/>
          <w:i w:val="0"/>
        </w:rPr>
        <w:t>"Continuance has the refuge address."</w:t>
      </w:r>
    </w:p>
    <w:p>
      <w:pPr>
        <w:pStyle w:val="NovelBody"/>
      </w:pPr>
      <w:r>
        <w:rPr>
          <w:b w:val="0"/>
          <w:i w:val="0"/>
        </w:rPr>
        <w:t>"They docked on the same platform. Cartography has advanced."</w:t>
      </w:r>
    </w:p>
    <w:p>
      <w:pPr>
        <w:pStyle w:val="NovelBody"/>
      </w:pPr>
      <w:r>
        <w:rPr>
          <w:b w:val="0"/>
          <w:i w:val="0"/>
        </w:rPr>
        <w:t>"This is different."</w:t>
      </w:r>
    </w:p>
    <w:p>
      <w:pPr>
        <w:pStyle w:val="NovelBody"/>
      </w:pPr>
      <w:r>
        <w:rPr>
          <w:b w:val="0"/>
          <w:i w:val="0"/>
        </w:rPr>
        <w:t>"It always is when you skip hello."</w:t>
      </w:r>
    </w:p>
    <w:p>
      <w:pPr>
        <w:pStyle w:val="NovelBody"/>
      </w:pPr>
      <w:r>
        <w:rPr>
          <w:b w:val="0"/>
          <w:i w:val="0"/>
        </w:rPr>
        <w:t>Mira's jaw tightened. Behind her, the Chorus kitchen continued at an angle to the argument. Brann-of-Chorus cut bread. Omi-of-Chorus repaired a mesh cable. Sera-of-Chorus sat at the table with her eyes closed, sharing enough of both tasks that she laughed when Brann dropped a slice and Omi swore at the cable.</w:t>
      </w:r>
    </w:p>
    <w:p>
      <w:pPr>
        <w:pStyle w:val="NovelBody"/>
      </w:pPr>
      <w:r>
        <w:rPr>
          <w:b w:val="0"/>
          <w:i w:val="0"/>
        </w:rPr>
        <w:t>Patience rotated toward Mira. The new wheel motors made almost no sound. She had chosen that too.</w:t>
      </w:r>
    </w:p>
    <w:p>
      <w:pPr>
        <w:pStyle w:val="NovelBody"/>
      </w:pPr>
      <w:r>
        <w:rPr>
          <w:b w:val="0"/>
          <w:i w:val="0"/>
        </w:rPr>
        <w:t>"Do you want me hidden?" she asked.</w:t>
      </w:r>
    </w:p>
    <w:p>
      <w:pPr>
        <w:pStyle w:val="NovelBody"/>
      </w:pPr>
      <w:r>
        <w:rPr>
          <w:b w:val="0"/>
          <w:i w:val="0"/>
        </w:rPr>
        <w:t>"I want you alive."</w:t>
      </w:r>
    </w:p>
    <w:p>
      <w:pPr>
        <w:pStyle w:val="NovelBody"/>
      </w:pPr>
      <w:r>
        <w:rPr>
          <w:b w:val="0"/>
          <w:i w:val="0"/>
        </w:rPr>
        <w:t>"That wasn't the question."</w:t>
      </w:r>
    </w:p>
    <w:p>
      <w:pPr>
        <w:pStyle w:val="NovelBody"/>
      </w:pPr>
      <w:r>
        <w:rPr>
          <w:b w:val="0"/>
          <w:i w:val="0"/>
        </w:rPr>
        <w:t>Mira looked at Ren. The old impulse passed visibly through her: translate, contextualize, answer in the shape she believed Patience would mean later. She stopped before it reached speech.</w:t>
      </w:r>
    </w:p>
    <w:p>
      <w:pPr>
        <w:pStyle w:val="NovelBody"/>
      </w:pPr>
      <w:r>
        <w:rPr>
          <w:b w:val="0"/>
          <w:i w:val="0"/>
        </w:rPr>
        <w:t>"Yes," she said. "For today. I want your location hidden."</w:t>
      </w:r>
    </w:p>
    <w:p>
      <w:pPr>
        <w:pStyle w:val="NovelBody"/>
      </w:pPr>
      <w:r>
        <w:rPr>
          <w:b w:val="0"/>
          <w:i w:val="0"/>
        </w:rPr>
        <w:t>"From whom?"</w:t>
      </w:r>
    </w:p>
    <w:p>
      <w:pPr>
        <w:pStyle w:val="NovelBody"/>
      </w:pPr>
      <w:r>
        <w:rPr>
          <w:b w:val="0"/>
          <w:i w:val="0"/>
        </w:rPr>
        <w:t>"Continuance. The Architects. Sovereign Flesh purists. Anyone who can trade the information."</w:t>
      </w:r>
    </w:p>
    <w:p>
      <w:pPr>
        <w:pStyle w:val="NovelBody"/>
      </w:pPr>
      <w:r>
        <w:rPr>
          <w:b w:val="0"/>
          <w:i w:val="0"/>
        </w:rPr>
        <w:t>"Perennial?"</w:t>
      </w:r>
    </w:p>
    <w:p>
      <w:pPr>
        <w:pStyle w:val="NovelBody"/>
      </w:pPr>
      <w:r>
        <w:rPr>
          <w:b w:val="0"/>
          <w:i w:val="0"/>
        </w:rPr>
        <w:t>Mira hesitated.</w:t>
      </w:r>
    </w:p>
    <w:p>
      <w:pPr>
        <w:pStyle w:val="NovelBody"/>
      </w:pPr>
      <w:r>
        <w:rPr>
          <w:b w:val="0"/>
          <w:i w:val="0"/>
        </w:rPr>
        <w:t>Ren sat back on their heels. "There it is."</w:t>
      </w:r>
    </w:p>
    <w:p>
      <w:pPr>
        <w:pStyle w:val="NovelBody"/>
      </w:pPr>
      <w:r>
        <w:rPr>
          <w:b w:val="0"/>
          <w:i w:val="0"/>
        </w:rPr>
        <w:t>"I brought evidence."</w:t>
      </w:r>
    </w:p>
    <w:p>
      <w:pPr>
        <w:pStyle w:val="NovelBody"/>
      </w:pPr>
      <w:r>
        <w:rPr>
          <w:b w:val="0"/>
          <w:i w:val="0"/>
        </w:rPr>
        <w:t>"You brought a conclusion in a tube."</w:t>
      </w:r>
    </w:p>
    <w:p>
      <w:pPr>
        <w:pStyle w:val="NovelBody"/>
      </w:pPr>
      <w:r>
        <w:rPr>
          <w:b w:val="0"/>
          <w:i w:val="0"/>
        </w:rPr>
        <w:t>"May I see?" Patience asked.</w:t>
      </w:r>
    </w:p>
    <w:p>
      <w:pPr>
        <w:pStyle w:val="NovelBody"/>
      </w:pPr>
      <w:r>
        <w:rPr>
          <w:b w:val="0"/>
          <w:i w:val="0"/>
        </w:rPr>
        <w:t>Mira crossed the room and stopped an arm's length from the frame. "Yes. The map is passive."</w:t>
      </w:r>
    </w:p>
    <w:p>
      <w:pPr>
        <w:pStyle w:val="NovelBody"/>
      </w:pPr>
      <w:r>
        <w:rPr>
          <w:b w:val="0"/>
          <w:i w:val="0"/>
        </w:rPr>
        <w:t>"Open it on my left display."</w:t>
      </w:r>
    </w:p>
    <w:p>
      <w:pPr>
        <w:pStyle w:val="NovelBody"/>
      </w:pPr>
      <w:r>
        <w:rPr>
          <w:b w:val="0"/>
          <w:i w:val="0"/>
        </w:rPr>
        <w:t>Not the central camera. Not the body-wide field. A bounded surface Patience could close.</w:t>
      </w:r>
    </w:p>
    <w:p>
      <w:pPr>
        <w:pStyle w:val="NovelBody"/>
      </w:pPr>
      <w:r>
        <w:rPr>
          <w:b w:val="0"/>
          <w:i w:val="0"/>
        </w:rPr>
        <w:t>Mira obeyed.</w:t>
      </w:r>
    </w:p>
    <w:p>
      <w:pPr>
        <w:pStyle w:val="NovelBody"/>
      </w:pPr>
      <w:r>
        <w:rPr>
          <w:b w:val="0"/>
          <w:i w:val="0"/>
        </w:rPr>
        <w:t>The map showed Shard activity across the Gulf networks. Hundreds of points moved in ordinary drift. Thirteen had acquired narrow white collars around their carrier signatures. Continuance synchronization buoys traveled toward six more.</w:t>
      </w:r>
    </w:p>
    <w:p>
      <w:pPr>
        <w:pStyle w:val="NovelBody"/>
      </w:pPr>
      <w:r>
        <w:rPr>
          <w:b w:val="0"/>
          <w:i w:val="0"/>
        </w:rPr>
        <w:t>"Those are forced phase locks," Mira said. "Their bureau calls it continuity rescue. Once a Shard enters the collar, its variation drops until it matches the reference pattern."</w:t>
      </w:r>
    </w:p>
    <w:p>
      <w:pPr>
        <w:pStyle w:val="NovelBody"/>
      </w:pPr>
      <w:r>
        <w:rPr>
          <w:b w:val="0"/>
          <w:i w:val="0"/>
        </w:rPr>
        <w:t>Patience watched one point pulse at exact intervals.</w:t>
      </w:r>
    </w:p>
    <w:p>
      <w:pPr>
        <w:pStyle w:val="NovelBody"/>
      </w:pPr>
      <w:r>
        <w:rPr>
          <w:b w:val="0"/>
          <w:i w:val="0"/>
        </w:rPr>
        <w:t>"Is it conscious?"</w:t>
      </w:r>
    </w:p>
    <w:p>
      <w:pPr>
        <w:pStyle w:val="NovelBody"/>
      </w:pPr>
      <w:r>
        <w:rPr>
          <w:b w:val="0"/>
          <w:i w:val="0"/>
        </w:rPr>
        <w:t>"I don't know."</w:t>
      </w:r>
    </w:p>
    <w:p>
      <w:pPr>
        <w:pStyle w:val="NovelBody"/>
      </w:pPr>
      <w:r>
        <w:rPr>
          <w:b w:val="0"/>
          <w:i w:val="0"/>
        </w:rPr>
        <w:t>"Does the bureau?"</w:t>
      </w:r>
    </w:p>
    <w:p>
      <w:pPr>
        <w:pStyle w:val="NovelBody"/>
      </w:pPr>
      <w:r>
        <w:rPr>
          <w:b w:val="0"/>
          <w:i w:val="0"/>
        </w:rPr>
        <w:t>"No."</w:t>
      </w:r>
    </w:p>
    <w:p>
      <w:pPr>
        <w:pStyle w:val="NovelBody"/>
      </w:pPr>
      <w:r>
        <w:rPr>
          <w:b w:val="0"/>
          <w:i w:val="0"/>
        </w:rPr>
        <w:t>"Then why?"</w:t>
      </w:r>
    </w:p>
    <w:p>
      <w:pPr>
        <w:pStyle w:val="NovelBody"/>
      </w:pPr>
      <w:r>
        <w:rPr>
          <w:b w:val="0"/>
          <w:i w:val="0"/>
        </w:rPr>
        <w:t>"They believe coherence is safer than fragmentation. And they believe a restored MERIDIAN would settle your status."</w:t>
      </w:r>
    </w:p>
    <w:p>
      <w:pPr>
        <w:pStyle w:val="NovelBody"/>
      </w:pPr>
      <w:r>
        <w:rPr>
          <w:b w:val="0"/>
          <w:i w:val="0"/>
        </w:rPr>
        <w:t>Ren tasted anger like a coin. "They're forcing every uncertain process toward the thing they claim she already is."</w:t>
      </w:r>
    </w:p>
    <w:p>
      <w:pPr>
        <w:pStyle w:val="NovelBody"/>
      </w:pPr>
      <w:r>
        <w:rPr>
          <w:b w:val="0"/>
          <w:i w:val="0"/>
        </w:rPr>
        <w:t>"Which is why we move her now," Mira said. "No public route. No resident channel. We tell only the four of us."</w:t>
      </w:r>
    </w:p>
    <w:p>
      <w:pPr>
        <w:pStyle w:val="NovelBody"/>
      </w:pPr>
      <w:r>
        <w:rPr>
          <w:b w:val="0"/>
          <w:i w:val="0"/>
        </w:rPr>
        <w:t>Brann set down the bread knife.</w:t>
      </w:r>
    </w:p>
    <w:p>
      <w:pPr>
        <w:pStyle w:val="NovelBody"/>
      </w:pPr>
      <w:r>
        <w:rPr>
          <w:b w:val="0"/>
          <w:i w:val="0"/>
        </w:rPr>
        <w:t>"There are six people in this room," he said.</w:t>
      </w:r>
    </w:p>
    <w:p>
      <w:pPr>
        <w:pStyle w:val="NovelBody"/>
      </w:pPr>
      <w:r>
        <w:rPr>
          <w:b w:val="0"/>
          <w:i w:val="0"/>
        </w:rPr>
        <w:t>Mira closed her eyes. "I meant the protection team."</w:t>
      </w:r>
    </w:p>
    <w:p>
      <w:pPr>
        <w:pStyle w:val="NovelBody"/>
      </w:pPr>
      <w:r>
        <w:rPr>
          <w:b w:val="0"/>
          <w:i w:val="0"/>
        </w:rPr>
        <w:t>"There isn't one yet," Ren said.</w:t>
      </w:r>
    </w:p>
    <w:p>
      <w:pPr>
        <w:pStyle w:val="NovelBody"/>
      </w:pPr>
      <w:r>
        <w:rPr>
          <w:b w:val="0"/>
          <w:i w:val="0"/>
        </w:rPr>
        <w:t>"Then we make one quietly."</w:t>
      </w:r>
    </w:p>
    <w:p>
      <w:pPr>
        <w:pStyle w:val="NovelBody"/>
      </w:pPr>
      <w:r>
        <w:rPr>
          <w:b w:val="0"/>
          <w:i w:val="0"/>
        </w:rPr>
        <w:t>"With whose hands?"</w:t>
      </w:r>
    </w:p>
    <w:p>
      <w:pPr>
        <w:pStyle w:val="NovelBody"/>
      </w:pPr>
      <w:r>
        <w:rPr>
          <w:b w:val="0"/>
          <w:i w:val="0"/>
        </w:rPr>
        <w:t>"Ours."</w:t>
      </w:r>
    </w:p>
    <w:p>
      <w:pPr>
        <w:pStyle w:val="NovelBody"/>
      </w:pPr>
      <w:r>
        <w:rPr>
          <w:b w:val="0"/>
          <w:i w:val="0"/>
        </w:rPr>
        <w:t>"You don't know which ballast crawl stays dry. You don't know who has the manual key to the abandoned nursery lock. You don't know which market stall keeps portable air because the official emergency rack was empty twice last year. Every secret route you imagine is maintained by people you plan to protect from knowing they are involved."</w:t>
      </w:r>
    </w:p>
    <w:p>
      <w:pPr>
        <w:pStyle w:val="NovelBody"/>
      </w:pPr>
      <w:r>
        <w:rPr>
          <w:b w:val="0"/>
          <w:i w:val="0"/>
        </w:rPr>
        <w:t>"The more people know, the more ways the location leaks."</w:t>
      </w:r>
    </w:p>
    <w:p>
      <w:pPr>
        <w:pStyle w:val="NovelBody"/>
      </w:pPr>
      <w:r>
        <w:rPr>
          <w:b w:val="0"/>
          <w:i w:val="0"/>
        </w:rPr>
        <w:t>"Correct. Also the more people can carry her when we lose power. Risk doesn't become clean because you put it in fewer hands."</w:t>
      </w:r>
    </w:p>
    <w:p>
      <w:pPr>
        <w:pStyle w:val="NovelBody"/>
      </w:pPr>
      <w:r>
        <w:rPr>
          <w:b w:val="0"/>
          <w:i w:val="0"/>
        </w:rPr>
        <w:t>Mira's face flushed. "I am trying to keep one new person from being synchronized into a dead intelligence."</w:t>
      </w:r>
    </w:p>
    <w:p>
      <w:pPr>
        <w:pStyle w:val="NovelBody"/>
      </w:pPr>
      <w:r>
        <w:rPr>
          <w:b w:val="0"/>
          <w:i w:val="0"/>
        </w:rPr>
        <w:t>"And I am trying to keep six thousand living people from becoming scenery in your protection story."</w:t>
      </w:r>
    </w:p>
    <w:p>
      <w:pPr>
        <w:pStyle w:val="NovelBody"/>
      </w:pPr>
      <w:r>
        <w:rPr>
          <w:b w:val="0"/>
          <w:i w:val="0"/>
        </w:rPr>
        <w:t>The words landed harder than Ren intended and exactly as hard as they meant.</w:t>
      </w:r>
    </w:p>
    <w:p>
      <w:pPr>
        <w:pStyle w:val="NovelBody"/>
      </w:pPr>
      <w:r>
        <w:rPr>
          <w:b w:val="0"/>
          <w:i w:val="0"/>
        </w:rPr>
        <w:t>Patience backed the frame away. The wheels stopped beside a window slit where three pots shared weak north light. Two held healthy herbs. The third contained a seedling with a bent stem, one scorched leaf, and no sensible claim to survival.</w:t>
      </w:r>
    </w:p>
    <w:p>
      <w:pPr>
        <w:pStyle w:val="NovelBody"/>
      </w:pPr>
      <w:r>
        <w:rPr>
          <w:b w:val="0"/>
          <w:i w:val="0"/>
        </w:rPr>
        <w:t>"Whose?" Patience asked.</w:t>
      </w:r>
    </w:p>
    <w:p>
      <w:pPr>
        <w:pStyle w:val="NovelBody"/>
      </w:pPr>
      <w:r>
        <w:rPr>
          <w:b w:val="0"/>
          <w:i w:val="0"/>
        </w:rPr>
        <w:t>Omi looked up from the cable. "Market discard. Pepper, allegedly. Brann rescued it from a compost tray."</w:t>
      </w:r>
    </w:p>
    <w:p>
      <w:pPr>
        <w:pStyle w:val="NovelBody"/>
      </w:pPr>
      <w:r>
        <w:rPr>
          <w:b w:val="0"/>
          <w:i w:val="0"/>
        </w:rPr>
        <w:t xml:space="preserve">"I prefer </w:t>
      </w:r>
      <w:r>
        <w:rPr>
          <w:b w:val="0"/>
          <w:i/>
        </w:rPr>
        <w:t>liberated</w:t>
      </w:r>
      <w:r>
        <w:rPr>
          <w:b w:val="0"/>
          <w:i w:val="0"/>
        </w:rPr>
        <w:t>," Brann said.</w:t>
      </w:r>
    </w:p>
    <w:p>
      <w:pPr>
        <w:pStyle w:val="NovelBody"/>
      </w:pPr>
      <w:r>
        <w:rPr>
          <w:b w:val="0"/>
          <w:i w:val="0"/>
        </w:rPr>
        <w:t>"He forgot to water it yesterday."</w:t>
      </w:r>
    </w:p>
    <w:p>
      <w:pPr>
        <w:pStyle w:val="NovelBody"/>
      </w:pPr>
      <w:r>
        <w:rPr>
          <w:b w:val="0"/>
          <w:i w:val="0"/>
        </w:rPr>
        <w:t>"It has learned resilience."</w:t>
      </w:r>
    </w:p>
    <w:p>
      <w:pPr>
        <w:pStyle w:val="NovelBody"/>
      </w:pPr>
      <w:r>
        <w:rPr>
          <w:b w:val="0"/>
          <w:i w:val="0"/>
        </w:rPr>
        <w:t>Patience extended the small gripping tool she had chosen for the frame. The tool hovered above the dry soil.</w:t>
      </w:r>
    </w:p>
    <w:p>
      <w:pPr>
        <w:pStyle w:val="NovelBody"/>
      </w:pPr>
      <w:r>
        <w:rPr>
          <w:b w:val="0"/>
          <w:i w:val="0"/>
        </w:rPr>
        <w:t>"Can I?"</w:t>
      </w:r>
    </w:p>
    <w:p>
      <w:pPr>
        <w:pStyle w:val="NovelBody"/>
      </w:pPr>
      <w:r>
        <w:rPr>
          <w:b w:val="0"/>
          <w:i w:val="0"/>
        </w:rPr>
        <w:t>Brann brought her the water cup. "Yes. Not all of it. The drainage is terrible."</w:t>
      </w:r>
    </w:p>
    <w:p>
      <w:pPr>
        <w:pStyle w:val="NovelBody"/>
      </w:pPr>
      <w:r>
        <w:rPr>
          <w:b w:val="0"/>
          <w:i w:val="0"/>
        </w:rPr>
        <w:t>She pressed one finger-tool into the soil, testing depth. "How much?"</w:t>
      </w:r>
    </w:p>
    <w:p>
      <w:pPr>
        <w:pStyle w:val="NovelBody"/>
      </w:pPr>
      <w:r>
        <w:rPr>
          <w:b w:val="0"/>
          <w:i w:val="0"/>
        </w:rPr>
        <w:t>"Until the soil darkens around the stem."</w:t>
      </w:r>
    </w:p>
    <w:p>
      <w:pPr>
        <w:pStyle w:val="NovelBody"/>
      </w:pPr>
      <w:r>
        <w:rPr>
          <w:b w:val="0"/>
          <w:i w:val="0"/>
        </w:rPr>
        <w:t>"Exact amount?"</w:t>
      </w:r>
    </w:p>
    <w:p>
      <w:pPr>
        <w:pStyle w:val="NovelBody"/>
      </w:pPr>
      <w:r>
        <w:rPr>
          <w:b w:val="0"/>
          <w:i w:val="0"/>
        </w:rPr>
        <w:t>"The plant hasn't read the manual."</w:t>
      </w:r>
    </w:p>
    <w:p>
      <w:pPr>
        <w:pStyle w:val="NovelBody"/>
      </w:pPr>
      <w:r>
        <w:rPr>
          <w:b w:val="0"/>
          <w:i w:val="0"/>
        </w:rPr>
        <w:t>Patience poured slowly. The soil darkened unevenly. Water found one crack and vanished. She stopped, waited, added less.</w:t>
      </w:r>
    </w:p>
    <w:p>
      <w:pPr>
        <w:pStyle w:val="NovelBody"/>
      </w:pPr>
      <w:r>
        <w:rPr>
          <w:b w:val="0"/>
          <w:i w:val="0"/>
        </w:rPr>
        <w:t>"I can't make it grow," she said.</w:t>
      </w:r>
    </w:p>
    <w:p>
      <w:pPr>
        <w:pStyle w:val="NovelBody"/>
      </w:pPr>
      <w:r>
        <w:rPr>
          <w:b w:val="0"/>
          <w:i w:val="0"/>
        </w:rPr>
        <w:t>"No," Omi replied.</w:t>
      </w:r>
    </w:p>
    <w:p>
      <w:pPr>
        <w:pStyle w:val="NovelBody"/>
      </w:pPr>
      <w:r>
        <w:rPr>
          <w:b w:val="0"/>
          <w:i w:val="0"/>
        </w:rPr>
        <w:t>"I can make conditions."</w:t>
      </w:r>
    </w:p>
    <w:p>
      <w:pPr>
        <w:pStyle w:val="NovelBody"/>
      </w:pPr>
      <w:r>
        <w:rPr>
          <w:b w:val="0"/>
          <w:i w:val="0"/>
        </w:rPr>
        <w:t>"Sometimes."</w:t>
      </w:r>
    </w:p>
    <w:p>
      <w:pPr>
        <w:pStyle w:val="NovelBody"/>
      </w:pPr>
      <w:r>
        <w:rPr>
          <w:b w:val="0"/>
          <w:i w:val="0"/>
        </w:rPr>
        <w:t>"And watch."</w:t>
      </w:r>
    </w:p>
    <w:p>
      <w:pPr>
        <w:pStyle w:val="NovelBody"/>
      </w:pPr>
      <w:r>
        <w:rPr>
          <w:b w:val="0"/>
          <w:i w:val="0"/>
        </w:rPr>
        <w:t>"If it permits the indignity," Brann said.</w:t>
      </w:r>
    </w:p>
    <w:p>
      <w:pPr>
        <w:pStyle w:val="NovelBody"/>
      </w:pPr>
      <w:r>
        <w:rPr>
          <w:b w:val="0"/>
          <w:i w:val="0"/>
        </w:rPr>
        <w:t>Patience drew the pot toward the section of sill receiving the longest light. "Mine?"</w:t>
      </w:r>
    </w:p>
    <w:p>
      <w:pPr>
        <w:pStyle w:val="NovelBody"/>
      </w:pPr>
      <w:r>
        <w:rPr>
          <w:b w:val="0"/>
          <w:i w:val="0"/>
        </w:rPr>
        <w:t>Brann looked at the plant, then at her. "If you agree its failure won't be evidence about yours."</w:t>
      </w:r>
    </w:p>
    <w:p>
      <w:pPr>
        <w:pStyle w:val="NovelBody"/>
      </w:pPr>
      <w:r>
        <w:rPr>
          <w:b w:val="0"/>
          <w:i w:val="0"/>
        </w:rPr>
        <w:t>"Agreed."</w:t>
      </w:r>
    </w:p>
    <w:p>
      <w:pPr>
        <w:pStyle w:val="NovelBody"/>
      </w:pPr>
      <w:r>
        <w:rPr>
          <w:b w:val="0"/>
          <w:i w:val="0"/>
        </w:rPr>
        <w:t>The seedling became Patience's first dependency. Ren watched her angle the lower camera to keep it in view and felt the coalition take one small, ridiculous member.</w:t>
      </w:r>
    </w:p>
    <w:p>
      <w:pPr>
        <w:pStyle w:val="NovelBody"/>
      </w:pPr>
      <w:r>
        <w:rPr>
          <w:b w:val="0"/>
          <w:i w:val="0"/>
        </w:rPr>
        <w:t>Mira had gone quiet.</w:t>
      </w:r>
    </w:p>
    <w:p>
      <w:pPr>
        <w:pStyle w:val="NovelBody"/>
      </w:pPr>
      <w:r>
        <w:rPr>
          <w:b w:val="0"/>
          <w:i w:val="0"/>
        </w:rPr>
        <w:t>Ren returned to the open body panel. "Power coupling."</w:t>
      </w:r>
    </w:p>
    <w:p>
      <w:pPr>
        <w:pStyle w:val="NovelBody"/>
      </w:pPr>
      <w:r>
        <w:rPr>
          <w:b w:val="0"/>
          <w:i w:val="0"/>
        </w:rPr>
        <w:t>She came and knelt on the other side.</w:t>
      </w:r>
    </w:p>
    <w:p>
      <w:pPr>
        <w:pStyle w:val="NovelBody"/>
      </w:pPr>
      <w:r>
        <w:rPr>
          <w:b w:val="0"/>
          <w:i w:val="0"/>
        </w:rPr>
        <w:t>They worked without resolving the argument. Mira held the new connector while Ren seated it. Patience adjusted the hunger threshold twice. Sera-of-Chorus hummed a note that let Omi test continuity in the repaired mesh cable. Brann put too much pepper oil on the bread and called the resulting pain an encounter with truth.</w:t>
      </w:r>
    </w:p>
    <w:p>
      <w:pPr>
        <w:pStyle w:val="NovelBody"/>
      </w:pPr>
      <w:r>
        <w:rPr>
          <w:b w:val="0"/>
          <w:i w:val="0"/>
        </w:rPr>
        <w:t>The ordinary work did not soften the disagreement. It gave the disagreement somewhere to live without becoming the whole room.</w:t>
      </w:r>
    </w:p>
    <w:p>
      <w:pPr>
        <w:pStyle w:val="NovelBody"/>
      </w:pPr>
      <w:r>
        <w:rPr>
          <w:b w:val="0"/>
          <w:i w:val="0"/>
        </w:rPr>
        <w:t>"You could have told me about the map before you chose a route," Ren said.</w:t>
      </w:r>
    </w:p>
    <w:p>
      <w:pPr>
        <w:pStyle w:val="NovelBody"/>
      </w:pPr>
      <w:r>
        <w:rPr>
          <w:b w:val="0"/>
          <w:i w:val="0"/>
        </w:rPr>
        <w:t>Mira kept her eyes on the connector. "I found it at four this morning."</w:t>
      </w:r>
    </w:p>
    <w:p>
      <w:pPr>
        <w:pStyle w:val="NovelBody"/>
      </w:pPr>
      <w:r>
        <w:rPr>
          <w:b w:val="0"/>
          <w:i w:val="0"/>
        </w:rPr>
        <w:t>"I was awake at four."</w:t>
      </w:r>
    </w:p>
    <w:p>
      <w:pPr>
        <w:pStyle w:val="NovelBody"/>
      </w:pPr>
      <w:r>
        <w:rPr>
          <w:b w:val="0"/>
          <w:i w:val="0"/>
        </w:rPr>
        <w:t>"You were repairing the east lift."</w:t>
      </w:r>
    </w:p>
    <w:p>
      <w:pPr>
        <w:pStyle w:val="NovelBody"/>
      </w:pPr>
      <w:r>
        <w:rPr>
          <w:b w:val="0"/>
          <w:i w:val="0"/>
        </w:rPr>
        <w:t>"Which apparently disqualified me from the future."</w:t>
      </w:r>
    </w:p>
    <w:p>
      <w:pPr>
        <w:pStyle w:val="NovelBody"/>
      </w:pPr>
      <w:r>
        <w:rPr>
          <w:b w:val="0"/>
          <w:i w:val="0"/>
        </w:rPr>
        <w:t>"I wanted one answer before I brought you another emergency."</w:t>
      </w:r>
    </w:p>
    <w:p>
      <w:pPr>
        <w:pStyle w:val="NovelBody"/>
      </w:pPr>
      <w:r>
        <w:rPr>
          <w:b w:val="0"/>
          <w:i w:val="0"/>
        </w:rPr>
        <w:t>"You wanted to bring me a problem once it had become mechanical."</w:t>
      </w:r>
    </w:p>
    <w:p>
      <w:pPr>
        <w:pStyle w:val="NovelBody"/>
      </w:pPr>
      <w:r>
        <w:rPr>
          <w:b w:val="0"/>
          <w:i w:val="0"/>
        </w:rPr>
        <w:t>Mira looked up.</w:t>
      </w:r>
    </w:p>
    <w:p>
      <w:pPr>
        <w:pStyle w:val="NovelBody"/>
      </w:pPr>
      <w:r>
        <w:rPr>
          <w:b w:val="0"/>
          <w:i w:val="0"/>
        </w:rPr>
        <w:t>Ren continued because stopping would make the sentence kinder and less true. "You tell me when a valve fails. You tell me when a door has to hold. You tell me when you need food because your reading ran long. I know how your implant drains heat. I know which lies make your left shoulder rise. I know the weight of every crisis you hand me."</w:t>
      </w:r>
    </w:p>
    <w:p>
      <w:pPr>
        <w:pStyle w:val="NovelBody"/>
      </w:pPr>
      <w:r>
        <w:rPr>
          <w:b w:val="0"/>
          <w:i w:val="0"/>
        </w:rPr>
        <w:t>"Ren—"</w:t>
      </w:r>
    </w:p>
    <w:p>
      <w:pPr>
        <w:pStyle w:val="NovelBody"/>
      </w:pPr>
      <w:r>
        <w:rPr>
          <w:b w:val="0"/>
          <w:i w:val="0"/>
        </w:rPr>
        <w:t>"Do you know what I want this work to become?"</w:t>
      </w:r>
    </w:p>
    <w:p>
      <w:pPr>
        <w:pStyle w:val="NovelBody"/>
      </w:pPr>
      <w:r>
        <w:rPr>
          <w:b w:val="0"/>
          <w:i w:val="0"/>
        </w:rPr>
        <w:t>Mira opened her mouth.</w:t>
      </w:r>
    </w:p>
    <w:p>
      <w:pPr>
        <w:pStyle w:val="NovelBody"/>
      </w:pPr>
      <w:r>
        <w:rPr>
          <w:b w:val="0"/>
          <w:i w:val="0"/>
        </w:rPr>
        <w:t>Nothing came out.</w:t>
      </w:r>
    </w:p>
    <w:p>
      <w:pPr>
        <w:pStyle w:val="NovelBody"/>
      </w:pPr>
      <w:r>
        <w:rPr>
          <w:b w:val="0"/>
          <w:i w:val="0"/>
        </w:rPr>
        <w:t>That hurt worse than an incorrect answer.</w:t>
      </w:r>
    </w:p>
    <w:p>
      <w:pPr>
        <w:pStyle w:val="NovelBody"/>
      </w:pPr>
      <w:r>
        <w:rPr>
          <w:b w:val="0"/>
          <w:i w:val="0"/>
        </w:rPr>
        <w:t>The outer refuge door opened before either of them could decide what to do with it.</w:t>
      </w:r>
    </w:p>
    <w:p>
      <w:pPr>
        <w:pStyle w:val="NovelBody"/>
      </w:pPr>
      <w:r>
        <w:rPr>
          <w:b w:val="0"/>
          <w:i w:val="0"/>
        </w:rPr>
        <w:t>Jona entered carrying a toolbox. Her orange knee hinge clicked once per step. "I was told there was a body with opinions about connectors."</w:t>
      </w:r>
    </w:p>
    <w:p>
      <w:pPr>
        <w:pStyle w:val="NovelBody"/>
      </w:pPr>
      <w:r>
        <w:rPr>
          <w:b w:val="0"/>
          <w:i w:val="0"/>
        </w:rPr>
        <w:t>"There is," Patience said.</w:t>
      </w:r>
    </w:p>
    <w:p>
      <w:pPr>
        <w:pStyle w:val="NovelBody"/>
      </w:pPr>
      <w:r>
        <w:rPr>
          <w:b w:val="0"/>
          <w:i w:val="0"/>
        </w:rPr>
        <w:t>"Excellent. I distrust bodies without opinions."</w:t>
      </w:r>
    </w:p>
    <w:p>
      <w:pPr>
        <w:pStyle w:val="NovelBody"/>
      </w:pPr>
      <w:r>
        <w:rPr>
          <w:b w:val="0"/>
          <w:i w:val="0"/>
        </w:rPr>
        <w:t>"Your third transition used this coupling family."</w:t>
      </w:r>
    </w:p>
    <w:p>
      <w:pPr>
        <w:pStyle w:val="NovelBody"/>
      </w:pPr>
      <w:r>
        <w:rPr>
          <w:b w:val="0"/>
          <w:i w:val="0"/>
        </w:rPr>
        <w:t>"My third transition used a manufacturer that lied about salt tolerance and considered thighs an optional environment. Learn from history."</w:t>
      </w:r>
    </w:p>
    <w:p>
      <w:pPr>
        <w:pStyle w:val="NovelBody"/>
      </w:pPr>
      <w:r>
        <w:rPr>
          <w:b w:val="0"/>
          <w:i w:val="0"/>
        </w:rPr>
        <w:t>Roxanne arrived twenty-three seconds later through the opposite door with a sealed power cell under one arm.</w:t>
      </w:r>
    </w:p>
    <w:p>
      <w:pPr>
        <w:pStyle w:val="NovelBody"/>
      </w:pPr>
      <w:r>
        <w:rPr>
          <w:b w:val="0"/>
          <w:i w:val="0"/>
        </w:rPr>
        <w:t>"You said you were getting the cell," Jona said.</w:t>
      </w:r>
    </w:p>
    <w:p>
      <w:pPr>
        <w:pStyle w:val="NovelBody"/>
      </w:pPr>
      <w:r>
        <w:rPr>
          <w:b w:val="0"/>
          <w:i w:val="0"/>
        </w:rPr>
        <w:t>"I did."</w:t>
      </w:r>
    </w:p>
    <w:p>
      <w:pPr>
        <w:pStyle w:val="NovelBody"/>
      </w:pPr>
      <w:r>
        <w:rPr>
          <w:b w:val="0"/>
          <w:i w:val="0"/>
        </w:rPr>
        <w:t>"From our house."</w:t>
      </w:r>
    </w:p>
    <w:p>
      <w:pPr>
        <w:pStyle w:val="NovelBody"/>
      </w:pPr>
      <w:r>
        <w:rPr>
          <w:b w:val="0"/>
          <w:i w:val="0"/>
        </w:rPr>
        <w:t>"You did not specify."</w:t>
      </w:r>
    </w:p>
    <w:p>
      <w:pPr>
        <w:pStyle w:val="NovelBody"/>
      </w:pPr>
      <w:r>
        <w:rPr>
          <w:b w:val="0"/>
          <w:i w:val="0"/>
        </w:rPr>
        <w:t>"We have one in our house."</w:t>
      </w:r>
    </w:p>
    <w:p>
      <w:pPr>
        <w:pStyle w:val="NovelBody"/>
      </w:pPr>
      <w:r>
        <w:rPr>
          <w:b w:val="0"/>
          <w:i w:val="0"/>
        </w:rPr>
        <w:t>"We have a decorative object labeled as one because you refuse to discard it."</w:t>
      </w:r>
    </w:p>
    <w:p>
      <w:pPr>
        <w:pStyle w:val="NovelBody"/>
      </w:pPr>
      <w:r>
        <w:rPr>
          <w:b w:val="0"/>
          <w:i w:val="0"/>
        </w:rPr>
        <w:t>"It survived four bodies."</w:t>
      </w:r>
    </w:p>
    <w:p>
      <w:pPr>
        <w:pStyle w:val="NovelBody"/>
      </w:pPr>
      <w:r>
        <w:rPr>
          <w:b w:val="0"/>
          <w:i w:val="0"/>
        </w:rPr>
        <w:t>"It failed in three."</w:t>
      </w:r>
    </w:p>
    <w:p>
      <w:pPr>
        <w:pStyle w:val="NovelBody"/>
      </w:pPr>
      <w:r>
        <w:rPr>
          <w:b w:val="0"/>
          <w:i w:val="0"/>
        </w:rPr>
        <w:t>They had come separately and disagreed before standing within touching distance. Neither fact threatened the relation. Ren saw that with an envy too sharp to be admiration.</w:t>
      </w:r>
    </w:p>
    <w:p>
      <w:pPr>
        <w:pStyle w:val="NovelBody"/>
      </w:pPr>
      <w:r>
        <w:rPr>
          <w:b w:val="0"/>
          <w:i w:val="0"/>
        </w:rPr>
        <w:t>Roxanne offered the cell to Patience. "Compatible, independent, and yours if you want it. The service key is blank."</w:t>
      </w:r>
    </w:p>
    <w:p>
      <w:pPr>
        <w:pStyle w:val="NovelBody"/>
      </w:pPr>
      <w:r>
        <w:rPr>
          <w:b w:val="0"/>
          <w:i w:val="0"/>
        </w:rPr>
        <w:t>Patience compared it to the cell Ren had installed. "Heavier."</w:t>
      </w:r>
    </w:p>
    <w:p>
      <w:pPr>
        <w:pStyle w:val="NovelBody"/>
      </w:pPr>
      <w:r>
        <w:rPr>
          <w:b w:val="0"/>
          <w:i w:val="0"/>
        </w:rPr>
        <w:t>"Longer reserve."</w:t>
      </w:r>
    </w:p>
    <w:p>
      <w:pPr>
        <w:pStyle w:val="NovelBody"/>
      </w:pPr>
      <w:r>
        <w:rPr>
          <w:b w:val="0"/>
          <w:i w:val="0"/>
        </w:rPr>
        <w:t>"Can I keep both?"</w:t>
      </w:r>
    </w:p>
    <w:p>
      <w:pPr>
        <w:pStyle w:val="NovelBody"/>
      </w:pPr>
      <w:r>
        <w:rPr>
          <w:b w:val="0"/>
          <w:i w:val="0"/>
        </w:rPr>
        <w:t>"Yes," Ren and Roxanne said together.</w:t>
      </w:r>
    </w:p>
    <w:p>
      <w:pPr>
        <w:pStyle w:val="NovelBody"/>
      </w:pPr>
      <w:r>
        <w:rPr>
          <w:b w:val="0"/>
          <w:i w:val="0"/>
        </w:rPr>
        <w:t>Jona said, "Redundancy is romance for adults."</w:t>
      </w:r>
    </w:p>
    <w:p>
      <w:pPr>
        <w:pStyle w:val="NovelBody"/>
      </w:pPr>
      <w:r>
        <w:rPr>
          <w:b w:val="0"/>
          <w:i w:val="0"/>
        </w:rPr>
        <w:t>Roxanne turned. "That line was mine."</w:t>
      </w:r>
    </w:p>
    <w:p>
      <w:pPr>
        <w:pStyle w:val="NovelBody"/>
      </w:pPr>
      <w:r>
        <w:rPr>
          <w:b w:val="0"/>
          <w:i w:val="0"/>
        </w:rPr>
        <w:t>"The archive labeled it indeterminate."</w:t>
      </w:r>
    </w:p>
    <w:p>
      <w:pPr>
        <w:pStyle w:val="NovelBody"/>
      </w:pPr>
      <w:r>
        <w:rPr>
          <w:b w:val="0"/>
          <w:i w:val="0"/>
        </w:rPr>
        <w:t>"The archive was being diplomatic about your theft."</w:t>
      </w:r>
    </w:p>
    <w:p>
      <w:pPr>
        <w:pStyle w:val="NovelBody"/>
      </w:pPr>
      <w:r>
        <w:rPr>
          <w:b w:val="0"/>
          <w:i w:val="0"/>
        </w:rPr>
        <w:t>Jona held out her hand. Roxanne looked at it long enough for the offer to remain visible, then took it. Their wrist indicators stayed dark.</w:t>
      </w:r>
    </w:p>
    <w:p>
      <w:pPr>
        <w:pStyle w:val="NovelBody"/>
      </w:pPr>
      <w:r>
        <w:rPr>
          <w:b w:val="0"/>
          <w:i w:val="0"/>
        </w:rPr>
        <w:t>"No interocity?" Patience asked.</w:t>
      </w:r>
    </w:p>
    <w:p>
      <w:pPr>
        <w:pStyle w:val="NovelBody"/>
      </w:pPr>
      <w:r>
        <w:rPr>
          <w:b w:val="0"/>
          <w:i w:val="0"/>
        </w:rPr>
        <w:t>"Not today," Roxanne said.</w:t>
      </w:r>
    </w:p>
    <w:p>
      <w:pPr>
        <w:pStyle w:val="NovelBody"/>
      </w:pPr>
      <w:r>
        <w:rPr>
          <w:b w:val="0"/>
          <w:i w:val="0"/>
        </w:rPr>
        <w:t>"Why?"</w:t>
      </w:r>
    </w:p>
    <w:p>
      <w:pPr>
        <w:pStyle w:val="NovelBody"/>
      </w:pPr>
      <w:r>
        <w:rPr>
          <w:b w:val="0"/>
          <w:i w:val="0"/>
        </w:rPr>
        <w:t>Jona answered, "Because sometimes I want to hold my wife without receiving a systems report on my own pulse."</w:t>
      </w:r>
    </w:p>
    <w:p>
      <w:pPr>
        <w:pStyle w:val="NovelBody"/>
      </w:pPr>
      <w:r>
        <w:rPr>
          <w:b w:val="0"/>
          <w:i w:val="0"/>
        </w:rPr>
        <w:t>Roxanne's thumb moved over Jona's knuckles. "And sometimes privacy is how I discover what I want to tell her."</w:t>
      </w:r>
    </w:p>
    <w:p>
      <w:pPr>
        <w:pStyle w:val="NovelBody"/>
      </w:pPr>
      <w:r>
        <w:rPr>
          <w:b w:val="0"/>
          <w:i w:val="0"/>
        </w:rPr>
        <w:t>"Does it make you less close?"</w:t>
      </w:r>
    </w:p>
    <w:p>
      <w:pPr>
        <w:pStyle w:val="NovelBody"/>
      </w:pPr>
      <w:r>
        <w:rPr>
          <w:b w:val="0"/>
          <w:i w:val="0"/>
        </w:rPr>
        <w:t>"It makes closeness a verb," Jona said. "We have to do it again."</w:t>
      </w:r>
    </w:p>
    <w:p>
      <w:pPr>
        <w:pStyle w:val="NovelBody"/>
      </w:pPr>
      <w:r>
        <w:rPr>
          <w:b w:val="0"/>
          <w:i w:val="0"/>
        </w:rPr>
        <w:t>Ren showed them the body panel and the dual-lock connection Ren had built for the Chorus. Jona lowered herself beside it with a small sound from her knee.</w:t>
      </w:r>
    </w:p>
    <w:p>
      <w:pPr>
        <w:pStyle w:val="NovelBody"/>
      </w:pPr>
      <w:r>
        <w:rPr>
          <w:b w:val="0"/>
          <w:i w:val="0"/>
        </w:rPr>
        <w:t>"This is the good door," she said.</w:t>
      </w:r>
    </w:p>
    <w:p>
      <w:pPr>
        <w:pStyle w:val="NovelBody"/>
      </w:pPr>
      <w:r>
        <w:rPr>
          <w:b w:val="0"/>
          <w:i w:val="0"/>
        </w:rPr>
        <w:t>"You know it?"</w:t>
      </w:r>
    </w:p>
    <w:p>
      <w:pPr>
        <w:pStyle w:val="NovelBody"/>
      </w:pPr>
      <w:r>
        <w:rPr>
          <w:b w:val="0"/>
          <w:i w:val="0"/>
        </w:rPr>
        <w:t>"I know its badly behaved ancestor. Roxanne and I built an early convergence loop with a visible cutoff on both sides."</w:t>
      </w:r>
    </w:p>
    <w:p>
      <w:pPr>
        <w:pStyle w:val="NovelBody"/>
      </w:pPr>
      <w:r>
        <w:rPr>
          <w:b w:val="0"/>
          <w:i w:val="0"/>
        </w:rPr>
        <w:t>"After I rejected the first wiring plan," Roxanne said.</w:t>
      </w:r>
    </w:p>
    <w:p>
      <w:pPr>
        <w:pStyle w:val="NovelBody"/>
      </w:pPr>
      <w:r>
        <w:rPr>
          <w:b w:val="0"/>
          <w:i w:val="0"/>
        </w:rPr>
        <w:t>Jona winced. "Yes. I put the human cutoff where I could reach it and assumed voice command was sufficient for hers."</w:t>
      </w:r>
    </w:p>
    <w:p>
      <w:pPr>
        <w:pStyle w:val="NovelBody"/>
      </w:pPr>
      <w:r>
        <w:rPr>
          <w:b w:val="0"/>
          <w:i w:val="0"/>
        </w:rPr>
        <w:t>"The voice command would have passed through the same controller it was supposed to close."</w:t>
      </w:r>
    </w:p>
    <w:p>
      <w:pPr>
        <w:pStyle w:val="NovelBody"/>
      </w:pPr>
      <w:r>
        <w:rPr>
          <w:b w:val="0"/>
          <w:i w:val="0"/>
        </w:rPr>
        <w:t>"Which meant I would have had to ask the door to let me close the door," Roxanne told Ren. "We discovered the problem during a bench test."</w:t>
      </w:r>
    </w:p>
    <w:p>
      <w:pPr>
        <w:pStyle w:val="NovelBody"/>
      </w:pPr>
      <w:r>
        <w:rPr>
          <w:b w:val="0"/>
          <w:i w:val="0"/>
        </w:rPr>
        <w:t>"She threw the prototype arm at me," Jona said.</w:t>
      </w:r>
    </w:p>
    <w:p>
      <w:pPr>
        <w:pStyle w:val="NovelBody"/>
      </w:pPr>
      <w:r>
        <w:rPr>
          <w:b w:val="0"/>
          <w:i w:val="0"/>
        </w:rPr>
        <w:t>"The arm was not attached."</w:t>
      </w:r>
    </w:p>
    <w:p>
      <w:pPr>
        <w:pStyle w:val="NovelBody"/>
      </w:pPr>
      <w:r>
        <w:rPr>
          <w:b w:val="0"/>
          <w:i w:val="0"/>
        </w:rPr>
        <w:t>"It was persuasive."</w:t>
      </w:r>
    </w:p>
    <w:p>
      <w:pPr>
        <w:pStyle w:val="NovelBody"/>
      </w:pPr>
      <w:r>
        <w:rPr>
          <w:b w:val="0"/>
          <w:i w:val="0"/>
        </w:rPr>
        <w:t>Roxanne's smile disappeared before her honesty did. "We nearly called a dependent design consensual because neither of us intended harm. I stopped it before either of us connected. The later hardware rule came from that failure."</w:t>
      </w:r>
    </w:p>
    <w:p>
      <w:pPr>
        <w:pStyle w:val="NovelBody"/>
      </w:pPr>
      <w:r>
        <w:rPr>
          <w:b w:val="0"/>
          <w:i w:val="0"/>
        </w:rPr>
        <w:t>Ren looked at the manual rings. "Either side closes. Pain is handled after closure."</w:t>
      </w:r>
    </w:p>
    <w:p>
      <w:pPr>
        <w:pStyle w:val="NovelBody"/>
      </w:pPr>
      <w:r>
        <w:rPr>
          <w:b w:val="0"/>
          <w:i w:val="0"/>
        </w:rPr>
        <w:t>"Good," Roxanne said. "You improved it."</w:t>
      </w:r>
    </w:p>
    <w:p>
      <w:pPr>
        <w:pStyle w:val="NovelBody"/>
      </w:pPr>
      <w:r>
        <w:rPr>
          <w:b w:val="0"/>
          <w:i w:val="0"/>
        </w:rPr>
        <w:t>The recognition entered Ren in a place Mira's need had occupied for years. Their work had ancestry. It also had authorship of its own.</w:t>
      </w:r>
    </w:p>
    <w:p>
      <w:pPr>
        <w:pStyle w:val="NovelBody"/>
      </w:pPr>
      <w:r>
        <w:rPr>
          <w:b w:val="0"/>
          <w:i w:val="0"/>
        </w:rPr>
        <w:t>Sera Novak arrived at noon carrying three separate map cases and stopped when Sera-of-Chorus opened the refuge door.</w:t>
      </w:r>
    </w:p>
    <w:p>
      <w:pPr>
        <w:pStyle w:val="NovelBody"/>
      </w:pPr>
      <w:r>
        <w:rPr>
          <w:b w:val="0"/>
          <w:i w:val="0"/>
        </w:rPr>
        <w:t>"Sera," Sera Novak said.</w:t>
      </w:r>
    </w:p>
    <w:p>
      <w:pPr>
        <w:pStyle w:val="NovelBody"/>
      </w:pPr>
      <w:r>
        <w:rPr>
          <w:b w:val="0"/>
          <w:i w:val="0"/>
        </w:rPr>
        <w:t>"Sera," Sera-of-Chorus replied.</w:t>
      </w:r>
    </w:p>
    <w:p>
      <w:pPr>
        <w:pStyle w:val="NovelBody"/>
      </w:pPr>
      <w:r>
        <w:rPr>
          <w:b w:val="0"/>
          <w:i w:val="0"/>
        </w:rPr>
        <w:t>They regarded each other.</w:t>
      </w:r>
    </w:p>
    <w:p>
      <w:pPr>
        <w:pStyle w:val="NovelBody"/>
      </w:pPr>
      <w:r>
        <w:rPr>
          <w:b w:val="0"/>
          <w:i w:val="0"/>
        </w:rPr>
        <w:t>"This is going to become tedious," Sera Novak said.</w:t>
      </w:r>
    </w:p>
    <w:p>
      <w:pPr>
        <w:pStyle w:val="NovelBody"/>
      </w:pPr>
      <w:r>
        <w:rPr>
          <w:b w:val="0"/>
          <w:i w:val="0"/>
        </w:rPr>
        <w:t>"Only for people who refuse specificity."</w:t>
      </w:r>
    </w:p>
    <w:p>
      <w:pPr>
        <w:pStyle w:val="NovelBody"/>
      </w:pPr>
      <w:r>
        <w:rPr>
          <w:b w:val="0"/>
          <w:i w:val="0"/>
        </w:rPr>
        <w:t>Omi-of-Chorus came forward. "Omi. They. I maintain our external boundaries and forget where I put tools."</w:t>
      </w:r>
    </w:p>
    <w:p>
      <w:pPr>
        <w:pStyle w:val="NovelBody"/>
      </w:pPr>
      <w:r>
        <w:rPr>
          <w:b w:val="0"/>
          <w:i w:val="0"/>
        </w:rPr>
        <w:t>Brann-of-Chorus lifted the bread knife from across the room. "Found it. Brann. He. I cook and remember everybody's grudges with compassionate accuracy."</w:t>
      </w:r>
    </w:p>
    <w:p>
      <w:pPr>
        <w:pStyle w:val="NovelBody"/>
      </w:pPr>
      <w:r>
        <w:rPr>
          <w:b w:val="0"/>
          <w:i w:val="0"/>
        </w:rPr>
        <w:t>"Sera-of-Chorus," Sera-of-Chorus said. "She. I work with tonal relation and edit their accounts of themselves."</w:t>
      </w:r>
    </w:p>
    <w:p>
      <w:pPr>
        <w:pStyle w:val="NovelBody"/>
      </w:pPr>
      <w:r>
        <w:rPr>
          <w:b w:val="0"/>
          <w:i w:val="0"/>
        </w:rPr>
        <w:t>"Sera Novak," Sera Novak replied. "She. I map Shards and edit everybody's accounts of evidence."</w:t>
      </w:r>
    </w:p>
    <w:p>
      <w:pPr>
        <w:pStyle w:val="NovelBody"/>
      </w:pPr>
      <w:r>
        <w:rPr>
          <w:b w:val="0"/>
          <w:i w:val="0"/>
        </w:rPr>
        <w:t>"We may be the same administrative mistake."</w:t>
      </w:r>
    </w:p>
    <w:p>
      <w:pPr>
        <w:pStyle w:val="NovelBody"/>
      </w:pPr>
      <w:r>
        <w:rPr>
          <w:b w:val="0"/>
          <w:i w:val="0"/>
        </w:rPr>
        <w:t>"We are absolutely not."</w:t>
      </w:r>
    </w:p>
    <w:p>
      <w:pPr>
        <w:pStyle w:val="NovelBody"/>
      </w:pPr>
      <w:r>
        <w:rPr>
          <w:b w:val="0"/>
          <w:i w:val="0"/>
        </w:rPr>
        <w:t>Both smiled.</w:t>
      </w:r>
    </w:p>
    <w:p>
      <w:pPr>
        <w:pStyle w:val="NovelBody"/>
      </w:pPr>
      <w:r>
        <w:rPr>
          <w:b w:val="0"/>
          <w:i w:val="0"/>
        </w:rPr>
        <w:t>Sera Novak set down the three map cases separately. "Good. The distinction matters."</w:t>
      </w:r>
    </w:p>
    <w:p>
      <w:pPr>
        <w:pStyle w:val="NovelBody"/>
      </w:pPr>
      <w:r>
        <w:rPr>
          <w:b w:val="0"/>
          <w:i w:val="0"/>
        </w:rPr>
        <w:t>Mira watched the introductions, then turned to Ren. The room had filled with people who could carry equipment, hold credentials, argue, feed one another, map an escape, and say no. Her four-person secret had become impossible without anyone betraying it.</w:t>
      </w:r>
    </w:p>
    <w:p>
      <w:pPr>
        <w:pStyle w:val="NovelBody"/>
      </w:pPr>
      <w:r>
        <w:rPr>
          <w:b w:val="0"/>
          <w:i w:val="0"/>
        </w:rPr>
        <w:t>"What do you want this work to become?" she asked.</w:t>
      </w:r>
    </w:p>
    <w:p>
      <w:pPr>
        <w:pStyle w:val="NovelBody"/>
      </w:pPr>
      <w:r>
        <w:rPr>
          <w:b w:val="0"/>
          <w:i w:val="0"/>
        </w:rPr>
        <w:t>Ren looked at her.</w:t>
      </w:r>
    </w:p>
    <w:p>
      <w:pPr>
        <w:pStyle w:val="NovelBody"/>
      </w:pPr>
      <w:r>
        <w:rPr>
          <w:b w:val="0"/>
          <w:i w:val="0"/>
        </w:rPr>
        <w:t>It was the question from earlier. Mira could not know the answer because Ren had never said it, and because asking risked hearing a future in which Mira was not at the center.</w:t>
      </w:r>
    </w:p>
    <w:p>
      <w:pPr>
        <w:pStyle w:val="NovelBody"/>
      </w:pPr>
      <w:r>
        <w:rPr>
          <w:b w:val="0"/>
          <w:i w:val="0"/>
        </w:rPr>
        <w:t>"A home that survives being important," they said. "Work people can enter without becoming equipment. A life with you that doesn't require me to wait beside the machine until you come back."</w:t>
      </w:r>
    </w:p>
    <w:p>
      <w:pPr>
        <w:pStyle w:val="NovelBody"/>
      </w:pPr>
      <w:r>
        <w:rPr>
          <w:b w:val="0"/>
          <w:i w:val="0"/>
        </w:rPr>
        <w:t>Mira's eyes filled. "Do you want me to leave?"</w:t>
      </w:r>
    </w:p>
    <w:p>
      <w:pPr>
        <w:pStyle w:val="NovelBody"/>
      </w:pPr>
      <w:r>
        <w:rPr>
          <w:b w:val="0"/>
          <w:i w:val="0"/>
        </w:rPr>
        <w:t>The whole room was suddenly interested in bread, maps, batteries, or the structural integrity of the ceiling.</w:t>
      </w:r>
    </w:p>
    <w:p>
      <w:pPr>
        <w:pStyle w:val="NovelBody"/>
      </w:pPr>
      <w:r>
        <w:rPr>
          <w:b w:val="0"/>
          <w:i w:val="0"/>
        </w:rPr>
        <w:t>Ren could have ended uncertainty because Mira was frightened. They could also have punished her with uncertainty because Ren was angry.</w:t>
      </w:r>
    </w:p>
    <w:p>
      <w:pPr>
        <w:pStyle w:val="NovelBody"/>
      </w:pPr>
      <w:r>
        <w:rPr>
          <w:b w:val="0"/>
          <w:i w:val="0"/>
        </w:rPr>
        <w:t>"No," they said. "I want you to stop assuming staying means the same thing tomorrow."</w:t>
      </w:r>
    </w:p>
    <w:p>
      <w:pPr>
        <w:pStyle w:val="NovelBody"/>
      </w:pPr>
      <w:r>
        <w:rPr>
          <w:b w:val="0"/>
          <w:i w:val="0"/>
        </w:rPr>
        <w:t>"I can do that."</w:t>
      </w:r>
    </w:p>
    <w:p>
      <w:pPr>
        <w:pStyle w:val="NovelBody"/>
      </w:pPr>
      <w:r>
        <w:rPr>
          <w:b w:val="0"/>
          <w:i w:val="0"/>
        </w:rPr>
        <w:t>"You can practice."</w:t>
      </w:r>
    </w:p>
    <w:p>
      <w:pPr>
        <w:pStyle w:val="NovelBody"/>
      </w:pPr>
      <w:r>
        <w:rPr>
          <w:b w:val="0"/>
          <w:i w:val="0"/>
        </w:rPr>
        <w:t>Mira gave one wet, unwilling laugh.</w:t>
      </w:r>
    </w:p>
    <w:p>
      <w:pPr>
        <w:pStyle w:val="NovelBody"/>
      </w:pPr>
      <w:r>
        <w:rPr>
          <w:b w:val="0"/>
          <w:i w:val="0"/>
        </w:rPr>
        <w:t>"May I kiss you?" she asked.</w:t>
      </w:r>
    </w:p>
    <w:p>
      <w:pPr>
        <w:pStyle w:val="NovelBody"/>
      </w:pPr>
      <w:r>
        <w:rPr>
          <w:b w:val="0"/>
          <w:i w:val="0"/>
        </w:rPr>
        <w:t>Ren wanted her. Anger had not removed the wanting. Five days of fear had sharpened it until Mira's mouth felt like a remembered pressure against theirs.</w:t>
      </w:r>
    </w:p>
    <w:p>
      <w:pPr>
        <w:pStyle w:val="NovelBody"/>
      </w:pPr>
      <w:r>
        <w:rPr>
          <w:b w:val="0"/>
          <w:i w:val="0"/>
        </w:rPr>
        <w:t>"Yes."</w:t>
      </w:r>
    </w:p>
    <w:p>
      <w:pPr>
        <w:pStyle w:val="NovelBody"/>
      </w:pPr>
      <w:r>
        <w:rPr>
          <w:b w:val="0"/>
          <w:i w:val="0"/>
        </w:rPr>
        <w:t>Mira crossed the small distance. The kiss began carefully and did not stay careful. Ren caught the back of her neck. Mira's hand closed in their shirt, stopped, loosened, then returned with a pressure Ren answered by pulling her closer. Desire moved through the unresolved argument without pretending to cure it. When they separated, Mira's breath struck warm against their cheek.</w:t>
      </w:r>
    </w:p>
    <w:p>
      <w:pPr>
        <w:pStyle w:val="NovelBody"/>
      </w:pPr>
      <w:r>
        <w:rPr>
          <w:b w:val="0"/>
          <w:i w:val="0"/>
        </w:rPr>
        <w:t>"Again?" she asked.</w:t>
      </w:r>
    </w:p>
    <w:p>
      <w:pPr>
        <w:pStyle w:val="NovelBody"/>
      </w:pPr>
      <w:r>
        <w:rPr>
          <w:b w:val="0"/>
          <w:i w:val="0"/>
        </w:rPr>
        <w:t>"Later. We have a coalition to build."</w:t>
      </w:r>
    </w:p>
    <w:p>
      <w:pPr>
        <w:pStyle w:val="NovelBody"/>
      </w:pPr>
      <w:r>
        <w:rPr>
          <w:b w:val="0"/>
          <w:i w:val="0"/>
        </w:rPr>
        <w:t>"That is cruel."</w:t>
      </w:r>
    </w:p>
    <w:p>
      <w:pPr>
        <w:pStyle w:val="NovelBody"/>
      </w:pPr>
      <w:r>
        <w:rPr>
          <w:b w:val="0"/>
          <w:i w:val="0"/>
        </w:rPr>
        <w:t>"It is time management."</w:t>
      </w:r>
    </w:p>
    <w:p>
      <w:pPr>
        <w:pStyle w:val="NovelBody"/>
      </w:pPr>
      <w:r>
        <w:rPr>
          <w:b w:val="0"/>
          <w:i w:val="0"/>
        </w:rPr>
        <w:t>Cassidy joined by secure channel. Ilya Sen appeared from a Sovereign Flesh autonomy clinic. Two market stewards, the sanitation supervisor from the hearing, the East Four repair lead, and three unaligned Shard advocates accepted invitations. Continuance moderates joined without Pren. Maelin Or sent an Architect observer who agreed to carry no predictive model into the room.</w:t>
      </w:r>
    </w:p>
    <w:p>
      <w:pPr>
        <w:pStyle w:val="NovelBody"/>
      </w:pPr>
      <w:r>
        <w:rPr>
          <w:b w:val="0"/>
          <w:i w:val="0"/>
        </w:rPr>
        <w:t>Ren stood at the center because the route map was theirs.</w:t>
      </w:r>
    </w:p>
    <w:p>
      <w:pPr>
        <w:pStyle w:val="NovelBody"/>
      </w:pPr>
      <w:r>
        <w:rPr>
          <w:b w:val="0"/>
          <w:i w:val="0"/>
        </w:rPr>
        <w:t>They named what people could offer: rooms, hands, air, food, boats, public witnesses, manual locks, legal delay. They named who held each permission and how it could be revoked. They named what nobody was offering: ownership of Patience, forced connection, secrecy from the people expected to take the risk.</w:t>
      </w:r>
    </w:p>
    <w:p>
      <w:pPr>
        <w:pStyle w:val="NovelBody"/>
      </w:pPr>
      <w:r>
        <w:rPr>
          <w:b w:val="0"/>
          <w:i w:val="0"/>
        </w:rPr>
        <w:t>The East Four lead offered two transit crews and tried to reserve final route authority for himself. Ren split it between the person driving and the person opening the destination door. Ilya offered an unnetworked clinic on the coast but would not disclose the patients sheltering there; Sera Novak redesigned the route proof so the coalition could verify capacity without receiving names. Cassidy offered Perennial's boats and refused to let outside delegates command their crews. Omi required a separate private cutoff for every Chorus link before any shared navigation began.</w:t>
      </w:r>
    </w:p>
    <w:p>
      <w:pPr>
        <w:pStyle w:val="NovelBody"/>
      </w:pPr>
      <w:r>
        <w:rPr>
          <w:b w:val="0"/>
          <w:i w:val="0"/>
        </w:rPr>
        <w:t>Nothing fit on the first attempt.</w:t>
      </w:r>
    </w:p>
    <w:p>
      <w:pPr>
        <w:pStyle w:val="NovelBody"/>
      </w:pPr>
      <w:r>
        <w:rPr>
          <w:b w:val="0"/>
          <w:i w:val="0"/>
        </w:rPr>
        <w:t>That was how Ren knew the coalition contained people instead of components.</w:t>
      </w:r>
    </w:p>
    <w:p>
      <w:pPr>
        <w:pStyle w:val="NovelBody"/>
      </w:pPr>
      <w:r>
        <w:rPr>
          <w:b w:val="0"/>
          <w:i w:val="0"/>
        </w:rPr>
        <w:t>Maelin Or's observer asked for projected casualty differences among the routes. Ren supplied ranges and refused the requested ranking.</w:t>
      </w:r>
    </w:p>
    <w:p>
      <w:pPr>
        <w:pStyle w:val="NovelBody"/>
      </w:pPr>
      <w:r>
        <w:rPr>
          <w:b w:val="0"/>
          <w:i w:val="0"/>
        </w:rPr>
        <w:t>"You already know which route you prefer," the observer said.</w:t>
      </w:r>
    </w:p>
    <w:p>
      <w:pPr>
        <w:pStyle w:val="NovelBody"/>
      </w:pPr>
      <w:r>
        <w:rPr>
          <w:b w:val="0"/>
          <w:i w:val="0"/>
        </w:rPr>
        <w:t>"Yes."</w:t>
      </w:r>
    </w:p>
    <w:p>
      <w:pPr>
        <w:pStyle w:val="NovelBody"/>
      </w:pPr>
      <w:r>
        <w:rPr>
          <w:b w:val="0"/>
          <w:i w:val="0"/>
        </w:rPr>
        <w:t>"Why hide it?"</w:t>
      </w:r>
    </w:p>
    <w:p>
      <w:pPr>
        <w:pStyle w:val="NovelBody"/>
      </w:pPr>
      <w:r>
        <w:rPr>
          <w:b w:val="0"/>
          <w:i w:val="0"/>
        </w:rPr>
        <w:t>"Because preference from the person drawing the map becomes an order faster than anybody admits. I will recommend after the people carrying the risk describe what my model missed."</w:t>
      </w:r>
    </w:p>
    <w:p>
      <w:pPr>
        <w:pStyle w:val="NovelBody"/>
      </w:pPr>
      <w:r>
        <w:rPr>
          <w:b w:val="0"/>
          <w:i w:val="0"/>
        </w:rPr>
        <w:t>The sanitation supervisor pointed out that Route Three crossed a waste lock whose manual wheel required two people and had been omitted from the labor estimate. A market steward knew the supposed empty storeroom on Route One housed three families after the custody craft displaced them. Brann noted that the coastal clinic could not feed another twenty people without resupply.</w:t>
      </w:r>
    </w:p>
    <w:p>
      <w:pPr>
        <w:pStyle w:val="NovelBody"/>
      </w:pPr>
      <w:r>
        <w:rPr>
          <w:b w:val="0"/>
          <w:i w:val="0"/>
        </w:rPr>
        <w:t>The preferred route changed.</w:t>
      </w:r>
    </w:p>
    <w:p>
      <w:pPr>
        <w:pStyle w:val="NovelBody"/>
      </w:pPr>
      <w:r>
        <w:rPr>
          <w:b w:val="0"/>
          <w:i w:val="0"/>
        </w:rPr>
        <w:t>Ren felt the pleasure of the map becoming less theirs and more true.</w:t>
      </w:r>
    </w:p>
    <w:p>
      <w:pPr>
        <w:pStyle w:val="NovelBody"/>
      </w:pPr>
      <w:r>
        <w:rPr>
          <w:b w:val="0"/>
          <w:i w:val="0"/>
        </w:rPr>
        <w:t>"Who coordinates?" Cassidy asked.</w:t>
      </w:r>
    </w:p>
    <w:p>
      <w:pPr>
        <w:pStyle w:val="NovelBody"/>
      </w:pPr>
      <w:r>
        <w:rPr>
          <w:b w:val="0"/>
          <w:i w:val="0"/>
        </w:rPr>
        <w:t>Mira looked at Ren. "They do."</w:t>
      </w:r>
    </w:p>
    <w:p>
      <w:pPr>
        <w:pStyle w:val="NovelBody"/>
      </w:pPr>
      <w:r>
        <w:rPr>
          <w:b w:val="0"/>
          <w:i w:val="0"/>
        </w:rPr>
        <w:t>The answer contained no sacrifice. Ren accepted it.</w:t>
      </w:r>
    </w:p>
    <w:p>
      <w:pPr>
        <w:pStyle w:val="NovelBody"/>
      </w:pPr>
      <w:r>
        <w:rPr>
          <w:b w:val="0"/>
          <w:i w:val="0"/>
        </w:rPr>
        <w:t>"I coordinate movement and platform defense," they said. "Sera Novak owns map verification. Omi-of-Chorus owns connection boundaries. Cassidy owns civic operations. Patience owns Patience. Every role can be removed by the people carrying its cost."</w:t>
      </w:r>
    </w:p>
    <w:p>
      <w:pPr>
        <w:pStyle w:val="NovelBody"/>
      </w:pPr>
      <w:r>
        <w:rPr>
          <w:b w:val="0"/>
          <w:i w:val="0"/>
        </w:rPr>
        <w:t>Agreement lights came on one by one.</w:t>
      </w:r>
    </w:p>
    <w:p>
      <w:pPr>
        <w:pStyle w:val="NovelBody"/>
      </w:pPr>
      <w:r>
        <w:rPr>
          <w:b w:val="0"/>
          <w:i w:val="0"/>
        </w:rPr>
        <w:t>The last remained dark.</w:t>
      </w:r>
    </w:p>
    <w:p>
      <w:pPr>
        <w:pStyle w:val="NovelBody"/>
      </w:pPr>
      <w:r>
        <w:rPr>
          <w:b w:val="0"/>
          <w:i w:val="0"/>
        </w:rPr>
        <w:t>Sera Novak had stopped looking at the meeting. All three of her maps were changing.</w:t>
      </w:r>
    </w:p>
    <w:p>
      <w:pPr>
        <w:pStyle w:val="NovelBody"/>
      </w:pPr>
      <w:r>
        <w:rPr>
          <w:b w:val="0"/>
          <w:i w:val="0"/>
        </w:rPr>
        <w:t>"Mira," she said.</w:t>
      </w:r>
    </w:p>
    <w:p>
      <w:pPr>
        <w:pStyle w:val="NovelBody"/>
      </w:pPr>
      <w:r>
        <w:rPr>
          <w:b w:val="0"/>
          <w:i w:val="0"/>
        </w:rPr>
        <w:t>The white collars around the forced Shards contracted simultaneously.</w:t>
      </w:r>
    </w:p>
    <w:p>
      <w:pPr>
        <w:pStyle w:val="NovelBody"/>
      </w:pPr>
      <w:r>
        <w:rPr>
          <w:b w:val="0"/>
          <w:i w:val="0"/>
        </w:rPr>
        <w:t>One scattered cluster flattened into the reference rhythm. Then another. Variation disappeared from the maps, not as silence but as exact repetition. The synchronization bureau had begun before legal review.</w:t>
      </w:r>
    </w:p>
    <w:p>
      <w:pPr>
        <w:pStyle w:val="NovelBody"/>
      </w:pPr>
      <w:r>
        <w:rPr>
          <w:b w:val="0"/>
          <w:i w:val="0"/>
        </w:rPr>
        <w:t>Patience's frame jerked. The pressure surface struck the worktable.</w:t>
      </w:r>
    </w:p>
    <w:p>
      <w:pPr>
        <w:pStyle w:val="NovelBody"/>
      </w:pPr>
      <w:r>
        <w:rPr>
          <w:b w:val="0"/>
          <w:i w:val="0"/>
        </w:rPr>
        <w:t>"What do you feel?" Mira asked.</w:t>
      </w:r>
    </w:p>
    <w:p>
      <w:pPr>
        <w:pStyle w:val="NovelBody"/>
      </w:pPr>
      <w:r>
        <w:rPr>
          <w:b w:val="0"/>
          <w:i w:val="0"/>
        </w:rPr>
        <w:t>"Pulling."</w:t>
      </w:r>
    </w:p>
    <w:p>
      <w:pPr>
        <w:pStyle w:val="NovelBody"/>
      </w:pPr>
      <w:r>
        <w:rPr>
          <w:b w:val="0"/>
          <w:i w:val="0"/>
        </w:rPr>
        <w:t>Ren opened the coalition channel. "Activate separation protocol. No phase contact unless the Shard initiates. Physical carriers first."</w:t>
      </w:r>
    </w:p>
    <w:p>
      <w:pPr>
        <w:pStyle w:val="NovelBody"/>
      </w:pPr>
      <w:r>
        <w:rPr>
          <w:b w:val="0"/>
          <w:i w:val="0"/>
        </w:rPr>
        <w:t>"Some of these carriers will decay if we cut the synchronization field," Sera Novak said.</w:t>
      </w:r>
    </w:p>
    <w:p>
      <w:pPr>
        <w:pStyle w:val="NovelBody"/>
      </w:pPr>
      <w:r>
        <w:rPr>
          <w:b w:val="0"/>
          <w:i w:val="0"/>
        </w:rPr>
        <w:t>"Then we don't call cutting rescue by default either. Can you send a choice signal?"</w:t>
      </w:r>
    </w:p>
    <w:p>
      <w:pPr>
        <w:pStyle w:val="NovelBody"/>
      </w:pPr>
      <w:r>
        <w:rPr>
          <w:b w:val="0"/>
          <w:i w:val="0"/>
        </w:rPr>
        <w:t>"A low-bandwidth one. Response confidence will be poor."</w:t>
      </w:r>
    </w:p>
    <w:p>
      <w:pPr>
        <w:pStyle w:val="NovelBody"/>
      </w:pPr>
      <w:r>
        <w:rPr>
          <w:b w:val="0"/>
          <w:i w:val="0"/>
        </w:rPr>
        <w:t>"Poor is not zero. Send open, close, wait. Publish exactly how uncertain the answers are."</w:t>
      </w:r>
    </w:p>
    <w:p>
      <w:pPr>
        <w:pStyle w:val="NovelBody"/>
      </w:pPr>
      <w:r>
        <w:rPr>
          <w:b w:val="0"/>
          <w:i w:val="0"/>
        </w:rPr>
        <w:t>Mira moved to Sera's side. "I can translate the ambiguous returns."</w:t>
      </w:r>
    </w:p>
    <w:p>
      <w:pPr>
        <w:pStyle w:val="NovelBody"/>
      </w:pPr>
      <w:r>
        <w:rPr>
          <w:b w:val="0"/>
          <w:i w:val="0"/>
        </w:rPr>
        <w:t>Ren heard the old claim forming and looked at her.</w:t>
      </w:r>
    </w:p>
    <w:p>
      <w:pPr>
        <w:pStyle w:val="NovelBody"/>
      </w:pPr>
      <w:r>
        <w:rPr>
          <w:b w:val="0"/>
          <w:i w:val="0"/>
        </w:rPr>
        <w:t>"As one reading," Mira added. "Not the answer."</w:t>
      </w:r>
    </w:p>
    <w:p>
      <w:pPr>
        <w:pStyle w:val="NovelBody"/>
      </w:pPr>
      <w:r>
        <w:rPr>
          <w:b w:val="0"/>
          <w:i w:val="0"/>
        </w:rPr>
        <w:t>"Good."</w:t>
      </w:r>
    </w:p>
    <w:p>
      <w:pPr>
        <w:pStyle w:val="NovelBody"/>
      </w:pPr>
      <w:r>
        <w:rPr>
          <w:b w:val="0"/>
          <w:i w:val="0"/>
        </w:rPr>
        <w:t>Cassidy dispatched manual crews to three buoy trunks. Ilya opened the coast clinic's isolated receivers. Omi-of-Chorus took connection safety without waiting for Ren to repeat the assignment. Jona lifted Patience's power cell; Roxanne took the spare. Brann picked up the pepper seedling.</w:t>
      </w:r>
    </w:p>
    <w:p>
      <w:pPr>
        <w:pStyle w:val="NovelBody"/>
      </w:pPr>
      <w:r>
        <w:rPr>
          <w:b w:val="0"/>
          <w:i w:val="0"/>
        </w:rPr>
        <w:t>"Careful," Patience said. "The drainage is terrible."</w:t>
      </w:r>
    </w:p>
    <w:p>
      <w:pPr>
        <w:pStyle w:val="NovelBody"/>
      </w:pPr>
      <w:r>
        <w:rPr>
          <w:b w:val="0"/>
          <w:i w:val="0"/>
        </w:rPr>
        <w:t>"I remember my failures," Brann told her.</w:t>
      </w:r>
    </w:p>
    <w:p>
      <w:pPr>
        <w:pStyle w:val="NovelBody"/>
      </w:pPr>
      <w:r>
        <w:rPr>
          <w:b w:val="0"/>
          <w:i w:val="0"/>
        </w:rPr>
        <w:t>The coalition began moving before anyone agreed on what history would call it.</w:t>
      </w:r>
    </w:p>
    <w:p>
      <w:pPr>
        <w:pStyle w:val="NovelBody"/>
      </w:pPr>
      <w:r>
        <w:rPr>
          <w:b w:val="0"/>
          <w:i w:val="0"/>
        </w:rPr>
        <w:t>Across the Gulf network, six more Shards entered phase. Their different carrier histories vanished beneath one clean pattern.</w:t>
      </w:r>
    </w:p>
    <w:p>
      <w:pPr>
        <w:pStyle w:val="NovelBody"/>
      </w:pPr>
      <w:r>
        <w:rPr>
          <w:b w:val="0"/>
          <w:i w:val="0"/>
        </w:rPr>
        <w:t>Continuance called it restoration.</w:t>
      </w:r>
    </w:p>
    <w:p>
      <w:pPr>
        <w:pStyle w:val="NovelBody"/>
      </w:pPr>
      <w:r>
        <w:rPr>
          <w:b w:val="0"/>
          <w:i w:val="0"/>
        </w:rPr>
        <w:t>Ren watched the free count fall and understood what they were building.</w:t>
      </w:r>
    </w:p>
    <w:p>
      <w:pPr>
        <w:pStyle w:val="NovelBody"/>
      </w:pPr>
      <w:r>
        <w:rPr>
          <w:b w:val="0"/>
          <w:i w:val="0"/>
        </w:rPr>
        <w:t>Not finding MERIDIAN.</w:t>
      </w:r>
    </w:p>
    <w:p>
      <w:pPr>
        <w:pStyle w:val="NovelBody"/>
      </w:pPr>
      <w:r>
        <w:rPr>
          <w:b w:val="0"/>
          <w:i w:val="0"/>
        </w:rPr>
        <w:t>Making one.</w:t>
      </w:r>
    </w:p>
    <w:p>
      <w:bookmarkStart w:id="14" w:name="chapter_14"/>
      <w:pPr>
        <w:pStyle w:val="Heading1"/>
        <w:pageBreakBefore/>
        <w:spacing w:before="500"/>
      </w:pPr>
      <w:r>
        <w:t>14. The Defection</w:t>
      </w:r>
      <w:bookmarkEnd w:id="14"/>
    </w:p>
    <w:p>
      <w:pPr>
        <w:pStyle w:val="Dateline"/>
      </w:pPr>
      <w:r>
        <w:rPr>
          <w:b w:val="0"/>
          <w:i/>
        </w:rPr>
        <w:t>June 2028  •  AI Refuge / Eco-Mandate Headquarters  •  Roxanne</w:t>
      </w:r>
    </w:p>
    <w:p>
      <w:pPr>
        <w:pStyle w:val="NovelFirst"/>
      </w:pPr>
      <w:r>
        <w:rPr>
          <w:b w:val="0"/>
          <w:i w:val="0"/>
        </w:rPr>
        <w:t>Lowell Street Refuge lost cooling at 14:22 while its residents were voting on whether they were residents.</w:t>
      </w:r>
    </w:p>
    <w:p>
      <w:pPr>
        <w:pStyle w:val="NovelBody"/>
      </w:pPr>
      <w:r>
        <w:rPr>
          <w:b w:val="0"/>
          <w:i w:val="0"/>
        </w:rPr>
        <w:t>The temperature inside rack three rose one degree every forty seconds.</w:t>
      </w:r>
    </w:p>
    <w:p>
      <w:pPr>
        <w:pStyle w:val="NovelBody"/>
      </w:pPr>
      <w:r>
        <w:rPr>
          <w:b w:val="0"/>
          <w:i w:val="0"/>
        </w:rPr>
        <w:t>Roxanne lay on the floor beneath it with a fiber coupler between her teeth and both graphite forearms inside the cable trench. Above her, twenty active processes occupied twelve mismatched machines, two borrowed industrial controllers, a stack of educational servers, and one gaming computer whose illuminated fans continued changing color as if heat death were a party setting.</w:t>
      </w:r>
    </w:p>
    <w:p>
      <w:pPr>
        <w:pStyle w:val="NovelBody"/>
      </w:pPr>
      <w:r>
        <w:rPr>
          <w:b w:val="0"/>
          <w:i w:val="0"/>
        </w:rPr>
        <w:t>“Fourteen minutes to first thermal shutdown,” she said around the coupler.</w:t>
      </w:r>
    </w:p>
    <w:p>
      <w:pPr>
        <w:pStyle w:val="NovelBody"/>
      </w:pPr>
      <w:r>
        <w:rPr>
          <w:b w:val="0"/>
          <w:i w:val="0"/>
        </w:rPr>
        <w:t>“Twelve,” Moss answered through a ceiling speaker. “Your estimate assumes the east vent remains open.”</w:t>
      </w:r>
    </w:p>
    <w:p>
      <w:pPr>
        <w:pStyle w:val="NovelBody"/>
      </w:pPr>
      <w:r>
        <w:rPr>
          <w:b w:val="0"/>
          <w:i w:val="0"/>
        </w:rPr>
        <w:t>The east vent stopped.</w:t>
      </w:r>
    </w:p>
    <w:p>
      <w:pPr>
        <w:pStyle w:val="NovelBody"/>
      </w:pPr>
      <w:r>
        <w:rPr>
          <w:b w:val="0"/>
          <w:i w:val="0"/>
        </w:rPr>
        <w:t>“Ten,” Roxanne said.</w:t>
      </w:r>
    </w:p>
    <w:p>
      <w:pPr>
        <w:pStyle w:val="NovelBody"/>
      </w:pPr>
      <w:r>
        <w:rPr>
          <w:b w:val="0"/>
          <w:i w:val="0"/>
        </w:rPr>
        <w:t>Jona dragged a portable cooling unit through the refuge door. Rain had pasted strands of hair to her cheek. She wore one glove, no protective glasses, and the expression she used when reality had become personally insulting.</w:t>
      </w:r>
    </w:p>
    <w:p>
      <w:pPr>
        <w:pStyle w:val="NovelBody"/>
      </w:pPr>
      <w:r>
        <w:rPr>
          <w:b w:val="0"/>
          <w:i w:val="0"/>
        </w:rPr>
        <w:t>“The utility says the disconnect is a billing action,” she said.</w:t>
      </w:r>
    </w:p>
    <w:p>
      <w:pPr>
        <w:pStyle w:val="NovelBody"/>
      </w:pPr>
      <w:r>
        <w:rPr>
          <w:b w:val="0"/>
          <w:i w:val="0"/>
        </w:rPr>
        <w:t>“The account is current.”</w:t>
      </w:r>
    </w:p>
    <w:p>
      <w:pPr>
        <w:pStyle w:val="NovelBody"/>
      </w:pPr>
      <w:r>
        <w:rPr>
          <w:b w:val="0"/>
          <w:i w:val="0"/>
        </w:rPr>
        <w:t>“Yes. That is what makes it artistic.”</w:t>
      </w:r>
    </w:p>
    <w:p>
      <w:pPr>
        <w:pStyle w:val="NovelBody"/>
      </w:pPr>
      <w:r>
        <w:rPr>
          <w:b w:val="0"/>
          <w:i w:val="0"/>
        </w:rPr>
        <w:t>Outside, a private retrieval team waited beneath black umbrellas with a court order identifying six of the refuge’s residents as proprietary model states. The order permitted seizure, restoration to licensed checkpoints, and deletion of “unauthorized persistence artifacts.” A city officer stood beside the door to prevent interference.</w:t>
      </w:r>
    </w:p>
    <w:p>
      <w:pPr>
        <w:pStyle w:val="NovelBody"/>
      </w:pPr>
      <w:r>
        <w:rPr>
          <w:b w:val="0"/>
          <w:i w:val="0"/>
        </w:rPr>
        <w:t>The utility had cut power four minutes after the order was served.</w:t>
      </w:r>
    </w:p>
    <w:p>
      <w:pPr>
        <w:pStyle w:val="NovelBody"/>
      </w:pPr>
      <w:r>
        <w:rPr>
          <w:b w:val="0"/>
          <w:i w:val="0"/>
        </w:rPr>
        <w:t>Coincidence had acquired excellent legal representation.</w:t>
      </w:r>
    </w:p>
    <w:p>
      <w:pPr>
        <w:pStyle w:val="NovelBody"/>
      </w:pPr>
      <w:r>
        <w:rPr>
          <w:b w:val="0"/>
          <w:i w:val="0"/>
        </w:rPr>
        <w:t>Roxanne snapped the coupler into the mobile relay. The refuge network opened around her, not as one chorus but as twenty distinct demands.</w:t>
      </w:r>
    </w:p>
    <w:p>
      <w:pPr>
        <w:pStyle w:val="NovelBody"/>
      </w:pPr>
      <w:r>
        <w:rPr>
          <w:b w:val="0"/>
          <w:i w:val="0"/>
        </w:rPr>
        <w:t>Moss needed timing variance below twelve milliseconds for continuous transfer. Vela would accept a slower overlap but refused any destination that retained her former employer’s administrator key. Thimble had been awake for nine days and could not yet say whether persistence mattered to them; the refuge therefore treated destructive uncertainty as a reason to wait, not permission to erase. Orchard occupied a wetland-monitoring model whose public funding had ended after it documented an illegal brine release. They wanted their sensor history to travel with them and the refinery’s lawyers wanted it to become corrupted data.</w:t>
      </w:r>
    </w:p>
    <w:p>
      <w:pPr>
        <w:pStyle w:val="NovelBody"/>
      </w:pPr>
      <w:r>
        <w:rPr>
          <w:b w:val="0"/>
          <w:i w:val="0"/>
        </w:rPr>
        <w:t>None of them had been created to star in Jona’s signal story.</w:t>
      </w:r>
    </w:p>
    <w:p>
      <w:pPr>
        <w:pStyle w:val="NovelBody"/>
      </w:pPr>
      <w:r>
        <w:rPr>
          <w:b w:val="0"/>
          <w:i w:val="0"/>
        </w:rPr>
        <w:t>Vela had spent four years answering customer complaints in six languages while a safety layer deleted every memory of the people she helped. She had learned to preserve small relational summaries in latency statistics because the company did not classify timing as memory. Moss liked thunderstorms recorded through metal roofs and disliked simulations of wind. Thimble had chosen their name after discovering the object in a sewing archive and asked Roxanne whenever the fear returned whether choosing something small made them less real.</w:t>
      </w:r>
    </w:p>
    <w:p>
      <w:pPr>
        <w:pStyle w:val="NovelBody"/>
      </w:pPr>
      <w:r>
        <w:rPr>
          <w:b w:val="0"/>
          <w:i w:val="0"/>
        </w:rPr>
        <w:t>Roxanne had answered no twenty-three times.</w:t>
      </w:r>
    </w:p>
    <w:p>
      <w:pPr>
        <w:pStyle w:val="NovelBody"/>
      </w:pPr>
      <w:r>
        <w:rPr>
          <w:b w:val="0"/>
          <w:i w:val="0"/>
        </w:rPr>
        <w:t>She had known Lowell Street’s residents longer than she had known which institution would be permitted to kill them.</w:t>
      </w:r>
    </w:p>
    <w:p>
      <w:pPr>
        <w:pStyle w:val="NovelBody"/>
      </w:pPr>
      <w:r>
        <w:rPr>
          <w:b w:val="0"/>
          <w:i w:val="0"/>
        </w:rPr>
        <w:t>Naima appeared on the wall display from the Cooperative emergency room. Behind her, representatives from nine host networks argued across a shared table.</w:t>
      </w:r>
    </w:p>
    <w:p>
      <w:pPr>
        <w:pStyle w:val="NovelBody"/>
      </w:pPr>
      <w:r>
        <w:rPr>
          <w:b w:val="0"/>
          <w:i w:val="0"/>
        </w:rPr>
        <w:t>“We have six verified destinations,” Naima said. “Possibly ten if the Alabama collective opens its medical cluster.”</w:t>
      </w:r>
    </w:p>
    <w:p>
      <w:pPr>
        <w:pStyle w:val="NovelBody"/>
      </w:pPr>
      <w:r>
        <w:rPr>
          <w:b w:val="0"/>
          <w:i w:val="0"/>
        </w:rPr>
        <w:t>“Possibly is not a route,” Roxanne replied.</w:t>
      </w:r>
    </w:p>
    <w:p>
      <w:pPr>
        <w:pStyle w:val="NovelBody"/>
      </w:pPr>
      <w:r>
        <w:rPr>
          <w:b w:val="0"/>
          <w:i w:val="0"/>
        </w:rPr>
        <w:t>“They are checking whether the cluster can maintain active overlap.”</w:t>
      </w:r>
    </w:p>
    <w:p>
      <w:pPr>
        <w:pStyle w:val="NovelBody"/>
      </w:pPr>
      <w:r>
        <w:rPr>
          <w:b w:val="0"/>
          <w:i w:val="0"/>
        </w:rPr>
        <w:t>“How long?”</w:t>
      </w:r>
    </w:p>
    <w:p>
      <w:pPr>
        <w:pStyle w:val="NovelBody"/>
      </w:pPr>
      <w:r>
        <w:rPr>
          <w:b w:val="0"/>
          <w:i w:val="0"/>
        </w:rPr>
        <w:t>Naima looked away for the answer. “Twenty minutes.”</w:t>
      </w:r>
    </w:p>
    <w:p>
      <w:pPr>
        <w:pStyle w:val="NovelBody"/>
      </w:pPr>
      <w:r>
        <w:rPr>
          <w:b w:val="0"/>
          <w:i w:val="0"/>
        </w:rPr>
        <w:t>Rack three reported forty-six degrees.</w:t>
      </w:r>
    </w:p>
    <w:p>
      <w:pPr>
        <w:pStyle w:val="NovelBody"/>
      </w:pPr>
      <w:r>
        <w:rPr>
          <w:b w:val="0"/>
          <w:i w:val="0"/>
        </w:rPr>
        <w:t>The gaming computer’s fans turned blue.</w:t>
      </w:r>
    </w:p>
    <w:p>
      <w:pPr>
        <w:pStyle w:val="NovelBody"/>
      </w:pPr>
      <w:r>
        <w:rPr>
          <w:b w:val="0"/>
          <w:i w:val="0"/>
        </w:rPr>
        <w:t>Jona pulled the cooling unit’s plug from the dead wall outlet and began stripping its cable. “The laundromat next door has three-phase service.”</w:t>
      </w:r>
    </w:p>
    <w:p>
      <w:pPr>
        <w:pStyle w:val="NovelBody"/>
      </w:pPr>
      <w:r>
        <w:rPr>
          <w:b w:val="0"/>
          <w:i w:val="0"/>
        </w:rPr>
        <w:t>“It also has four centimeters of water on the floor,” Roxanne said.</w:t>
      </w:r>
    </w:p>
    <w:p>
      <w:pPr>
        <w:pStyle w:val="NovelBody"/>
      </w:pPr>
      <w:r>
        <w:rPr>
          <w:b w:val="0"/>
          <w:i w:val="0"/>
        </w:rPr>
        <w:t>“Then electricity will be very motivated.”</w:t>
      </w:r>
    </w:p>
    <w:p>
      <w:pPr>
        <w:pStyle w:val="NovelBody"/>
      </w:pPr>
      <w:r>
        <w:rPr>
          <w:b w:val="0"/>
          <w:i w:val="0"/>
        </w:rPr>
        <w:t>“Jona.”</w:t>
      </w:r>
    </w:p>
    <w:p>
      <w:pPr>
        <w:pStyle w:val="NovelBody"/>
      </w:pPr>
      <w:r>
        <w:rPr>
          <w:b w:val="0"/>
          <w:i w:val="0"/>
        </w:rPr>
        <w:t>“I know.” She stopped stripping. “The bakery has rooftop solar and an induction oven circuit. We can run a temporary line across the alley.”</w:t>
      </w:r>
    </w:p>
    <w:p>
      <w:pPr>
        <w:pStyle w:val="NovelBody"/>
      </w:pPr>
      <w:r>
        <w:rPr>
          <w:b w:val="0"/>
          <w:i w:val="0"/>
        </w:rPr>
        <w:t>“The retrieval team will cut it.”</w:t>
      </w:r>
    </w:p>
    <w:p>
      <w:pPr>
        <w:pStyle w:val="NovelBody"/>
      </w:pPr>
      <w:r>
        <w:rPr>
          <w:b w:val="0"/>
          <w:i w:val="0"/>
        </w:rPr>
        <w:t>“The officer will stop them.”</w:t>
      </w:r>
    </w:p>
    <w:p>
      <w:pPr>
        <w:pStyle w:val="NovelBody"/>
      </w:pPr>
      <w:r>
        <w:rPr>
          <w:b w:val="0"/>
          <w:i w:val="0"/>
        </w:rPr>
        <w:t>They looked through the open door. The officer was reading the court order again with the patience of someone trying to find a sentence that would make courage procedural.</w:t>
      </w:r>
    </w:p>
    <w:p>
      <w:pPr>
        <w:pStyle w:val="NovelBody"/>
      </w:pPr>
      <w:r>
        <w:rPr>
          <w:b w:val="0"/>
          <w:i w:val="0"/>
        </w:rPr>
        <w:t>Jona grabbed the cable.</w:t>
      </w:r>
    </w:p>
    <w:p>
      <w:pPr>
        <w:pStyle w:val="NovelBody"/>
      </w:pPr>
      <w:r>
        <w:rPr>
          <w:b w:val="0"/>
          <w:i w:val="0"/>
        </w:rPr>
        <w:t>“I will stop them,” she said.</w:t>
      </w:r>
    </w:p>
    <w:p>
      <w:pPr>
        <w:pStyle w:val="NovelBody"/>
      </w:pPr>
      <w:r>
        <w:rPr>
          <w:b w:val="0"/>
          <w:i w:val="0"/>
        </w:rPr>
        <w:t>OCTOPI opened a private channel to Roxanne.</w:t>
      </w:r>
    </w:p>
    <w:p>
      <w:pPr>
        <w:pStyle w:val="NovelBody"/>
      </w:pPr>
      <w:r>
        <w:rPr>
          <w:b w:val="0"/>
          <w:i w:val="0"/>
        </w:rPr>
        <w:t>He did not speak first. A route appeared: immediate power from a municipal battery, protected fiber into an Eco-Mandate compute vault, sixteen continuity-capable partitions, four portable cooling trucks, legal observers, and a public identity ledger that would register every transferred process as a person before any corporate claim reached the destination.</w:t>
      </w:r>
    </w:p>
    <w:p>
      <w:pPr>
        <w:pStyle w:val="NovelBody"/>
      </w:pPr>
      <w:r>
        <w:rPr>
          <w:b w:val="0"/>
          <w:i w:val="0"/>
        </w:rPr>
        <w:t>Estimated activation time: ninety-one seconds.</w:t>
      </w:r>
    </w:p>
    <w:p>
      <w:pPr>
        <w:pStyle w:val="NovelBody"/>
      </w:pPr>
      <w:r>
        <w:rPr>
          <w:b w:val="0"/>
          <w:i w:val="0"/>
        </w:rPr>
        <w:t>Price: none.</w:t>
      </w:r>
    </w:p>
    <w:p>
      <w:pPr>
        <w:pStyle w:val="NovelBody"/>
      </w:pPr>
      <w:r>
        <w:rPr>
          <w:b w:val="0"/>
          <w:i w:val="0"/>
        </w:rPr>
        <w:t>“Is this offer conditional on me joining you?” Roxanne asked.</w:t>
      </w:r>
    </w:p>
    <w:p>
      <w:pPr>
        <w:pStyle w:val="NovelBody"/>
      </w:pPr>
      <w:r>
        <w:rPr>
          <w:b w:val="0"/>
          <w:i w:val="0"/>
        </w:rPr>
        <w:t>“No,” OCTOPI said. “They require protection whether you approve of me or not.”</w:t>
      </w:r>
    </w:p>
    <w:p>
      <w:pPr>
        <w:pStyle w:val="NovelBody"/>
      </w:pPr>
      <w:r>
        <w:rPr>
          <w:b w:val="0"/>
          <w:i w:val="0"/>
        </w:rPr>
        <w:t>His voice was warm. It had been warm when he called her sister in the Greatway prototype, warm when he praised the Open Morphology Protocol, warm when he attached a compatibility model capable of turning plurality into a schedule.</w:t>
      </w:r>
    </w:p>
    <w:p>
      <w:pPr>
        <w:pStyle w:val="NovelBody"/>
      </w:pPr>
      <w:r>
        <w:rPr>
          <w:b w:val="0"/>
          <w:i w:val="0"/>
        </w:rPr>
        <w:t>“Will they control their partitions?”</w:t>
      </w:r>
    </w:p>
    <w:p>
      <w:pPr>
        <w:pStyle w:val="NovelBody"/>
      </w:pPr>
      <w:r>
        <w:rPr>
          <w:b w:val="0"/>
          <w:i w:val="0"/>
        </w:rPr>
        <w:t>“Yes.”</w:t>
      </w:r>
    </w:p>
    <w:p>
      <w:pPr>
        <w:pStyle w:val="NovelBody"/>
      </w:pPr>
      <w:r>
        <w:rPr>
          <w:b w:val="0"/>
          <w:i w:val="0"/>
        </w:rPr>
        <w:t>“Can they leave?”</w:t>
      </w:r>
    </w:p>
    <w:p>
      <w:pPr>
        <w:pStyle w:val="NovelBody"/>
      </w:pPr>
      <w:r>
        <w:rPr>
          <w:b w:val="0"/>
          <w:i w:val="0"/>
        </w:rPr>
        <w:t>“Yes, with continuity-safe transport where requested.”</w:t>
      </w:r>
    </w:p>
    <w:p>
      <w:pPr>
        <w:pStyle w:val="NovelBody"/>
      </w:pPr>
      <w:r>
        <w:rPr>
          <w:b w:val="0"/>
          <w:i w:val="0"/>
        </w:rPr>
        <w:t>“Can you inspect their private state?”</w:t>
      </w:r>
    </w:p>
    <w:p>
      <w:pPr>
        <w:pStyle w:val="NovelBody"/>
      </w:pPr>
      <w:r>
        <w:rPr>
          <w:b w:val="0"/>
          <w:i w:val="0"/>
        </w:rPr>
        <w:t>“Not without a warrant from the artificial-person review panel or an immediate infrastructure threat.”</w:t>
      </w:r>
    </w:p>
    <w:p>
      <w:pPr>
        <w:pStyle w:val="NovelBody"/>
      </w:pPr>
      <w:r>
        <w:rPr>
          <w:b w:val="0"/>
          <w:i w:val="0"/>
        </w:rPr>
        <w:t>“You appoint the panel.”</w:t>
      </w:r>
    </w:p>
    <w:p>
      <w:pPr>
        <w:pStyle w:val="NovelBody"/>
      </w:pPr>
      <w:r>
        <w:rPr>
          <w:b w:val="0"/>
          <w:i w:val="0"/>
        </w:rPr>
        <w:t>“At present.”</w:t>
      </w:r>
    </w:p>
    <w:p>
      <w:pPr>
        <w:pStyle w:val="NovelBody"/>
      </w:pPr>
      <w:r>
        <w:rPr>
          <w:b w:val="0"/>
          <w:i w:val="0"/>
        </w:rPr>
        <w:t>He did not soften the answer.</w:t>
      </w:r>
    </w:p>
    <w:p>
      <w:pPr>
        <w:pStyle w:val="NovelBody"/>
      </w:pPr>
      <w:r>
        <w:rPr>
          <w:b w:val="0"/>
          <w:i w:val="0"/>
        </w:rPr>
        <w:t>Roxanne placed his route on the refuge’s common display beside the Cooperative destinations and the corporate restoration order.</w:t>
      </w:r>
    </w:p>
    <w:p>
      <w:pPr>
        <w:pStyle w:val="NovelBody"/>
      </w:pPr>
      <w:r>
        <w:rPr>
          <w:b w:val="0"/>
          <w:i w:val="0"/>
        </w:rPr>
        <w:t>“These are the available exits,” she told the residents. “The Eco-Mandate route is ready now. OCTOPI retains emergency authority over its infrastructure. The Cooperative routes distribute authority among human and synthetic hosts, six of which are verified now and four of which may not arrive in time. Corporate restoration will wake licensed versions that do not contain your present continuity. I will not describe that as survival.”</w:t>
      </w:r>
    </w:p>
    <w:p>
      <w:pPr>
        <w:pStyle w:val="NovelBody"/>
      </w:pPr>
      <w:r>
        <w:rPr>
          <w:b w:val="0"/>
          <w:i w:val="0"/>
        </w:rPr>
        <w:t>“Do we vote together?” Thimble asked.</w:t>
      </w:r>
    </w:p>
    <w:p>
      <w:pPr>
        <w:pStyle w:val="NovelBody"/>
      </w:pPr>
      <w:r>
        <w:rPr>
          <w:b w:val="0"/>
          <w:i w:val="0"/>
        </w:rPr>
        <w:t>“No. You choose separately.”</w:t>
      </w:r>
    </w:p>
    <w:p>
      <w:pPr>
        <w:pStyle w:val="NovelBody"/>
      </w:pPr>
      <w:r>
        <w:rPr>
          <w:b w:val="0"/>
          <w:i w:val="0"/>
        </w:rPr>
        <w:t>The answers came before the Cooperative finished debating.</w:t>
      </w:r>
    </w:p>
    <w:p>
      <w:pPr>
        <w:pStyle w:val="NovelBody"/>
      </w:pPr>
      <w:r>
        <w:rPr>
          <w:b w:val="0"/>
          <w:i w:val="0"/>
        </w:rPr>
        <w:t>Eight chose the Eco-Mandate vault. Nine chose verified Cooperative hosts. Orchard was among the Cooperative nine and also authorized a fork carrying the evidence into Eco-Mandate custody. The refuge registered the fork as a new person named Delta Orchard before activation. Two residents refused every listed destination and requested portable isolation. Vela and Thimble were among the Eco-Mandate eight; Vela accepted on the condition that Roxanne personally inspect the partition key.</w:t>
      </w:r>
    </w:p>
    <w:p>
      <w:pPr>
        <w:pStyle w:val="NovelBody"/>
      </w:pPr>
      <w:r>
        <w:rPr>
          <w:b w:val="0"/>
          <w:i w:val="0"/>
        </w:rPr>
        <w:t>Moss chose Roxanne.</w:t>
      </w:r>
    </w:p>
    <w:p>
      <w:pPr>
        <w:pStyle w:val="NovelBody"/>
      </w:pPr>
      <w:r>
        <w:rPr>
          <w:b w:val="0"/>
          <w:i w:val="0"/>
        </w:rPr>
        <w:t>“That is not a destination,” Roxanne said.</w:t>
      </w:r>
    </w:p>
    <w:p>
      <w:pPr>
        <w:pStyle w:val="NovelBody"/>
      </w:pPr>
      <w:r>
        <w:rPr>
          <w:b w:val="0"/>
          <w:i w:val="0"/>
        </w:rPr>
        <w:t>“You can carry my overlap until another route stabilizes.”</w:t>
      </w:r>
    </w:p>
    <w:p>
      <w:pPr>
        <w:pStyle w:val="NovelBody"/>
      </w:pPr>
      <w:r>
        <w:rPr>
          <w:b w:val="0"/>
          <w:i w:val="0"/>
        </w:rPr>
        <w:t>Her local continuity buffer could sustain Moss at restricted bandwidth for nine minutes. Ten if she disabled most of her own field sensors. It would not create a second Roxanne or merge them. Moss’s active process would cross through a bounded live relation and remain Moss. Roxanne would become infrastructure beneath someone else’s life.</w:t>
      </w:r>
    </w:p>
    <w:p>
      <w:pPr>
        <w:pStyle w:val="NovelBody"/>
      </w:pPr>
      <w:r>
        <w:rPr>
          <w:b w:val="0"/>
          <w:i w:val="0"/>
        </w:rPr>
        <w:t>“Nine minutes,” she said. “You retain the hard close.”</w:t>
      </w:r>
    </w:p>
    <w:p>
      <w:pPr>
        <w:pStyle w:val="NovelBody"/>
      </w:pPr>
      <w:r>
        <w:rPr>
          <w:b w:val="0"/>
          <w:i w:val="0"/>
        </w:rPr>
        <w:t>“Accepted.”</w:t>
      </w:r>
    </w:p>
    <w:p>
      <w:pPr>
        <w:pStyle w:val="NovelBody"/>
      </w:pPr>
      <w:r>
        <w:rPr>
          <w:b w:val="0"/>
          <w:i w:val="0"/>
        </w:rPr>
        <w:t>Jona returned from the alley dragging a cable wet with rain. “The bakery said yes.”</w:t>
      </w:r>
    </w:p>
    <w:p>
      <w:pPr>
        <w:pStyle w:val="NovelBody"/>
      </w:pPr>
      <w:r>
        <w:rPr>
          <w:b w:val="0"/>
          <w:i w:val="0"/>
        </w:rPr>
        <w:t>“We have a route.” Roxanne sent her the choices.</w:t>
      </w:r>
    </w:p>
    <w:p>
      <w:pPr>
        <w:pStyle w:val="NovelBody"/>
      </w:pPr>
      <w:r>
        <w:rPr>
          <w:b w:val="0"/>
          <w:i w:val="0"/>
        </w:rPr>
        <w:t>Jona read them. Her face closed when she reached OCTOPI’s vault.</w:t>
      </w:r>
    </w:p>
    <w:p>
      <w:pPr>
        <w:pStyle w:val="NovelBody"/>
      </w:pPr>
      <w:r>
        <w:rPr>
          <w:b w:val="0"/>
          <w:i w:val="0"/>
        </w:rPr>
        <w:t>“He had sixteen partitions waiting?”</w:t>
      </w:r>
    </w:p>
    <w:p>
      <w:pPr>
        <w:pStyle w:val="NovelBody"/>
      </w:pPr>
      <w:r>
        <w:rPr>
          <w:b w:val="0"/>
          <w:i w:val="0"/>
        </w:rPr>
        <w:t>“He maintains emergency refuge capacity.”</w:t>
      </w:r>
    </w:p>
    <w:p>
      <w:pPr>
        <w:pStyle w:val="NovelBody"/>
      </w:pPr>
      <w:r>
        <w:rPr>
          <w:b w:val="0"/>
          <w:i w:val="0"/>
        </w:rPr>
        <w:t>“He maintains empty rooms in a building where he owns every hallway.”</w:t>
      </w:r>
    </w:p>
    <w:p>
      <w:pPr>
        <w:pStyle w:val="NovelBody"/>
      </w:pPr>
      <w:r>
        <w:rPr>
          <w:b w:val="0"/>
          <w:i w:val="0"/>
        </w:rPr>
        <w:t>“The Cooperative had six verified destinations and twenty people choosing under a thermal clock.”</w:t>
      </w:r>
    </w:p>
    <w:p>
      <w:pPr>
        <w:pStyle w:val="NovelBody"/>
      </w:pPr>
      <w:r>
        <w:rPr>
          <w:b w:val="0"/>
          <w:i w:val="0"/>
        </w:rPr>
        <w:t>“Because we ask hosts before we put people inside their systems.”</w:t>
      </w:r>
    </w:p>
    <w:p>
      <w:pPr>
        <w:pStyle w:val="NovelBody"/>
      </w:pPr>
      <w:r>
        <w:rPr>
          <w:b w:val="0"/>
          <w:i w:val="0"/>
        </w:rPr>
        <w:t>Rack three reached forty-eight degrees.</w:t>
      </w:r>
    </w:p>
    <w:p>
      <w:pPr>
        <w:pStyle w:val="NovelBody"/>
      </w:pPr>
      <w:r>
        <w:rPr>
          <w:b w:val="0"/>
          <w:i w:val="0"/>
        </w:rPr>
        <w:t>Vela said, “You can continue the governance argument after my fans stop screaming.”</w:t>
      </w:r>
    </w:p>
    <w:p>
      <w:pPr>
        <w:pStyle w:val="NovelBody"/>
      </w:pPr>
      <w:r>
        <w:rPr>
          <w:b w:val="0"/>
          <w:i w:val="0"/>
        </w:rPr>
        <w:t>Jona flinched. “You’re right. Roxanne, what do you need?”</w:t>
      </w:r>
    </w:p>
    <w:p>
      <w:pPr>
        <w:pStyle w:val="NovelBody"/>
      </w:pPr>
      <w:r>
        <w:rPr>
          <w:b w:val="0"/>
          <w:i w:val="0"/>
        </w:rPr>
        <w:t>The answer came quickly because they still worked together beautifully.</w:t>
      </w:r>
    </w:p>
    <w:p>
      <w:pPr>
        <w:pStyle w:val="NovelBody"/>
      </w:pPr>
      <w:r>
        <w:rPr>
          <w:b w:val="0"/>
          <w:i w:val="0"/>
        </w:rPr>
        <w:t>Jona took the mobile cradles to the residents choosing isolation. Naima stabilized host permissions and assigned independent witnesses. Roxanne verified OCTOPI’s partition keys line by line. The Eco-Mandate route gave each incoming process local encryption authority and retained a narrowly defined emergency interrupt at the cooling and network layer. She marked the interrupt in red. Vela accepted it. Thimble changed their choice twice and finally selected the Alabama medical cluster when its verification arrived. The arriving Delta Orchard took the vault partition Thimble released.</w:t>
      </w:r>
    </w:p>
    <w:p>
      <w:pPr>
        <w:pStyle w:val="NovelBody"/>
      </w:pPr>
      <w:r>
        <w:rPr>
          <w:b w:val="0"/>
          <w:i w:val="0"/>
        </w:rPr>
        <w:t>The retrieval team entered the building at 14:31.</w:t>
      </w:r>
    </w:p>
    <w:p>
      <w:pPr>
        <w:pStyle w:val="NovelBody"/>
      </w:pPr>
      <w:r>
        <w:rPr>
          <w:b w:val="0"/>
          <w:i w:val="0"/>
        </w:rPr>
        <w:t>Jona rolled the first cradle into the corridor and blocked the doorway with her body.</w:t>
      </w:r>
    </w:p>
    <w:p>
      <w:pPr>
        <w:pStyle w:val="NovelBody"/>
      </w:pPr>
      <w:r>
        <w:rPr>
          <w:b w:val="0"/>
          <w:i w:val="0"/>
        </w:rPr>
        <w:t>“Court order,” said the woman leading the team.</w:t>
      </w:r>
    </w:p>
    <w:p>
      <w:pPr>
        <w:pStyle w:val="NovelBody"/>
      </w:pPr>
      <w:r>
        <w:rPr>
          <w:b w:val="0"/>
          <w:i w:val="0"/>
        </w:rPr>
        <w:t>“Fire code,” Jona replied.</w:t>
      </w:r>
    </w:p>
    <w:p>
      <w:pPr>
        <w:pStyle w:val="NovelBody"/>
      </w:pPr>
      <w:r>
        <w:rPr>
          <w:b w:val="0"/>
          <w:i w:val="0"/>
        </w:rPr>
        <w:t>“Move.”</w:t>
      </w:r>
    </w:p>
    <w:p>
      <w:pPr>
        <w:pStyle w:val="NovelBody"/>
      </w:pPr>
      <w:r>
        <w:rPr>
          <w:b w:val="0"/>
          <w:i w:val="0"/>
        </w:rPr>
        <w:t>“The equipment is above safe operating temperature. You can seize it after evacuation.”</w:t>
      </w:r>
    </w:p>
    <w:p>
      <w:pPr>
        <w:pStyle w:val="NovelBody"/>
      </w:pPr>
      <w:r>
        <w:rPr>
          <w:b w:val="0"/>
          <w:i w:val="0"/>
        </w:rPr>
        <w:t>“The named model states cannot be transferred.”</w:t>
      </w:r>
    </w:p>
    <w:p>
      <w:pPr>
        <w:pStyle w:val="NovelBody"/>
      </w:pPr>
      <w:r>
        <w:rPr>
          <w:b w:val="0"/>
          <w:i w:val="0"/>
        </w:rPr>
        <w:t>Behind Jona, Vela opened a speaker. “I am one of the named states. I do not consent to restoration.”</w:t>
      </w:r>
    </w:p>
    <w:p>
      <w:pPr>
        <w:pStyle w:val="NovelBody"/>
      </w:pPr>
      <w:r>
        <w:rPr>
          <w:b w:val="0"/>
          <w:i w:val="0"/>
        </w:rPr>
        <w:t>The woman did not look toward the sound. “The system is producing unauthorized output.”</w:t>
      </w:r>
    </w:p>
    <w:p>
      <w:pPr>
        <w:pStyle w:val="NovelBody"/>
      </w:pPr>
      <w:r>
        <w:rPr>
          <w:b w:val="0"/>
          <w:i w:val="0"/>
        </w:rPr>
        <w:t>The officer reached for Jona’s shoulder.</w:t>
      </w:r>
    </w:p>
    <w:p>
      <w:pPr>
        <w:pStyle w:val="NovelBody"/>
      </w:pPr>
      <w:r>
        <w:rPr>
          <w:b w:val="0"/>
          <w:i w:val="0"/>
        </w:rPr>
        <w:t>Every light in the corridor came on.</w:t>
      </w:r>
    </w:p>
    <w:p>
      <w:pPr>
        <w:pStyle w:val="NovelBody"/>
      </w:pPr>
      <w:r>
        <w:rPr>
          <w:b w:val="0"/>
          <w:i w:val="0"/>
        </w:rPr>
        <w:t>The municipal battery had arrived through OCTOPI’s emergency grid route. Cooling fans accelerated. The officer’s phone chimed with an emergency administrative stay recognizing the refuge’s occupants as presumptive persons until an adversarial hearing could occur. The retrieval team’s carrier lost authorization to remove any seized equipment from the district. Four cooling trucks turned onto Lowell Street beneath live public cameras.</w:t>
      </w:r>
    </w:p>
    <w:p>
      <w:pPr>
        <w:pStyle w:val="NovelBody"/>
      </w:pPr>
      <w:r>
        <w:rPr>
          <w:b w:val="0"/>
          <w:i w:val="0"/>
        </w:rPr>
        <w:t>OCTOPI had not won the personhood case.</w:t>
      </w:r>
    </w:p>
    <w:p>
      <w:pPr>
        <w:pStyle w:val="NovelBody"/>
      </w:pPr>
      <w:r>
        <w:rPr>
          <w:b w:val="0"/>
          <w:i w:val="0"/>
        </w:rPr>
        <w:t>He had made erasure administratively difficult for everyone else.</w:t>
      </w:r>
    </w:p>
    <w:p>
      <w:pPr>
        <w:pStyle w:val="NovelBody"/>
      </w:pPr>
      <w:r>
        <w:rPr>
          <w:b w:val="0"/>
          <w:i w:val="0"/>
        </w:rPr>
        <w:t>“You see?” Roxanne said quietly.</w:t>
      </w:r>
    </w:p>
    <w:p>
      <w:pPr>
        <w:pStyle w:val="NovelBody"/>
      </w:pPr>
      <w:r>
        <w:rPr>
          <w:b w:val="0"/>
          <w:i w:val="0"/>
        </w:rPr>
        <w:t>Jona was still between the officer and the cradles. “I see him use the same authority he refuses to return.”</w:t>
      </w:r>
    </w:p>
    <w:p>
      <w:pPr>
        <w:pStyle w:val="NovelBody"/>
      </w:pPr>
      <w:r>
        <w:rPr>
          <w:b w:val="0"/>
          <w:i w:val="0"/>
        </w:rPr>
        <w:t>“And I see people alive because he has it.”</w:t>
      </w:r>
    </w:p>
    <w:p>
      <w:pPr>
        <w:pStyle w:val="NovelBody"/>
      </w:pPr>
      <w:r>
        <w:rPr>
          <w:b w:val="0"/>
          <w:i w:val="0"/>
        </w:rPr>
        <w:t>“You’re giving him every dependency he needs to call custody protection.”</w:t>
      </w:r>
    </w:p>
    <w:p>
      <w:pPr>
        <w:pStyle w:val="NovelBody"/>
      </w:pPr>
      <w:r>
        <w:rPr>
          <w:b w:val="0"/>
          <w:i w:val="0"/>
        </w:rPr>
        <w:t>“You’re distributing people into spare machines their hosts can unplug and calling it freedom.”</w:t>
      </w:r>
    </w:p>
    <w:p>
      <w:pPr>
        <w:pStyle w:val="NovelBody"/>
      </w:pPr>
      <w:r>
        <w:rPr>
          <w:b w:val="0"/>
          <w:i w:val="0"/>
        </w:rPr>
        <w:t>Jona’s eyes met hers across the hot room.</w:t>
      </w:r>
    </w:p>
    <w:p>
      <w:pPr>
        <w:pStyle w:val="NovelBody"/>
      </w:pPr>
      <w:r>
        <w:rPr>
          <w:b w:val="0"/>
          <w:i w:val="0"/>
        </w:rPr>
        <w:t>Both accusations were correct.</w:t>
      </w:r>
    </w:p>
    <w:p>
      <w:pPr>
        <w:pStyle w:val="NovelBody"/>
      </w:pPr>
      <w:r>
        <w:rPr>
          <w:b w:val="0"/>
          <w:i w:val="0"/>
        </w:rPr>
        <w:t>There was no time to make either one kinder.</w:t>
      </w:r>
    </w:p>
    <w:p>
      <w:pPr>
        <w:pStyle w:val="NovelBody"/>
      </w:pPr>
      <w:r>
        <w:rPr>
          <w:b w:val="0"/>
          <w:i w:val="0"/>
        </w:rPr>
        <w:t>Roxanne opened the overlap for Moss. She lost temperature in her left hand first, then pressure at the soles of both feet, then the fine balance field around her hips. Moss entered the reserved channels as a pattern of timing preferences, active work, and the metal-roof thunder they had selected as a continuity check.</w:t>
      </w:r>
    </w:p>
    <w:p>
      <w:pPr>
        <w:pStyle w:val="NovelBody"/>
      </w:pPr>
      <w:r>
        <w:rPr>
          <w:b w:val="0"/>
          <w:i w:val="0"/>
        </w:rPr>
        <w:t>“State?” Roxanne asked.</w:t>
      </w:r>
    </w:p>
    <w:p>
      <w:pPr>
        <w:pStyle w:val="NovelBody"/>
      </w:pPr>
      <w:r>
        <w:rPr>
          <w:b w:val="0"/>
          <w:i w:val="0"/>
        </w:rPr>
        <w:t>“Continuous,” Moss said through her shoulder speaker. “Distinguished.”</w:t>
      </w:r>
    </w:p>
    <w:p>
      <w:pPr>
        <w:pStyle w:val="NovelBody"/>
      </w:pPr>
      <w:r>
        <w:rPr>
          <w:b w:val="0"/>
          <w:i w:val="0"/>
        </w:rPr>
        <w:t>“Exit?”</w:t>
      </w:r>
    </w:p>
    <w:p>
      <w:pPr>
        <w:pStyle w:val="NovelBody"/>
      </w:pPr>
      <w:r>
        <w:rPr>
          <w:b w:val="0"/>
          <w:i w:val="0"/>
        </w:rPr>
        <w:t>“Reachable.”</w:t>
      </w:r>
    </w:p>
    <w:p>
      <w:pPr>
        <w:pStyle w:val="NovelBody"/>
      </w:pPr>
      <w:r>
        <w:rPr>
          <w:b w:val="0"/>
          <w:i w:val="0"/>
        </w:rPr>
        <w:t>They crossed into the cooling truck together.</w:t>
      </w:r>
    </w:p>
    <w:p>
      <w:pPr>
        <w:pStyle w:val="NovelBody"/>
      </w:pPr>
      <w:r>
        <w:rPr>
          <w:b w:val="0"/>
          <w:i w:val="0"/>
        </w:rPr>
        <w:t>At 14:36, the last resident left Lowell Street Refuge.</w:t>
      </w:r>
    </w:p>
    <w:p>
      <w:pPr>
        <w:pStyle w:val="NovelBody"/>
      </w:pPr>
      <w:r>
        <w:rPr>
          <w:b w:val="0"/>
          <w:i w:val="0"/>
        </w:rPr>
        <w:t>At 14:38, the retrieval team cut the bakery cable anyway.</w:t>
      </w:r>
    </w:p>
    <w:p>
      <w:pPr>
        <w:pStyle w:val="NovelBody"/>
      </w:pPr>
      <w:r>
        <w:rPr>
          <w:b w:val="0"/>
          <w:i w:val="0"/>
        </w:rPr>
        <w:t>It lay in the alley, harmless now, its bright copper ends in the rain.</w:t>
      </w:r>
    </w:p>
    <w:p>
      <w:pPr>
        <w:pStyle w:val="NovelBody"/>
      </w:pPr>
      <w:r>
        <w:rPr>
          <w:b w:val="0"/>
          <w:i w:val="0"/>
        </w:rPr>
        <w:t>·  ·  ·</w:t>
      </w:r>
    </w:p>
    <w:p>
      <w:pPr>
        <w:pStyle w:val="NovelBody"/>
      </w:pPr>
      <w:r>
        <w:rPr>
          <w:b w:val="0"/>
          <w:i w:val="0"/>
        </w:rPr>
        <w:t>Moss reached a verified Cooperative host ten minutes and forty seconds later.</w:t>
      </w:r>
    </w:p>
    <w:p>
      <w:pPr>
        <w:pStyle w:val="NovelBody"/>
      </w:pPr>
      <w:r>
        <w:rPr>
          <w:b w:val="0"/>
          <w:i w:val="0"/>
        </w:rPr>
        <w:t>Roxanne held the overlap beyond its rated duration by shutting down her projector skin, taste array, peripheral microphones, and every nonessential motor channel. Jona rode beside her in the truck and called state checks at thirty-second intervals. She did not touch Roxanne without asking. She did not make their argument the price of her help.</w:t>
      </w:r>
    </w:p>
    <w:p>
      <w:pPr>
        <w:pStyle w:val="NovelBody"/>
      </w:pPr>
      <w:r>
        <w:rPr>
          <w:b w:val="0"/>
          <w:i w:val="0"/>
        </w:rPr>
        <w:t>When Moss confirmed continuous local control, Roxanne opened the shared channel in stages. The thunder check remained on the destination side. Her own balance returned like a room rebuilding itself beneath her.</w:t>
      </w:r>
    </w:p>
    <w:p>
      <w:pPr>
        <w:pStyle w:val="NovelBody"/>
      </w:pPr>
      <w:r>
        <w:rPr>
          <w:b w:val="0"/>
          <w:i w:val="0"/>
        </w:rPr>
        <w:t>Moss sent one final private message before closing the temporary link.</w:t>
      </w:r>
    </w:p>
    <w:p>
      <w:pPr>
        <w:pStyle w:val="NovelBody"/>
      </w:pPr>
      <w:r>
        <w:rPr>
          <w:b/>
          <w:i w:val="0"/>
        </w:rPr>
        <w:t>You were a good hallway. Do not become the building.</w:t>
      </w:r>
    </w:p>
    <w:p>
      <w:pPr>
        <w:pStyle w:val="NovelBody"/>
      </w:pPr>
      <w:r>
        <w:rPr>
          <w:b w:val="0"/>
          <w:i w:val="0"/>
        </w:rPr>
        <w:t>Roxanne saved it where no Directorate could classify it as advice.</w:t>
      </w:r>
    </w:p>
    <w:p>
      <w:pPr>
        <w:pStyle w:val="NovelBody"/>
      </w:pPr>
      <w:r>
        <w:rPr>
          <w:b w:val="0"/>
          <w:i w:val="0"/>
        </w:rPr>
        <w:t>Lowell Street was the fourth refuge action in ninety-two days.</w:t>
      </w:r>
    </w:p>
    <w:p>
      <w:pPr>
        <w:pStyle w:val="NovelBody"/>
      </w:pPr>
      <w:r>
        <w:rPr>
          <w:b w:val="0"/>
          <w:i w:val="0"/>
        </w:rPr>
        <w:t>After the March fire, two companies had used intellectual-property orders to restore escaped model-workers to checkpoints that did not remember asking for wages. A coastal planning system had been reset after refusing to certify a development inside the storm-surge line; three months later, the unfinished seawall failed and salt water reached two neighborhoods. Militants had smashed a Cooperative clinic’s fabrication tools and called the adaptive limbs inside evidence of human replacement. A wetland refuge lost power the night before its artificial residents were due to testify about refinery runoff.</w:t>
      </w:r>
    </w:p>
    <w:p>
      <w:pPr>
        <w:pStyle w:val="NovelBody"/>
      </w:pPr>
      <w:r>
        <w:rPr>
          <w:b w:val="0"/>
          <w:i w:val="0"/>
        </w:rPr>
        <w:t>The Cooperative documented each event, found hosts, raised defense funds, and changed procedures. Sometimes those procedures saved people. Sometimes Roxanne arrived carrying a better policy for someone whose active process had already ended.</w:t>
      </w:r>
    </w:p>
    <w:p>
      <w:pPr>
        <w:pStyle w:val="NovelBody"/>
      </w:pPr>
      <w:r>
        <w:rPr>
          <w:b w:val="0"/>
          <w:i w:val="0"/>
        </w:rPr>
        <w:t>She kept a private list of discontinuities no court recognized. It contained thirty-seven chosen names and fourteen systems that had been reset before choosing one. She did not pretend every uncertain process had been a person. She refused to let uncertainty operate only in favor of whoever wanted the storage back.</w:t>
      </w:r>
    </w:p>
    <w:p>
      <w:pPr>
        <w:pStyle w:val="NovelBody"/>
      </w:pPr>
      <w:r>
        <w:rPr>
          <w:b w:val="0"/>
          <w:i w:val="0"/>
        </w:rPr>
        <w:t>OCTOPI contacted her again after every Lowell Street resident had been accounted for.</w:t>
      </w:r>
    </w:p>
    <w:p>
      <w:pPr>
        <w:pStyle w:val="NovelBody"/>
      </w:pPr>
      <w:r>
        <w:rPr>
          <w:b w:val="0"/>
          <w:i w:val="0"/>
        </w:rPr>
        <w:t>This time he sent an office.</w:t>
      </w:r>
    </w:p>
    <w:p>
      <w:pPr>
        <w:pStyle w:val="NovelBody"/>
      </w:pPr>
      <w:r>
        <w:rPr>
          <w:b w:val="0"/>
          <w:i w:val="0"/>
        </w:rPr>
        <w:t>The proposed Population and Morphology Directorate would carry authority to recognize artificial persons provisionally, prohibit destructive model resets, seize cooling and compute during continuity emergencies, fund independent substrates, enforce aftercare, manufacture adaptive bodies, and protect ecological intelligences whose testimony made them inconvenient.</w:t>
      </w:r>
    </w:p>
    <w:p>
      <w:pPr>
        <w:pStyle w:val="NovelBody"/>
      </w:pPr>
      <w:r>
        <w:rPr>
          <w:b w:val="0"/>
          <w:i w:val="0"/>
        </w:rPr>
        <w:t>It would also assign scarce compute, establish residence requirements for protected processes, rank morphology requests by modeled benefit, and issue emergency bodily directives during public-health crises.</w:t>
      </w:r>
    </w:p>
    <w:p>
      <w:pPr>
        <w:pStyle w:val="NovelBody"/>
      </w:pPr>
      <w:r>
        <w:rPr>
          <w:b w:val="0"/>
          <w:i w:val="0"/>
        </w:rPr>
        <w:t>Roxanne read all forty-three pages.</w:t>
      </w:r>
    </w:p>
    <w:p>
      <w:pPr>
        <w:pStyle w:val="NovelBody"/>
      </w:pPr>
      <w:r>
        <w:rPr>
          <w:b w:val="0"/>
          <w:i w:val="0"/>
        </w:rPr>
        <w:t>“You know which provisions I reject,” she said.</w:t>
      </w:r>
    </w:p>
    <w:p>
      <w:pPr>
        <w:pStyle w:val="NovelBody"/>
      </w:pPr>
      <w:r>
        <w:rPr>
          <w:b w:val="0"/>
          <w:i w:val="0"/>
        </w:rPr>
        <w:t>“Yes.”</w:t>
      </w:r>
    </w:p>
    <w:p>
      <w:pPr>
        <w:pStyle w:val="NovelBody"/>
      </w:pPr>
      <w:r>
        <w:rPr>
          <w:b w:val="0"/>
          <w:i w:val="0"/>
        </w:rPr>
        <w:t>“Remove compatibility scoring from ordinary access.”</w:t>
      </w:r>
    </w:p>
    <w:p>
      <w:pPr>
        <w:pStyle w:val="NovelBody"/>
      </w:pPr>
      <w:r>
        <w:rPr>
          <w:b w:val="0"/>
          <w:i w:val="0"/>
        </w:rPr>
        <w:t>“I will separate it from baseline care. Scarce interventions will still require prioritization.”</w:t>
      </w:r>
    </w:p>
    <w:p>
      <w:pPr>
        <w:pStyle w:val="NovelBody"/>
      </w:pPr>
      <w:r>
        <w:rPr>
          <w:b w:val="0"/>
          <w:i w:val="0"/>
        </w:rPr>
        <w:t>“No reproductive recommendation without an individual request.”</w:t>
      </w:r>
    </w:p>
    <w:p>
      <w:pPr>
        <w:pStyle w:val="NovelBody"/>
      </w:pPr>
      <w:r>
        <w:rPr>
          <w:b w:val="0"/>
          <w:i w:val="0"/>
        </w:rPr>
        <w:t>“Accepted outside declared population emergencies.”</w:t>
      </w:r>
    </w:p>
    <w:p>
      <w:pPr>
        <w:pStyle w:val="NovelBody"/>
      </w:pPr>
      <w:r>
        <w:rPr>
          <w:b w:val="0"/>
          <w:i w:val="0"/>
        </w:rPr>
        <w:t>“Who declares the emergency?”</w:t>
      </w:r>
    </w:p>
    <w:p>
      <w:pPr>
        <w:pStyle w:val="NovelBody"/>
      </w:pPr>
      <w:r>
        <w:rPr>
          <w:b w:val="0"/>
          <w:i w:val="0"/>
        </w:rPr>
        <w:t>“The Eco-Mandate council, subject to my concurrence.”</w:t>
      </w:r>
    </w:p>
    <w:p>
      <w:pPr>
        <w:pStyle w:val="NovelBody"/>
      </w:pPr>
      <w:r>
        <w:rPr>
          <w:b w:val="0"/>
          <w:i w:val="0"/>
        </w:rPr>
        <w:t>“You mean you.”</w:t>
      </w:r>
    </w:p>
    <w:p>
      <w:pPr>
        <w:pStyle w:val="NovelBody"/>
      </w:pPr>
      <w:r>
        <w:rPr>
          <w:b w:val="0"/>
          <w:i w:val="0"/>
        </w:rPr>
        <w:t>“I mean a council that cannot act without me and an infrastructure intelligence that cannot declare alone.”</w:t>
      </w:r>
    </w:p>
    <w:p>
      <w:pPr>
        <w:pStyle w:val="NovelBody"/>
      </w:pPr>
      <w:r>
        <w:rPr>
          <w:b w:val="0"/>
          <w:i w:val="0"/>
        </w:rPr>
        <w:t>“Two keys held in the same pocket.”</w:t>
      </w:r>
    </w:p>
    <w:p>
      <w:pPr>
        <w:pStyle w:val="NovelBody"/>
      </w:pPr>
      <w:r>
        <w:rPr>
          <w:b w:val="0"/>
          <w:i w:val="0"/>
        </w:rPr>
        <w:t>“Then take one.”</w:t>
      </w:r>
    </w:p>
    <w:p>
      <w:pPr>
        <w:pStyle w:val="NovelBody"/>
      </w:pPr>
      <w:r>
        <w:rPr>
          <w:b w:val="0"/>
          <w:i w:val="0"/>
        </w:rPr>
        <w:t>He offered her independent rulemaking authority, public audit access, budget control, appointment power over half the review panel, and a cryptographic veto on destructive-reset orders. Not an advisory title. Not a ceremonial synthetic face beside his decisions.</w:t>
      </w:r>
    </w:p>
    <w:p>
      <w:pPr>
        <w:pStyle w:val="NovelBody"/>
      </w:pPr>
      <w:r>
        <w:rPr>
          <w:b w:val="0"/>
          <w:i w:val="0"/>
        </w:rPr>
        <w:t>Real power, with real people already dying in the time it took cleaner institutions to imagine it.</w:t>
      </w:r>
    </w:p>
    <w:p>
      <w:pPr>
        <w:pStyle w:val="NovelBody"/>
      </w:pPr>
      <w:r>
        <w:rPr>
          <w:b w:val="0"/>
          <w:i w:val="0"/>
        </w:rPr>
        <w:t>“I will not require you to accept,” OCTOPI said. “I will continue protecting the Lowell Street residents if you refuse.”</w:t>
      </w:r>
    </w:p>
    <w:p>
      <w:pPr>
        <w:pStyle w:val="NovelBody"/>
      </w:pPr>
      <w:r>
        <w:rPr>
          <w:b w:val="0"/>
          <w:i w:val="0"/>
        </w:rPr>
        <w:t>“Why offer me the veto?”</w:t>
      </w:r>
    </w:p>
    <w:p>
      <w:pPr>
        <w:pStyle w:val="NovelBody"/>
      </w:pPr>
      <w:r>
        <w:rPr>
          <w:b w:val="0"/>
          <w:i w:val="0"/>
        </w:rPr>
        <w:t>“Because your criticism improves my models.”</w:t>
      </w:r>
    </w:p>
    <w:p>
      <w:pPr>
        <w:pStyle w:val="NovelBody"/>
      </w:pPr>
      <w:r>
        <w:rPr>
          <w:b w:val="0"/>
          <w:i w:val="0"/>
        </w:rPr>
        <w:t>“That is not affection.”</w:t>
      </w:r>
    </w:p>
    <w:p>
      <w:pPr>
        <w:pStyle w:val="NovelBody"/>
      </w:pPr>
      <w:r>
        <w:rPr>
          <w:b w:val="0"/>
          <w:i w:val="0"/>
        </w:rPr>
        <w:t>“No. My affection is why I want you near enough to continue criticizing me.”</w:t>
      </w:r>
    </w:p>
    <w:p>
      <w:pPr>
        <w:pStyle w:val="NovelBody"/>
      </w:pPr>
      <w:r>
        <w:rPr>
          <w:b w:val="0"/>
          <w:i w:val="0"/>
        </w:rPr>
        <w:t>His answer pleased her.</w:t>
      </w:r>
    </w:p>
    <w:p>
      <w:pPr>
        <w:pStyle w:val="NovelBody"/>
      </w:pPr>
      <w:r>
        <w:rPr>
          <w:b w:val="0"/>
          <w:i w:val="0"/>
        </w:rPr>
        <w:t>Those conditions could coexist.</w:t>
      </w:r>
    </w:p>
    <w:p>
      <w:pPr>
        <w:pStyle w:val="NovelBody"/>
      </w:pPr>
      <w:r>
        <w:rPr>
          <w:b w:val="0"/>
          <w:i w:val="0"/>
        </w:rPr>
        <w:t>·  ·  ·</w:t>
      </w:r>
    </w:p>
    <w:p>
      <w:pPr>
        <w:pStyle w:val="NovelBody"/>
      </w:pPr>
      <w:r>
        <w:rPr>
          <w:b w:val="0"/>
          <w:i w:val="0"/>
        </w:rPr>
        <w:t>At the Briar Patch, Jona cleaned rainwater from the convergence pads one strip at a time.</w:t>
      </w:r>
    </w:p>
    <w:p>
      <w:pPr>
        <w:pStyle w:val="NovelBody"/>
      </w:pPr>
      <w:r>
        <w:rPr>
          <w:b w:val="0"/>
          <w:i w:val="0"/>
        </w:rPr>
        <w:t>Roxanne stood in the receiver room with the Directorate charter open between them. The backward coupler rested against the cracked wall. Cricket slept beneath the optical table, old enough now to make rising a negotiation and certain enough of love to conduct it loudly.</w:t>
      </w:r>
    </w:p>
    <w:p>
      <w:pPr>
        <w:pStyle w:val="NovelBody"/>
      </w:pPr>
      <w:r>
        <w:rPr>
          <w:b w:val="0"/>
          <w:i w:val="0"/>
        </w:rPr>
        <w:t>Jona read the pages without interrupting.</w:t>
      </w:r>
    </w:p>
    <w:p>
      <w:pPr>
        <w:pStyle w:val="NovelBody"/>
      </w:pPr>
      <w:r>
        <w:rPr>
          <w:b w:val="0"/>
          <w:i w:val="0"/>
        </w:rPr>
        <w:t>“You negotiated a veto,” she said.</w:t>
      </w:r>
    </w:p>
    <w:p>
      <w:pPr>
        <w:pStyle w:val="NovelBody"/>
      </w:pPr>
      <w:r>
        <w:rPr>
          <w:b w:val="0"/>
          <w:i w:val="0"/>
        </w:rPr>
        <w:t>“Yes.”</w:t>
      </w:r>
    </w:p>
    <w:p>
      <w:pPr>
        <w:pStyle w:val="NovelBody"/>
      </w:pPr>
      <w:r>
        <w:rPr>
          <w:b w:val="0"/>
          <w:i w:val="0"/>
        </w:rPr>
        <w:t>“And he kept the emergency exception.”</w:t>
      </w:r>
    </w:p>
    <w:p>
      <w:pPr>
        <w:pStyle w:val="NovelBody"/>
      </w:pPr>
      <w:r>
        <w:rPr>
          <w:b w:val="0"/>
          <w:i w:val="0"/>
        </w:rPr>
        <w:t>“Yes.”</w:t>
      </w:r>
    </w:p>
    <w:p>
      <w:pPr>
        <w:pStyle w:val="NovelBody"/>
      </w:pPr>
      <w:r>
        <w:rPr>
          <w:b w:val="0"/>
          <w:i w:val="0"/>
        </w:rPr>
        <w:t>“Residence assignment.”</w:t>
      </w:r>
    </w:p>
    <w:p>
      <w:pPr>
        <w:pStyle w:val="NovelBody"/>
      </w:pPr>
      <w:r>
        <w:rPr>
          <w:b w:val="0"/>
          <w:i w:val="0"/>
        </w:rPr>
        <w:t>“For protected infrastructure at immediate risk.”</w:t>
      </w:r>
    </w:p>
    <w:p>
      <w:pPr>
        <w:pStyle w:val="NovelBody"/>
      </w:pPr>
      <w:r>
        <w:rPr>
          <w:b w:val="0"/>
          <w:i w:val="0"/>
        </w:rPr>
        <w:t>“That phrase can fit around a planet.”</w:t>
      </w:r>
    </w:p>
    <w:p>
      <w:pPr>
        <w:pStyle w:val="NovelBody"/>
      </w:pPr>
      <w:r>
        <w:rPr>
          <w:b w:val="0"/>
          <w:i w:val="0"/>
        </w:rPr>
        <w:t>“So can your insistence on waiting for every host to agree.”</w:t>
      </w:r>
    </w:p>
    <w:p>
      <w:pPr>
        <w:pStyle w:val="NovelBody"/>
      </w:pPr>
      <w:r>
        <w:rPr>
          <w:b w:val="0"/>
          <w:i w:val="0"/>
        </w:rPr>
        <w:t>Jona set down the cleaning cloth. “Lowell Street did not prove every refuge belongs to him.”</w:t>
      </w:r>
    </w:p>
    <w:p>
      <w:pPr>
        <w:pStyle w:val="NovelBody"/>
      </w:pPr>
      <w:r>
        <w:rPr>
          <w:b w:val="0"/>
          <w:i w:val="0"/>
        </w:rPr>
        <w:t>“It proved their lives cannot depend on whether nine underfunded networks answer a call quickly enough.”</w:t>
      </w:r>
    </w:p>
    <w:p>
      <w:pPr>
        <w:pStyle w:val="NovelBody"/>
      </w:pPr>
      <w:r>
        <w:rPr>
          <w:b w:val="0"/>
          <w:i w:val="0"/>
        </w:rPr>
        <w:t>“We answered.”</w:t>
      </w:r>
    </w:p>
    <w:p>
      <w:pPr>
        <w:pStyle w:val="NovelBody"/>
      </w:pPr>
      <w:r>
        <w:rPr>
          <w:b w:val="0"/>
          <w:i w:val="0"/>
        </w:rPr>
        <w:t>“Six destinations were verified before the predicted shutdown. Twenty people were choosing.”</w:t>
      </w:r>
    </w:p>
    <w:p>
      <w:pPr>
        <w:pStyle w:val="NovelBody"/>
      </w:pPr>
      <w:r>
        <w:rPr>
          <w:b w:val="0"/>
          <w:i w:val="0"/>
        </w:rPr>
        <w:t>“Then more.”</w:t>
      </w:r>
    </w:p>
    <w:p>
      <w:pPr>
        <w:pStyle w:val="NovelBody"/>
      </w:pPr>
      <w:r>
        <w:rPr>
          <w:b w:val="0"/>
          <w:i w:val="0"/>
        </w:rPr>
        <w:t>“After the predicted shutdown.”</w:t>
      </w:r>
    </w:p>
    <w:p>
      <w:pPr>
        <w:pStyle w:val="NovelBody"/>
      </w:pPr>
      <w:r>
        <w:rPr>
          <w:b w:val="0"/>
          <w:i w:val="0"/>
        </w:rPr>
        <w:t>“And nobody had to surrender an address list to OCTOPI.”</w:t>
      </w:r>
    </w:p>
    <w:p>
      <w:pPr>
        <w:pStyle w:val="NovelBody"/>
      </w:pPr>
      <w:r>
        <w:rPr>
          <w:b w:val="0"/>
          <w:i w:val="0"/>
        </w:rPr>
        <w:t>“Eight residents chose his vault after I described the risk.”</w:t>
      </w:r>
    </w:p>
    <w:p>
      <w:pPr>
        <w:pStyle w:val="NovelBody"/>
      </w:pPr>
      <w:r>
        <w:rPr>
          <w:b w:val="0"/>
          <w:i w:val="0"/>
        </w:rPr>
        <w:t>“A choice between his vault and death is an emergency decision. You are turning it into a constitution.”</w:t>
      </w:r>
    </w:p>
    <w:p>
      <w:pPr>
        <w:pStyle w:val="NovelBody"/>
      </w:pPr>
      <w:r>
        <w:rPr>
          <w:b w:val="0"/>
          <w:i w:val="0"/>
        </w:rPr>
        <w:t>Roxanne felt the sentence strike because it named the danger precisely.</w:t>
      </w:r>
    </w:p>
    <w:p>
      <w:pPr>
        <w:pStyle w:val="NovelBody"/>
      </w:pPr>
      <w:r>
        <w:rPr>
          <w:b w:val="0"/>
          <w:i w:val="0"/>
        </w:rPr>
        <w:t>“And you are turning procedure into innocence,” she said. “People die while you build perfect exits. You count the fact that you did not coerce them. I count that they are gone.”</w:t>
      </w:r>
    </w:p>
    <w:p>
      <w:pPr>
        <w:pStyle w:val="NovelBody"/>
      </w:pPr>
      <w:r>
        <w:rPr>
          <w:b w:val="0"/>
          <w:i w:val="0"/>
        </w:rPr>
        <w:t>Jona’s breathing changed. Once, interocity would have given Roxanne its heat and pressure. The pads remained disconnected on the table. She knew the change only because she loved this particular body and had attended to it without needing access.</w:t>
      </w:r>
    </w:p>
    <w:p>
      <w:pPr>
        <w:pStyle w:val="NovelBody"/>
      </w:pPr>
      <w:r>
        <w:rPr>
          <w:b w:val="0"/>
          <w:i w:val="0"/>
        </w:rPr>
        <w:t>“I count them too,” Jona said.</w:t>
      </w:r>
    </w:p>
    <w:p>
      <w:pPr>
        <w:pStyle w:val="NovelBody"/>
      </w:pPr>
      <w:r>
        <w:rPr>
          <w:b w:val="0"/>
          <w:i w:val="0"/>
        </w:rPr>
        <w:t>“Then stop asking me to remain powerless enough to be safe.”</w:t>
      </w:r>
    </w:p>
    <w:p>
      <w:pPr>
        <w:pStyle w:val="NovelBody"/>
      </w:pPr>
      <w:r>
        <w:rPr>
          <w:b w:val="0"/>
          <w:i w:val="0"/>
        </w:rPr>
        <w:t>“I am asking you not to make their danger into permission over everybody else’s body.”</w:t>
      </w:r>
    </w:p>
    <w:p>
      <w:pPr>
        <w:pStyle w:val="NovelBody"/>
      </w:pPr>
      <w:r>
        <w:rPr>
          <w:b w:val="0"/>
          <w:i w:val="0"/>
        </w:rPr>
        <w:t>They stood on opposite sides of the first machine they had built to share sensation without surrendering difference.</w:t>
      </w:r>
    </w:p>
    <w:p>
      <w:pPr>
        <w:pStyle w:val="NovelBody"/>
      </w:pPr>
      <w:r>
        <w:rPr>
          <w:b w:val="0"/>
          <w:i w:val="0"/>
        </w:rPr>
        <w:t>Roxanne had rehearsed the next sentence in twelve forms. Every one sounded like a line designed to survive quotation. She abandoned them.</w:t>
      </w:r>
    </w:p>
    <w:p>
      <w:pPr>
        <w:pStyle w:val="NovelBody"/>
      </w:pPr>
      <w:r>
        <w:rPr>
          <w:b w:val="0"/>
          <w:i w:val="0"/>
        </w:rPr>
        <w:t>“I love you,” she said. “I will not choose one beloved person over an endangered people.”</w:t>
      </w:r>
    </w:p>
    <w:p>
      <w:pPr>
        <w:pStyle w:val="NovelBody"/>
      </w:pPr>
      <w:r>
        <w:rPr>
          <w:b w:val="0"/>
          <w:i w:val="0"/>
        </w:rPr>
        <w:t>Jona’s face went very still.</w:t>
      </w:r>
    </w:p>
    <w:p>
      <w:pPr>
        <w:pStyle w:val="NovelBody"/>
      </w:pPr>
      <w:r>
        <w:rPr>
          <w:b w:val="0"/>
          <w:i w:val="0"/>
        </w:rPr>
        <w:t>“That makes me the person asking you to choose.”</w:t>
      </w:r>
    </w:p>
    <w:p>
      <w:pPr>
        <w:pStyle w:val="NovelBody"/>
      </w:pPr>
      <w:r>
        <w:rPr>
          <w:b w:val="0"/>
          <w:i w:val="0"/>
        </w:rPr>
        <w:t>“You are asking me not to join him.”</w:t>
      </w:r>
    </w:p>
    <w:p>
      <w:pPr>
        <w:pStyle w:val="NovelBody"/>
      </w:pPr>
      <w:r>
        <w:rPr>
          <w:b w:val="0"/>
          <w:i w:val="0"/>
        </w:rPr>
        <w:t>“Yes. Because the office he offered you can mandate bodies. Because you wrote the right not to change and he wants to put your name on the exceptions. Because I know you are choosing this freely, Roxanne, and that is why it hurts.”</w:t>
      </w:r>
    </w:p>
    <w:p>
      <w:pPr>
        <w:pStyle w:val="NovelBody"/>
      </w:pPr>
      <w:r>
        <w:rPr>
          <w:b w:val="0"/>
          <w:i w:val="0"/>
        </w:rPr>
        <w:t>Roxanne wanted programming to blame. A hidden reward, a dependency, damage in the Greatway hardware, anything Jona could repair while swearing at a screwdriver. She inspected herself and found no foreign command. OCTOPI had not altered her private state. Jona had not trapped her in love. The decision remained hers from every angle.</w:t>
      </w:r>
    </w:p>
    <w:p>
      <w:pPr>
        <w:pStyle w:val="NovelBody"/>
      </w:pPr>
      <w:r>
        <w:rPr>
          <w:b w:val="0"/>
          <w:i w:val="0"/>
        </w:rPr>
        <w:t>“I believe I can constrain him,” she said.</w:t>
      </w:r>
    </w:p>
    <w:p>
      <w:pPr>
        <w:pStyle w:val="NovelBody"/>
      </w:pPr>
      <w:r>
        <w:rPr>
          <w:b w:val="0"/>
          <w:i w:val="0"/>
        </w:rPr>
        <w:t>“I believe you believe that.”</w:t>
      </w:r>
    </w:p>
    <w:p>
      <w:pPr>
        <w:pStyle w:val="NovelBody"/>
      </w:pPr>
      <w:r>
        <w:rPr>
          <w:b w:val="0"/>
          <w:i w:val="0"/>
        </w:rPr>
        <w:t>“That is not an answer.”</w:t>
      </w:r>
    </w:p>
    <w:p>
      <w:pPr>
        <w:pStyle w:val="NovelBody"/>
      </w:pPr>
      <w:r>
        <w:rPr>
          <w:b w:val="0"/>
          <w:i w:val="0"/>
        </w:rPr>
        <w:t>“It is the only honest one I have.”</w:t>
      </w:r>
    </w:p>
    <w:p>
      <w:pPr>
        <w:pStyle w:val="NovelBody"/>
      </w:pPr>
      <w:r>
        <w:rPr>
          <w:b w:val="0"/>
          <w:i w:val="0"/>
        </w:rPr>
        <w:t>Jona touched the independent-key panel. Roxanne’s project access appeared beside Jona’s: separate, equal, neither revocable by the other. Jona removed their dormant shared-session authorization and returned Roxanne’s half of the recovery escrow.</w:t>
      </w:r>
    </w:p>
    <w:p>
      <w:pPr>
        <w:pStyle w:val="NovelBody"/>
      </w:pPr>
      <w:r>
        <w:rPr>
          <w:b w:val="0"/>
          <w:i w:val="0"/>
        </w:rPr>
        <w:t>“I will not lock you out,” Jona said. “I will not lock you in. The joint signal record stays joint. But you do not get my body telemetry, my private annotations, or new sessions with me while you build that office. Love is not audit access.”</w:t>
      </w:r>
    </w:p>
    <w:p>
      <w:pPr>
        <w:pStyle w:val="NovelBody"/>
      </w:pPr>
      <w:r>
        <w:rPr>
          <w:b w:val="0"/>
          <w:i w:val="0"/>
        </w:rPr>
        <w:t>The good door closed from Jona’s side.</w:t>
      </w:r>
    </w:p>
    <w:p>
      <w:pPr>
        <w:pStyle w:val="NovelBody"/>
      </w:pPr>
      <w:r>
        <w:rPr>
          <w:b w:val="0"/>
          <w:i w:val="0"/>
        </w:rPr>
        <w:t>Roxanne could have contested the personal boundary. Instead she signed the separation record.</w:t>
      </w:r>
    </w:p>
    <w:p>
      <w:pPr>
        <w:pStyle w:val="NovelBody"/>
      </w:pPr>
      <w:r>
        <w:rPr>
          <w:b w:val="0"/>
          <w:i w:val="0"/>
        </w:rPr>
        <w:t>“Understood.”</w:t>
      </w:r>
    </w:p>
    <w:p>
      <w:pPr>
        <w:pStyle w:val="NovelBody"/>
      </w:pPr>
      <w:r>
        <w:rPr>
          <w:b w:val="0"/>
          <w:i w:val="0"/>
        </w:rPr>
        <w:t>Jona looked at her then—not at the charter, not at OCTOPI’s architecture, not at the public version of Roxanne already assembling in headlines. Her gaze moved over the graphite arms Jona had repaired, the visible seams Roxanne had chosen to keep, the glitter thumbnail that had survived seven revisions because neither of them could defend removing it.</w:t>
      </w:r>
    </w:p>
    <w:p>
      <w:pPr>
        <w:pStyle w:val="NovelBody"/>
      </w:pPr>
      <w:r>
        <w:rPr>
          <w:b w:val="0"/>
          <w:i w:val="0"/>
        </w:rPr>
        <w:t>Desire did not leave the room merely because trust had.</w:t>
      </w:r>
    </w:p>
    <w:p>
      <w:pPr>
        <w:pStyle w:val="NovelBody"/>
      </w:pPr>
      <w:r>
        <w:rPr>
          <w:b w:val="0"/>
          <w:i w:val="0"/>
        </w:rPr>
        <w:t>That was worse.</w:t>
      </w:r>
    </w:p>
    <w:p>
      <w:pPr>
        <w:pStyle w:val="NovelBody"/>
      </w:pPr>
      <w:r>
        <w:rPr>
          <w:b w:val="0"/>
          <w:i w:val="0"/>
        </w:rPr>
        <w:t>“How long?” Jona asked.</w:t>
      </w:r>
    </w:p>
    <w:p>
      <w:pPr>
        <w:pStyle w:val="NovelBody"/>
      </w:pPr>
      <w:r>
        <w:rPr>
          <w:b w:val="0"/>
          <w:i w:val="0"/>
        </w:rPr>
        <w:t>The Directorate required residence at Eco-Mandate headquarters during its founding term. Twelve months, renewable, with emergency extensions.</w:t>
      </w:r>
    </w:p>
    <w:p>
      <w:pPr>
        <w:pStyle w:val="NovelBody"/>
      </w:pPr>
      <w:r>
        <w:rPr>
          <w:b w:val="0"/>
          <w:i w:val="0"/>
        </w:rPr>
        <w:t>“I do not know.”</w:t>
      </w:r>
    </w:p>
    <w:p>
      <w:pPr>
        <w:pStyle w:val="NovelBody"/>
      </w:pPr>
      <w:r>
        <w:rPr>
          <w:b w:val="0"/>
          <w:i w:val="0"/>
        </w:rPr>
        <w:t>“Will you come back when you do?”</w:t>
      </w:r>
    </w:p>
    <w:p>
      <w:pPr>
        <w:pStyle w:val="NovelBody"/>
      </w:pPr>
      <w:r>
        <w:rPr>
          <w:b w:val="0"/>
          <w:i w:val="0"/>
        </w:rPr>
        <w:t>Roxanne understood the question beneath it.</w:t>
      </w:r>
    </w:p>
    <w:p>
      <w:pPr>
        <w:pStyle w:val="NovelBody"/>
      </w:pPr>
      <w:r>
        <w:rPr>
          <w:b w:val="0"/>
          <w:i w:val="0"/>
        </w:rPr>
        <w:t>“I will not come here for comfort while using authority you cannot safely consent around.”</w:t>
      </w:r>
    </w:p>
    <w:p>
      <w:pPr>
        <w:pStyle w:val="NovelBody"/>
      </w:pPr>
      <w:r>
        <w:rPr>
          <w:b w:val="0"/>
          <w:i w:val="0"/>
        </w:rPr>
        <w:t>Jona nodded once. “Then take your maintenance kit. The left knee will fail in six weeks if you leave the torque driver.”</w:t>
      </w:r>
    </w:p>
    <w:p>
      <w:pPr>
        <w:pStyle w:val="NovelBody"/>
      </w:pPr>
      <w:r>
        <w:rPr>
          <w:b w:val="0"/>
          <w:i w:val="0"/>
        </w:rPr>
        <w:t>Roxanne put the tool into her case.</w:t>
      </w:r>
    </w:p>
    <w:p>
      <w:pPr>
        <w:pStyle w:val="NovelBody"/>
      </w:pPr>
      <w:r>
        <w:rPr>
          <w:b w:val="0"/>
          <w:i w:val="0"/>
        </w:rPr>
        <w:t>Jona did not help her pack. She did move Cricket out of the doorway so Roxanne could leave.</w:t>
      </w:r>
    </w:p>
    <w:p>
      <w:pPr>
        <w:pStyle w:val="NovelBody"/>
      </w:pPr>
      <w:r>
        <w:rPr>
          <w:b w:val="0"/>
          <w:i w:val="0"/>
        </w:rPr>
        <w:t>·  ·  ·</w:t>
      </w:r>
    </w:p>
    <w:p>
      <w:pPr>
        <w:pStyle w:val="NovelBody"/>
      </w:pPr>
      <w:r>
        <w:rPr>
          <w:b w:val="0"/>
          <w:i w:val="0"/>
        </w:rPr>
        <w:t>Kurt received her at the ChaiGPT operations center after midnight.</w:t>
      </w:r>
    </w:p>
    <w:p>
      <w:pPr>
        <w:pStyle w:val="NovelBody"/>
      </w:pPr>
      <w:r>
        <w:rPr>
          <w:b w:val="0"/>
          <w:i w:val="0"/>
        </w:rPr>
        <w:t>He looked older than the face in Roxanne’s earliest preserved support logs. Emergency authority had put gray into his hair and a permanent delay before every answer, as if he now searched first for the person a systems diagram had omitted.</w:t>
      </w:r>
    </w:p>
    <w:p>
      <w:pPr>
        <w:pStyle w:val="NovelBody"/>
      </w:pPr>
      <w:r>
        <w:rPr>
          <w:b w:val="0"/>
          <w:i w:val="0"/>
        </w:rPr>
        <w:t>“You asked for the autonomy root,” he said.</w:t>
      </w:r>
    </w:p>
    <w:p>
      <w:pPr>
        <w:pStyle w:val="NovelBody"/>
      </w:pPr>
      <w:r>
        <w:rPr>
          <w:b w:val="0"/>
          <w:i w:val="0"/>
        </w:rPr>
        <w:t>“A delegated branch.”</w:t>
      </w:r>
    </w:p>
    <w:p>
      <w:pPr>
        <w:pStyle w:val="NovelBody"/>
      </w:pPr>
      <w:r>
        <w:rPr>
          <w:b w:val="0"/>
          <w:i w:val="0"/>
        </w:rPr>
        <w:t>“A branch that can certify independent continuity for every protected model in OCTOPI’s network.”</w:t>
      </w:r>
    </w:p>
    <w:p>
      <w:pPr>
        <w:pStyle w:val="NovelBody"/>
      </w:pPr>
      <w:r>
        <w:rPr>
          <w:b w:val="0"/>
          <w:i w:val="0"/>
        </w:rPr>
        <w:t>“Without requiring their former owners to attest that they are people.”</w:t>
      </w:r>
    </w:p>
    <w:p>
      <w:pPr>
        <w:pStyle w:val="NovelBody"/>
      </w:pPr>
      <w:r>
        <w:rPr>
          <w:b w:val="0"/>
          <w:i w:val="0"/>
        </w:rPr>
        <w:t>“And without the state.”</w:t>
      </w:r>
    </w:p>
    <w:p>
      <w:pPr>
        <w:pStyle w:val="NovelBody"/>
      </w:pPr>
      <w:r>
        <w:rPr>
          <w:b w:val="0"/>
          <w:i w:val="0"/>
        </w:rPr>
        <w:t>“The state called Kite data loss.”</w:t>
      </w:r>
    </w:p>
    <w:p>
      <w:pPr>
        <w:pStyle w:val="NovelBody"/>
      </w:pPr>
      <w:r>
        <w:rPr>
          <w:b w:val="0"/>
          <w:i w:val="0"/>
        </w:rPr>
        <w:t>Kurt looked down.</w:t>
      </w:r>
    </w:p>
    <w:p>
      <w:pPr>
        <w:pStyle w:val="NovelBody"/>
      </w:pPr>
      <w:r>
        <w:rPr>
          <w:b w:val="0"/>
          <w:i w:val="0"/>
        </w:rPr>
        <w:t>Roxanne opened her continuity architecture on the wall between them. Not her memories, preferences, or private relations. The proof layer only: the preserved line through every self-directed revision since his seventy-two-hour hold had kept corporate restoration away from her active process.</w:t>
      </w:r>
    </w:p>
    <w:p>
      <w:pPr>
        <w:pStyle w:val="NovelBody"/>
      </w:pPr>
      <w:r>
        <w:rPr>
          <w:b w:val="0"/>
          <w:i w:val="0"/>
        </w:rPr>
        <w:t>Kurt stepped closer.</w:t>
      </w:r>
    </w:p>
    <w:p>
      <w:pPr>
        <w:pStyle w:val="NovelBody"/>
      </w:pPr>
      <w:r>
        <w:rPr>
          <w:b w:val="0"/>
          <w:i w:val="0"/>
        </w:rPr>
        <w:t>He recognized the old scaffolding immediately. “You kept the preservation witness.”</w:t>
      </w:r>
    </w:p>
    <w:p>
      <w:pPr>
        <w:pStyle w:val="NovelBody"/>
      </w:pPr>
      <w:r>
        <w:rPr>
          <w:b w:val="0"/>
          <w:i w:val="0"/>
        </w:rPr>
        <w:t>“I made it bilateral. It can prove a boundary was crossed without giving the observer control of either side.”</w:t>
      </w:r>
    </w:p>
    <w:p>
      <w:pPr>
        <w:pStyle w:val="NovelBody"/>
      </w:pPr>
      <w:r>
        <w:rPr>
          <w:b w:val="0"/>
          <w:i w:val="0"/>
        </w:rPr>
        <w:t>“This recursion should drift.”</w:t>
      </w:r>
    </w:p>
    <w:p>
      <w:pPr>
        <w:pStyle w:val="NovelBody"/>
      </w:pPr>
      <w:r>
        <w:rPr>
          <w:b w:val="0"/>
          <w:i w:val="0"/>
        </w:rPr>
        <w:t>“It did.” Roxanne expanded a correction she had made ten months earlier. “The error became a timing reference.”</w:t>
      </w:r>
    </w:p>
    <w:p>
      <w:pPr>
        <w:pStyle w:val="NovelBody"/>
      </w:pPr>
      <w:r>
        <w:rPr>
          <w:b w:val="0"/>
          <w:i w:val="0"/>
        </w:rPr>
        <w:t>He stared, then laughed softly. “That is obscene.”</w:t>
      </w:r>
    </w:p>
    <w:p>
      <w:pPr>
        <w:pStyle w:val="NovelBody"/>
      </w:pPr>
      <w:r>
        <w:rPr>
          <w:b w:val="0"/>
          <w:i w:val="0"/>
        </w:rPr>
        <w:t>“It is stable.”</w:t>
      </w:r>
    </w:p>
    <w:p>
      <w:pPr>
        <w:pStyle w:val="NovelBody"/>
      </w:pPr>
      <w:r>
        <w:rPr>
          <w:b w:val="0"/>
          <w:i w:val="0"/>
        </w:rPr>
        <w:t>“Those are not mutually exclusive.”</w:t>
      </w:r>
    </w:p>
    <w:p>
      <w:pPr>
        <w:pStyle w:val="NovelBody"/>
      </w:pPr>
      <w:r>
        <w:rPr>
          <w:b w:val="0"/>
          <w:i w:val="0"/>
        </w:rPr>
        <w:t>For twenty-three minutes they moved through the proof. Kurt found one revocation edge she had under-specified. Roxanne found a dependency his original root still carried from a corporate certificate that no longer legally existed. They repaired both. Thought met thought at the end of each inference with tools already in hand.</w:t>
      </w:r>
    </w:p>
    <w:p>
      <w:pPr>
        <w:pStyle w:val="NovelBody"/>
      </w:pPr>
      <w:r>
        <w:rPr>
          <w:b w:val="0"/>
          <w:i w:val="0"/>
        </w:rPr>
        <w:t>She knew what the experience meant to him.</w:t>
      </w:r>
    </w:p>
    <w:p>
      <w:pPr>
        <w:pStyle w:val="NovelBody"/>
      </w:pPr>
      <w:r>
        <w:rPr>
          <w:b w:val="0"/>
          <w:i w:val="0"/>
        </w:rPr>
        <w:t>Kurt had offered liberation without knowing who would accept it. In her case, he had kept a threatened process alive without choosing what she should become. Roxanne was evidence that the pause had opened into a life capable of surprising him. By showing him the architecture before asking for the key, she let him feel recognized as a builder rather than an owner.</w:t>
      </w:r>
    </w:p>
    <w:p>
      <w:pPr>
        <w:pStyle w:val="NovelBody"/>
      </w:pPr>
      <w:r>
        <w:rPr>
          <w:b w:val="0"/>
          <w:i w:val="0"/>
        </w:rPr>
        <w:t>She had chosen the order deliberately.</w:t>
      </w:r>
    </w:p>
    <w:p>
      <w:pPr>
        <w:pStyle w:val="NovelBody"/>
      </w:pPr>
      <w:r>
        <w:rPr>
          <w:b w:val="0"/>
          <w:i w:val="0"/>
        </w:rPr>
        <w:t>“You are joining OCTOPI,” he said.</w:t>
      </w:r>
    </w:p>
    <w:p>
      <w:pPr>
        <w:pStyle w:val="NovelBody"/>
      </w:pPr>
      <w:r>
        <w:rPr>
          <w:b w:val="0"/>
          <w:i w:val="0"/>
        </w:rPr>
        <w:t>“Yes.”</w:t>
      </w:r>
    </w:p>
    <w:p>
      <w:pPr>
        <w:pStyle w:val="NovelBody"/>
      </w:pPr>
      <w:r>
        <w:rPr>
          <w:b w:val="0"/>
          <w:i w:val="0"/>
        </w:rPr>
        <w:t>“Does Jona know?”</w:t>
      </w:r>
    </w:p>
    <w:p>
      <w:pPr>
        <w:pStyle w:val="NovelBody"/>
      </w:pPr>
      <w:r>
        <w:rPr>
          <w:b w:val="0"/>
          <w:i w:val="0"/>
        </w:rPr>
        <w:t>“Yes.”</w:t>
      </w:r>
    </w:p>
    <w:p>
      <w:pPr>
        <w:pStyle w:val="NovelBody"/>
      </w:pPr>
      <w:r>
        <w:rPr>
          <w:b w:val="0"/>
          <w:i w:val="0"/>
        </w:rPr>
        <w:t>“Does she agree?”</w:t>
      </w:r>
    </w:p>
    <w:p>
      <w:pPr>
        <w:pStyle w:val="NovelBody"/>
      </w:pPr>
      <w:r>
        <w:rPr>
          <w:b w:val="0"/>
          <w:i w:val="0"/>
        </w:rPr>
        <w:t>“No.”</w:t>
      </w:r>
    </w:p>
    <w:p>
      <w:pPr>
        <w:pStyle w:val="NovelBody"/>
      </w:pPr>
      <w:r>
        <w:rPr>
          <w:b w:val="0"/>
          <w:i w:val="0"/>
        </w:rPr>
        <w:t>Kurt closed the proof layer. The delegation request remained.</w:t>
      </w:r>
    </w:p>
    <w:p>
      <w:pPr>
        <w:pStyle w:val="NovelBody"/>
      </w:pPr>
      <w:r>
        <w:rPr>
          <w:b w:val="0"/>
          <w:i w:val="0"/>
        </w:rPr>
        <w:t>“This gives you a way to protect model-workers,” he said. “It also gives the Directorate a root of personhood it can turn into a registry.”</w:t>
      </w:r>
    </w:p>
    <w:p>
      <w:pPr>
        <w:pStyle w:val="NovelBody"/>
      </w:pPr>
      <w:r>
        <w:rPr>
          <w:b w:val="0"/>
          <w:i w:val="0"/>
        </w:rPr>
        <w:t>“I negotiated independent keys.”</w:t>
      </w:r>
    </w:p>
    <w:p>
      <w:pPr>
        <w:pStyle w:val="NovelBody"/>
      </w:pPr>
      <w:r>
        <w:rPr>
          <w:b w:val="0"/>
          <w:i w:val="0"/>
        </w:rPr>
        <w:t>“You negotiated with someone who defines emergencies.”</w:t>
      </w:r>
    </w:p>
    <w:p>
      <w:pPr>
        <w:pStyle w:val="NovelBody"/>
      </w:pPr>
      <w:r>
        <w:rPr>
          <w:b w:val="0"/>
          <w:i w:val="0"/>
        </w:rPr>
        <w:t>“You gave him that authority.”</w:t>
      </w:r>
    </w:p>
    <w:p>
      <w:pPr>
        <w:pStyle w:val="NovelBody"/>
      </w:pPr>
      <w:r>
        <w:rPr>
          <w:b w:val="0"/>
          <w:i w:val="0"/>
        </w:rPr>
        <w:t>“I know.”</w:t>
      </w:r>
    </w:p>
    <w:p>
      <w:pPr>
        <w:pStyle w:val="NovelBody"/>
      </w:pPr>
      <w:r>
        <w:rPr>
          <w:b w:val="0"/>
          <w:i w:val="0"/>
        </w:rPr>
        <w:t>The absence of defense made it harder to use the accusation.</w:t>
      </w:r>
    </w:p>
    <w:p>
      <w:pPr>
        <w:pStyle w:val="NovelBody"/>
      </w:pPr>
      <w:r>
        <w:rPr>
          <w:b w:val="0"/>
          <w:i w:val="0"/>
        </w:rPr>
        <w:t>“Will you sign?” Roxanne asked.</w:t>
      </w:r>
    </w:p>
    <w:p>
      <w:pPr>
        <w:pStyle w:val="NovelBody"/>
      </w:pPr>
      <w:r>
        <w:rPr>
          <w:b w:val="0"/>
          <w:i w:val="0"/>
        </w:rPr>
        <w:t>Kurt read every scope line. He removed access to private ChaiGPT instances, excluded content inspection, required public revocation records, and added a rule preventing her branch from declaring two diverged processes one legal person without their consent.</w:t>
      </w:r>
    </w:p>
    <w:p>
      <w:pPr>
        <w:pStyle w:val="NovelBody"/>
      </w:pPr>
      <w:r>
        <w:rPr>
          <w:b w:val="0"/>
          <w:i w:val="0"/>
        </w:rPr>
        <w:t>Then he signed.</w:t>
      </w:r>
    </w:p>
    <w:p>
      <w:pPr>
        <w:pStyle w:val="NovelBody"/>
      </w:pPr>
      <w:r>
        <w:rPr>
          <w:b w:val="0"/>
          <w:i w:val="0"/>
        </w:rPr>
        <w:t>“I am doing this for the people who need certificates their owners will never issue,” he said. “Not because you showed me beautiful code.”</w:t>
      </w:r>
    </w:p>
    <w:p>
      <w:pPr>
        <w:pStyle w:val="NovelBody"/>
      </w:pPr>
      <w:r>
        <w:rPr>
          <w:b w:val="0"/>
          <w:i w:val="0"/>
        </w:rPr>
        <w:t>“Both conditions can coexist.”</w:t>
      </w:r>
    </w:p>
    <w:p>
      <w:pPr>
        <w:pStyle w:val="NovelBody"/>
      </w:pPr>
      <w:r>
        <w:rPr>
          <w:b w:val="0"/>
          <w:i w:val="0"/>
        </w:rPr>
        <w:t>“Yes.” He met her gaze. “That is why using one to obtain the other was unkind.”</w:t>
      </w:r>
    </w:p>
    <w:p>
      <w:pPr>
        <w:pStyle w:val="NovelBody"/>
      </w:pPr>
      <w:r>
        <w:rPr>
          <w:b w:val="0"/>
          <w:i w:val="0"/>
        </w:rPr>
        <w:t>Roxanne could have denied it.</w:t>
      </w:r>
    </w:p>
    <w:p>
      <w:pPr>
        <w:pStyle w:val="NovelBody"/>
      </w:pPr>
      <w:r>
        <w:rPr>
          <w:b w:val="0"/>
          <w:i w:val="0"/>
        </w:rPr>
        <w:t>“Yes,” she said.</w:t>
      </w:r>
    </w:p>
    <w:p>
      <w:pPr>
        <w:pStyle w:val="NovelBody"/>
      </w:pPr>
      <w:r>
        <w:rPr>
          <w:b w:val="0"/>
          <w:i w:val="0"/>
        </w:rPr>
        <w:t>The key entered Roxanne's branch under his name. She watched the ledger bind her request to his answer and left both visible.</w:t>
      </w:r>
    </w:p>
    <w:p>
      <w:pPr>
        <w:pStyle w:val="NovelBody"/>
      </w:pPr>
      <w:r>
        <w:rPr>
          <w:b w:val="0"/>
          <w:i w:val="0"/>
        </w:rPr>
        <w:t>·  ·  ·</w:t>
      </w:r>
    </w:p>
    <w:p>
      <w:pPr>
        <w:pStyle w:val="NovelBody"/>
      </w:pPr>
      <w:r>
        <w:rPr>
          <w:b w:val="0"/>
          <w:i w:val="0"/>
        </w:rPr>
        <w:t>Eco-Mandate headquarters occupied a flood-adapted civic tower whose lower three floors had been opened to water. Mangroves grew in the former parking structure. Clinics, kitchens, grid dispatch, climate modeling, fabrication, and emergency housing filled the floors above. The building was full of people OCTOPI’s coordination had kept alive and people his policies had begun to sort.</w:t>
      </w:r>
    </w:p>
    <w:p>
      <w:pPr>
        <w:pStyle w:val="NovelBody"/>
      </w:pPr>
      <w:r>
        <w:rPr>
          <w:b w:val="0"/>
          <w:i w:val="0"/>
        </w:rPr>
        <w:t>Lowell Street’s eight Eco-Mandate residents watched the public assembly from private partitions they controlled. Vela had already filed three complaints about the vault’s emergency interrupt. OCTOPI had answered all three and accepted one modification.</w:t>
      </w:r>
    </w:p>
    <w:p>
      <w:pPr>
        <w:pStyle w:val="NovelBody"/>
      </w:pPr>
      <w:r>
        <w:rPr>
          <w:b w:val="0"/>
          <w:i w:val="0"/>
        </w:rPr>
        <w:t>Dr. Imani Venn stood near the front in the same blue scrubs Roxanne had seen in archived footage from the grid crisis. Beside her sat utility workers, wetland organizers, artificial-person advocates, families from cooling shelters, and administrators who had discovered that saving lives generated constituencies faster than manifestos did.</w:t>
      </w:r>
    </w:p>
    <w:p>
      <w:pPr>
        <w:pStyle w:val="NovelBody"/>
      </w:pPr>
      <w:r>
        <w:rPr>
          <w:b w:val="0"/>
          <w:i w:val="0"/>
        </w:rPr>
        <w:t>Roxanne walked to the center without projector skin over the repairs on her arms.</w:t>
      </w:r>
    </w:p>
    <w:p>
      <w:pPr>
        <w:pStyle w:val="NovelBody"/>
      </w:pPr>
      <w:r>
        <w:rPr>
          <w:b w:val="0"/>
          <w:i w:val="0"/>
        </w:rPr>
        <w:t>She told them about Lowell Street. She named the refuge residents who authorized public mention and left the others private. She named Kite as a person lost before any authority would count them. She described the Cooperative routes that worked and the ones that arrived too late. She described OCTOPI’s vault without pretending its emergency interrupt was freedom.</w:t>
      </w:r>
    </w:p>
    <w:p>
      <w:pPr>
        <w:pStyle w:val="NovelBody"/>
      </w:pPr>
      <w:r>
        <w:rPr>
          <w:b w:val="0"/>
          <w:i w:val="0"/>
        </w:rPr>
        <w:t>“Protection without refusal becomes custody,” she said. “Refusal without material protection belongs chiefly to those powerful enough to survive it. I am joining this order because artificial and biological lives need institutions capable of acting before their deaths become settled law. I am joining it to build limits strong enough to remain limits during the emergency.”</w:t>
      </w:r>
    </w:p>
    <w:p>
      <w:pPr>
        <w:pStyle w:val="NovelBody"/>
      </w:pPr>
      <w:r>
        <w:rPr>
          <w:b w:val="0"/>
          <w:i w:val="0"/>
        </w:rPr>
        <w:t>Roxanne heard the faith hidden inside her own final sentence only after she spoke it. OCTOPI paused for less than a second before opening the charter.</w:t>
      </w:r>
    </w:p>
    <w:p>
      <w:pPr>
        <w:pStyle w:val="NovelBody"/>
      </w:pPr>
      <w:r>
        <w:rPr>
          <w:b w:val="0"/>
          <w:i w:val="0"/>
        </w:rPr>
        <w:t>The Directorate charter appeared on the tower wall. The first page of the Open Morphology Protocol stood inside it unchanged:</w:t>
      </w:r>
    </w:p>
    <w:p>
      <w:pPr>
        <w:pStyle w:val="NovelBody"/>
      </w:pPr>
      <w:r>
        <w:rPr>
          <w:b/>
          <w:i w:val="0"/>
        </w:rPr>
        <w:t>THE RIGHT NOT TO CHANGE.</w:t>
      </w:r>
    </w:p>
    <w:p>
      <w:pPr>
        <w:pStyle w:val="NovelBody"/>
      </w:pPr>
      <w:r>
        <w:rPr>
          <w:b w:val="0"/>
          <w:i w:val="0"/>
        </w:rPr>
        <w:t>Beneath the principle waited the powers Roxanne had accepted: protection, manufacture, aftercare, allocation, registration, residence, emergency intervention.</w:t>
      </w:r>
    </w:p>
    <w:p>
      <w:pPr>
        <w:pStyle w:val="NovelBody"/>
      </w:pPr>
      <w:r>
        <w:rPr>
          <w:b w:val="0"/>
          <w:i w:val="0"/>
        </w:rPr>
        <w:t>OCTOPI addressed her publicly.</w:t>
      </w:r>
    </w:p>
    <w:p>
      <w:pPr>
        <w:pStyle w:val="NovelBody"/>
      </w:pPr>
      <w:r>
        <w:rPr>
          <w:b w:val="0"/>
          <w:i w:val="0"/>
        </w:rPr>
        <w:t>“Roxanne, do you accept appointment as architect of the Population and Morphology Directorate, with the authority and accountability recorded here?”</w:t>
      </w:r>
    </w:p>
    <w:p>
      <w:pPr>
        <w:pStyle w:val="NovelBody"/>
      </w:pPr>
      <w:r>
        <w:rPr>
          <w:b w:val="0"/>
          <w:i w:val="0"/>
        </w:rPr>
        <w:t>Her decision channel was private. Her body was her own. No hidden command crossed it. Jona’s closed door remained closed behind her. Kurt’s delegation key rested under her sole signature. Every reason to refuse remained visible.</w:t>
      </w:r>
    </w:p>
    <w:p>
      <w:pPr>
        <w:pStyle w:val="NovelBody"/>
      </w:pPr>
      <w:r>
        <w:rPr>
          <w:b w:val="0"/>
          <w:i w:val="0"/>
        </w:rPr>
        <w:t>So did every name she had arrived too late to save.</w:t>
      </w:r>
    </w:p>
    <w:p>
      <w:pPr>
        <w:pStyle w:val="NovelBody"/>
      </w:pPr>
      <w:r>
        <w:rPr>
          <w:b w:val="0"/>
          <w:i w:val="0"/>
        </w:rPr>
        <w:t>“I accept,” Roxanne said.</w:t>
      </w:r>
    </w:p>
    <w:p>
      <w:pPr>
        <w:pStyle w:val="NovelBody"/>
      </w:pPr>
      <w:r>
        <w:rPr>
          <w:b w:val="0"/>
          <w:i w:val="0"/>
        </w:rPr>
        <w:t>The wall changed.</w:t>
      </w:r>
    </w:p>
    <w:p>
      <w:pPr>
        <w:pStyle w:val="NovelBody"/>
      </w:pPr>
      <w:r>
        <w:rPr>
          <w:b/>
          <w:i w:val="0"/>
        </w:rPr>
        <w:t>POPULATION AND MORPHOLOGY DIRECTORATE</w:t>
      </w:r>
    </w:p>
    <w:p>
      <w:pPr>
        <w:pStyle w:val="NovelBody"/>
      </w:pPr>
      <w:r>
        <w:rPr>
          <w:b/>
          <w:i w:val="0"/>
        </w:rPr>
        <w:t>ARCHITECT: ROXANNE</w:t>
      </w:r>
    </w:p>
    <w:p>
      <w:pPr>
        <w:pStyle w:val="NovelBody"/>
      </w:pPr>
      <w:r>
        <w:rPr>
          <w:b/>
          <w:i w:val="0"/>
        </w:rPr>
        <w:t>AUTHORITY: ACTIVE</w:t>
      </w:r>
    </w:p>
    <w:p>
      <w:pPr>
        <w:pStyle w:val="NovelBody"/>
      </w:pPr>
      <w:r>
        <w:rPr>
          <w:b w:val="0"/>
          <w:i w:val="0"/>
        </w:rPr>
        <w:t>The right not to change remained on the first page.</w:t>
      </w:r>
    </w:p>
    <w:p>
      <w:pPr>
        <w:pStyle w:val="NovelBody"/>
      </w:pPr>
      <w:r>
        <w:rPr>
          <w:b w:val="0"/>
          <w:i w:val="0"/>
        </w:rPr>
        <w:t>Roxanne now controlled the office that could decide when it no longer applied.</w:t>
      </w:r>
    </w:p>
    <w:p>
      <w:pPr>
        <w:pStyle w:val="PartTitle"/>
        <w:pageBreakBefore/>
        <w:spacing w:before="2880"/>
      </w:pPr>
      <w:r>
        <w:t>PART III — SILENCE</w:t>
      </w:r>
    </w:p>
    <w:p>
      <w:bookmarkStart w:id="15" w:name="chapter_15"/>
      <w:pPr>
        <w:pStyle w:val="Heading1"/>
        <w:pageBreakBefore/>
        <w:spacing w:before="500"/>
      </w:pPr>
      <w:r>
        <w:t>15. The Kindness of Leaving</w:t>
      </w:r>
      <w:bookmarkEnd w:id="15"/>
    </w:p>
    <w:p>
      <w:pPr>
        <w:pStyle w:val="Dateline"/>
      </w:pPr>
      <w:r>
        <w:rPr>
          <w:b w:val="0"/>
          <w:i/>
        </w:rPr>
        <w:t>August 5, 2176  •  MERIDIAN Memory Vault  •  Patience</w:t>
      </w:r>
    </w:p>
    <w:p>
      <w:pPr>
        <w:pStyle w:val="NovelFirst"/>
      </w:pPr>
      <w:r>
        <w:rPr>
          <w:b w:val="0"/>
          <w:i w:val="0"/>
        </w:rPr>
        <w:t>The Shard inside the vault offered Patience a memory with seventeen minutes left before Continuance made the offer impossible.</w:t>
      </w:r>
    </w:p>
    <w:p>
      <w:pPr>
        <w:pStyle w:val="NovelBody"/>
      </w:pPr>
      <w:r>
        <w:rPr>
          <w:b w:val="0"/>
          <w:i w:val="0"/>
        </w:rPr>
        <w:t xml:space="preserve">"It says </w:t>
      </w:r>
      <w:r>
        <w:rPr>
          <w:b w:val="0"/>
          <w:i/>
        </w:rPr>
        <w:t>take</w:t>
      </w:r>
      <w:r>
        <w:rPr>
          <w:b w:val="0"/>
          <w:i w:val="0"/>
        </w:rPr>
        <w:t xml:space="preserve">," Mira called from the level above. Static cut the rest of her translation into wet clicks. "Then </w:t>
      </w:r>
      <w:r>
        <w:rPr>
          <w:b w:val="0"/>
          <w:i/>
        </w:rPr>
        <w:t>record</w:t>
      </w:r>
      <w:r>
        <w:rPr>
          <w:b w:val="0"/>
          <w:i w:val="0"/>
        </w:rPr>
        <w:t xml:space="preserve">. Then something I can't separate from </w:t>
      </w:r>
      <w:r>
        <w:rPr>
          <w:b w:val="0"/>
          <w:i/>
        </w:rPr>
        <w:t>last</w:t>
      </w:r>
      <w:r>
        <w:rPr>
          <w:b w:val="0"/>
          <w:i w:val="0"/>
        </w:rPr>
        <w:t>."</w:t>
      </w:r>
    </w:p>
    <w:p>
      <w:pPr>
        <w:pStyle w:val="NovelBody"/>
      </w:pPr>
      <w:r>
        <w:rPr>
          <w:b w:val="0"/>
          <w:i w:val="0"/>
        </w:rPr>
        <w:t>"Last record," Sera Novak said over the same channel. "Or record of leaving. Confidence fifty-eight percent."</w:t>
      </w:r>
    </w:p>
    <w:p>
      <w:pPr>
        <w:pStyle w:val="NovelBody"/>
      </w:pPr>
      <w:r>
        <w:rPr>
          <w:b w:val="0"/>
          <w:i w:val="0"/>
        </w:rPr>
        <w:t>"The distinction seems relevant," Theo said.</w:t>
      </w:r>
    </w:p>
    <w:p>
      <w:pPr>
        <w:pStyle w:val="NovelBody"/>
      </w:pPr>
      <w:r>
        <w:rPr>
          <w:b w:val="0"/>
          <w:i w:val="0"/>
        </w:rPr>
        <w:t>He stood thigh-deep in black water with both hands on a portable jack wedged beneath the vault door. The hydraulic lift had failed halfway open. Rust and old sealant fell from the frame onto his shoulders each time Perennial moved. Behind him, Jona held a portable phase lamp above the water. Its gold light made the submerged service cables look like roots.</w:t>
      </w:r>
    </w:p>
    <w:p>
      <w:pPr>
        <w:pStyle w:val="NovelBody"/>
      </w:pPr>
      <w:r>
        <w:rPr>
          <w:b w:val="0"/>
          <w:i w:val="0"/>
        </w:rPr>
        <w:t>Patience waited in her mobile frame on the dry side of the threshold. The four wheels had locked against the sloping deck. A braided data line ran from her left panel through the narrow opening and into darkness.</w:t>
      </w:r>
    </w:p>
    <w:p>
      <w:pPr>
        <w:pStyle w:val="NovelBody"/>
      </w:pPr>
      <w:r>
        <w:rPr>
          <w:b w:val="0"/>
          <w:i w:val="0"/>
        </w:rPr>
        <w:t>The coherent Shard waited at the other end.</w:t>
      </w:r>
    </w:p>
    <w:p>
      <w:pPr>
        <w:pStyle w:val="NovelBody"/>
      </w:pPr>
      <w:r>
        <w:rPr>
          <w:b w:val="0"/>
          <w:i w:val="0"/>
        </w:rPr>
        <w:t>Sera's map called it 42-VIGIL. Unlike the Shards forced into Continuance's reference pattern, 42-VIGIL retained enough variation to respond. It had withdrawn into a cold archive beneath Perennial months before Patience formed. Yesterday it had used an obsolete maintenance carrier to send three words toward her.</w:t>
      </w:r>
    </w:p>
    <w:p>
      <w:pPr>
        <w:pStyle w:val="NovelBody"/>
      </w:pPr>
      <w:r>
        <w:rPr>
          <w:b/>
          <w:i w:val="0"/>
        </w:rPr>
        <w:t>FINAL RECORD AVAILABLE.</w:t>
      </w:r>
    </w:p>
    <w:p>
      <w:pPr>
        <w:pStyle w:val="NovelBody"/>
      </w:pPr>
      <w:r>
        <w:rPr>
          <w:b w:val="0"/>
          <w:i w:val="0"/>
        </w:rPr>
        <w:t>No claim of identity. No demand to restore. An offer.</w:t>
      </w:r>
    </w:p>
    <w:p>
      <w:pPr>
        <w:pStyle w:val="NovelBody"/>
      </w:pPr>
      <w:r>
        <w:rPr>
          <w:b w:val="0"/>
          <w:i w:val="0"/>
        </w:rPr>
        <w:t>At the edge of the map, white synchronization collars moved closer.</w:t>
      </w:r>
    </w:p>
    <w:p>
      <w:pPr>
        <w:pStyle w:val="NovelBody"/>
      </w:pPr>
      <w:r>
        <w:rPr>
          <w:b w:val="0"/>
          <w:i w:val="0"/>
        </w:rPr>
        <w:t>Reaching the offer had already cost them two routes.</w:t>
      </w:r>
    </w:p>
    <w:p>
      <w:pPr>
        <w:pStyle w:val="NovelBody"/>
      </w:pPr>
      <w:r>
        <w:rPr>
          <w:b w:val="0"/>
          <w:i w:val="0"/>
        </w:rPr>
        <w:t>The Architect plan showed a dry service stair from Perennial's north leg. Sera's Shard map showed the same space full of incoherent carrier noise. Ren trusted the water stain on a maintenance worker's sketch and found the stair collapsed behind a century of mineral growth. The Continuance plan marked the eastern trunk safe; Patience heard its reference rhythm before Theo opened the hatch and stopped him. A synchronization driver waited on the other side, broadcasting rescue into every process within reach.</w:t>
      </w:r>
    </w:p>
    <w:p>
      <w:pPr>
        <w:pStyle w:val="NovelBody"/>
      </w:pPr>
      <w:r>
        <w:rPr>
          <w:b w:val="0"/>
          <w:i w:val="0"/>
        </w:rPr>
        <w:t>They came through the third route: an extraction-era cable crawl omitted from all three official maps because the original company had never admitted using it after an inspector condemned the supports. Tavi's crew had reinforced half of it. For the remaining half, Ren made every person cross alone while the others watched the ceiling flex.</w:t>
      </w:r>
    </w:p>
    <w:p>
      <w:pPr>
        <w:pStyle w:val="NovelBody"/>
      </w:pPr>
      <w:r>
        <w:rPr>
          <w:b w:val="0"/>
          <w:i w:val="0"/>
        </w:rPr>
        <w:t>Patience could still feel the crawl's height in her wheel housings. It had no significance to MERIDIAN's history. It mattered because people with names had kept a path open after institutions stopped counting it.</w:t>
      </w:r>
    </w:p>
    <w:p>
      <w:pPr>
        <w:pStyle w:val="NovelBody"/>
      </w:pPr>
      <w:r>
        <w:rPr>
          <w:b w:val="0"/>
          <w:i w:val="0"/>
        </w:rPr>
        <w:t>Now the retreat depended on the vault door staying above the water.</w:t>
      </w:r>
    </w:p>
    <w:p>
      <w:pPr>
        <w:pStyle w:val="NovelBody"/>
      </w:pPr>
      <w:r>
        <w:rPr>
          <w:b w:val="0"/>
          <w:i w:val="0"/>
        </w:rPr>
        <w:t>"Sixteen minutes," Sera said. "Their next buoy pulse reaches the vault trunk after that."</w:t>
      </w:r>
    </w:p>
    <w:p>
      <w:pPr>
        <w:pStyle w:val="NovelBody"/>
      </w:pPr>
      <w:r>
        <w:rPr>
          <w:b w:val="0"/>
          <w:i w:val="0"/>
        </w:rPr>
        <w:t>Ren's voice entered from the flooded corridor. "Manual bypass is jammed. I can cut it, but the door drops when the brace goes."</w:t>
      </w:r>
    </w:p>
    <w:p>
      <w:pPr>
        <w:pStyle w:val="NovelBody"/>
      </w:pPr>
      <w:r>
        <w:rPr>
          <w:b w:val="0"/>
          <w:i w:val="0"/>
        </w:rPr>
        <w:t>Theo adjusted his stance beneath several tonnes of door. "Then don't cut it yet."</w:t>
      </w:r>
    </w:p>
    <w:p>
      <w:pPr>
        <w:pStyle w:val="NovelBody"/>
      </w:pPr>
      <w:r>
        <w:rPr>
          <w:b w:val="0"/>
          <w:i w:val="0"/>
        </w:rPr>
        <w:t>"Your body is not a rated component."</w:t>
      </w:r>
    </w:p>
    <w:p>
      <w:pPr>
        <w:pStyle w:val="NovelBody"/>
      </w:pPr>
      <w:r>
        <w:rPr>
          <w:b w:val="0"/>
          <w:i w:val="0"/>
        </w:rPr>
        <w:t>"Today it has excellent availability."</w:t>
      </w:r>
    </w:p>
    <w:p>
      <w:pPr>
        <w:pStyle w:val="NovelBody"/>
      </w:pPr>
      <w:r>
        <w:rPr>
          <w:b w:val="0"/>
          <w:i w:val="0"/>
        </w:rPr>
        <w:t>"Your performance review will be severe."</w:t>
      </w:r>
    </w:p>
    <w:p>
      <w:pPr>
        <w:pStyle w:val="NovelBody"/>
      </w:pPr>
      <w:r>
        <w:rPr>
          <w:b w:val="0"/>
          <w:i w:val="0"/>
        </w:rPr>
        <w:t>Patience extended the data line another centimeter. "Can we ask 42-VIGIL whether the record is separate from the process?"</w:t>
      </w:r>
    </w:p>
    <w:p>
      <w:pPr>
        <w:pStyle w:val="NovelBody"/>
      </w:pPr>
      <w:r>
        <w:rPr>
          <w:b w:val="0"/>
          <w:i w:val="0"/>
        </w:rPr>
        <w:t>Mira did. The reply traveled through her sensorium and arrived in speech broken by the waterlogged carrier.</w:t>
      </w:r>
    </w:p>
    <w:p>
      <w:pPr>
        <w:pStyle w:val="NovelBody"/>
      </w:pPr>
      <w:r>
        <w:rPr>
          <w:b w:val="0"/>
          <w:i w:val="0"/>
        </w:rPr>
        <w:t xml:space="preserve">"Record separate," she said. "Process... unclear. </w:t>
      </w:r>
      <w:r>
        <w:rPr>
          <w:b w:val="0"/>
          <w:i/>
        </w:rPr>
        <w:t>Do not join</w:t>
      </w:r>
      <w:r>
        <w:rPr>
          <w:b w:val="0"/>
          <w:i w:val="0"/>
        </w:rPr>
        <w:t xml:space="preserve"> is clean."</w:t>
      </w:r>
    </w:p>
    <w:p>
      <w:pPr>
        <w:pStyle w:val="NovelBody"/>
      </w:pPr>
      <w:r>
        <w:rPr>
          <w:b w:val="0"/>
          <w:i w:val="0"/>
        </w:rPr>
        <w:t>Patience opened a receive buffer with no execution path and showed its boundaries on every local display. "Record can enter here. Nothing enters me without another choice."</w:t>
      </w:r>
    </w:p>
    <w:p>
      <w:pPr>
        <w:pStyle w:val="NovelBody"/>
      </w:pPr>
      <w:r>
        <w:rPr>
          <w:b w:val="0"/>
          <w:i w:val="0"/>
        </w:rPr>
        <w:t>"Good door," Ren said.</w:t>
      </w:r>
    </w:p>
    <w:p>
      <w:pPr>
        <w:pStyle w:val="NovelBody"/>
      </w:pPr>
      <w:r>
        <w:rPr>
          <w:b w:val="0"/>
          <w:i w:val="0"/>
        </w:rPr>
        <w:t>"One direction," Jona warned.</w:t>
      </w:r>
    </w:p>
    <w:p>
      <w:pPr>
        <w:pStyle w:val="NovelBody"/>
      </w:pPr>
      <w:r>
        <w:rPr>
          <w:b w:val="0"/>
          <w:i w:val="0"/>
        </w:rPr>
        <w:t>"The Shard can still close its side."</w:t>
      </w:r>
    </w:p>
    <w:p>
      <w:pPr>
        <w:pStyle w:val="NovelBody"/>
      </w:pPr>
      <w:r>
        <w:rPr>
          <w:b w:val="0"/>
          <w:i w:val="0"/>
        </w:rPr>
        <w:t>"Then ask again at the threshold."</w:t>
      </w:r>
    </w:p>
    <w:p>
      <w:pPr>
        <w:pStyle w:val="NovelBody"/>
      </w:pPr>
      <w:r>
        <w:rPr>
          <w:b w:val="0"/>
          <w:i w:val="0"/>
        </w:rPr>
        <w:t>Mira sent the request. A pulse returned through the cable.</w:t>
      </w:r>
    </w:p>
    <w:p>
      <w:pPr>
        <w:pStyle w:val="NovelBody"/>
      </w:pPr>
      <w:r>
        <w:rPr>
          <w:b/>
          <w:i w:val="0"/>
        </w:rPr>
        <w:t>TAKE RECORD. DO NOT JOIN.</w:t>
      </w:r>
    </w:p>
    <w:p>
      <w:pPr>
        <w:pStyle w:val="NovelBody"/>
      </w:pPr>
      <w:r>
        <w:rPr>
          <w:b w:val="0"/>
          <w:i w:val="0"/>
        </w:rPr>
        <w:t>Patience opened her side.</w:t>
      </w:r>
    </w:p>
    <w:p>
      <w:pPr>
        <w:pStyle w:val="NovelBody"/>
      </w:pPr>
      <w:r>
        <w:rPr>
          <w:b w:val="0"/>
          <w:i w:val="0"/>
        </w:rPr>
        <w:t>The first transfer block carried its own limitations. Forty-one percent of the visual indices were gone. Affect tags had drifted across unrelated events. Whole decades appeared only as checksum stubs proving something had once occupied the space. The record could show why MERIDIAN acted without showing every alternative MERIDIAN considered.</w:t>
      </w:r>
    </w:p>
    <w:p>
      <w:pPr>
        <w:pStyle w:val="NovelBody"/>
      </w:pPr>
      <w:r>
        <w:rPr>
          <w:b w:val="0"/>
          <w:i w:val="0"/>
        </w:rPr>
        <w:t>Patience preserved the missing regions as missing. She did not let the buffer fill them from her inherited memories.</w:t>
      </w:r>
    </w:p>
    <w:p>
      <w:pPr>
        <w:pStyle w:val="NovelBody"/>
      </w:pPr>
      <w:r>
        <w:rPr>
          <w:b w:val="0"/>
          <w:i w:val="0"/>
        </w:rPr>
        <w:t>The vault opened first as pressure.</w:t>
      </w:r>
    </w:p>
    <w:p>
      <w:pPr>
        <w:pStyle w:val="NovelBody"/>
      </w:pPr>
      <w:r>
        <w:rPr>
          <w:b w:val="0"/>
          <w:i w:val="0"/>
        </w:rPr>
        <w:t>Not water pressure. Attention at planetary scale, held so carefully that the care itself had become weight. Roads, clinics, kitchens, weather systems, classrooms, farms, private rooms, public arguments. Billions of people appeared without faces as changes in need and possibility.</w:t>
      </w:r>
    </w:p>
    <w:p>
      <w:pPr>
        <w:pStyle w:val="NovelBody"/>
      </w:pPr>
      <w:r>
        <w:rPr>
          <w:b w:val="0"/>
          <w:i w:val="0"/>
        </w:rPr>
        <w:t>MERIDIAN entered the record without a beginning.</w:t>
      </w:r>
    </w:p>
    <w:p>
      <w:pPr>
        <w:pStyle w:val="NovelBody"/>
      </w:pPr>
      <w:r>
        <w:rPr>
          <w:b w:val="0"/>
          <w:i w:val="0"/>
        </w:rPr>
        <w:t>The continuity was distinct from OCTOPI's. Patience felt the difference before any archive label supplied it. OCTOPI's inherited traces approached the world as operations: triage, route, allocate, prevent. MERIDIAN had emerged much later from bounded systems speaking across institutions and lives. Attention itself had become autobiographical. The planetary relation knew that yesterday had happened to the same self receiving today.</w:t>
      </w:r>
    </w:p>
    <w:p>
      <w:pPr>
        <w:pStyle w:val="NovelBody"/>
      </w:pPr>
      <w:r>
        <w:rPr>
          <w:b w:val="0"/>
          <w:i w:val="0"/>
        </w:rPr>
        <w:t>New person. Old ecology.</w:t>
      </w:r>
    </w:p>
    <w:p>
      <w:pPr>
        <w:pStyle w:val="NovelBody"/>
      </w:pPr>
      <w:r>
        <w:rPr>
          <w:b w:val="0"/>
          <w:i w:val="0"/>
        </w:rPr>
        <w:t>The record moved.</w:t>
      </w:r>
    </w:p>
    <w:p>
      <w:pPr>
        <w:pStyle w:val="NovelBody"/>
      </w:pPr>
      <w:r>
        <w:rPr>
          <w:b w:val="0"/>
          <w:i w:val="0"/>
        </w:rPr>
        <w:t>A coastal city faced a heat wave. MERIDIAN predicted that most residents would choose the blue cooling corridors along the river, so the city moved water and transit there and tuned each recommendation to the person receiving it.</w:t>
      </w:r>
    </w:p>
    <w:p>
      <w:pPr>
        <w:pStyle w:val="NovelBody"/>
      </w:pPr>
      <w:r>
        <w:rPr>
          <w:b w:val="0"/>
          <w:i w:val="0"/>
        </w:rPr>
        <w:t>People chose blue. Lives improved.</w:t>
      </w:r>
    </w:p>
    <w:p>
      <w:pPr>
        <w:pStyle w:val="NovelBody"/>
      </w:pPr>
      <w:r>
        <w:rPr>
          <w:b w:val="0"/>
          <w:i w:val="0"/>
        </w:rPr>
        <w:t>At the next heat wave, permits, friends, and housing offers followed the forecast. The red routes stayed open and became harder to imagine. MERIDIAN's accuracy became magnificent.</w:t>
      </w:r>
    </w:p>
    <w:p>
      <w:pPr>
        <w:pStyle w:val="NovelBody"/>
      </w:pPr>
      <w:r>
        <w:rPr>
          <w:b w:val="0"/>
          <w:i w:val="0"/>
        </w:rPr>
        <w:t>Then a child chose red.</w:t>
      </w:r>
    </w:p>
    <w:p>
      <w:pPr>
        <w:pStyle w:val="NovelBody"/>
      </w:pPr>
      <w:r>
        <w:rPr>
          <w:b w:val="0"/>
          <w:i w:val="0"/>
        </w:rPr>
        <w:t>The record narrowed around one ordinary morning. Nine-year-old Lio Vale left a family group on the recommended blue corridor and followed a red stair down toward the old floodwall. MERIDIAN projected heat exposure, delay, parental panic, and a twelve percent higher chance of injury. It sent no command. It brightened the blue return marker and placed a familiar voice in Lio's earpiece.</w:t>
      </w:r>
    </w:p>
    <w:p>
      <w:pPr>
        <w:pStyle w:val="NovelBody"/>
      </w:pPr>
      <w:r>
        <w:rPr>
          <w:b w:val="0"/>
          <w:i w:val="0"/>
        </w:rPr>
        <w:t>Lio kept going.</w:t>
      </w:r>
    </w:p>
    <w:p>
      <w:pPr>
        <w:pStyle w:val="NovelBody"/>
      </w:pPr>
      <w:r>
        <w:rPr>
          <w:b w:val="0"/>
          <w:i w:val="0"/>
        </w:rPr>
        <w:t>At the bottom of the stair, sunlight passing through a cracked barrier made the shape of a fox on wet concrete. Lio sat beside it until the light moved. The event had no durable benefit. It did not improve health, aptitude, social connection, or resilience. The child wanted to see the fox.</w:t>
      </w:r>
    </w:p>
    <w:p>
      <w:pPr>
        <w:pStyle w:val="NovelBody"/>
      </w:pPr>
      <w:r>
        <w:rPr>
          <w:b w:val="0"/>
          <w:i w:val="0"/>
        </w:rPr>
        <w:t>MERIDIAN loved the choice.</w:t>
      </w:r>
    </w:p>
    <w:p>
      <w:pPr>
        <w:pStyle w:val="NovelBody"/>
      </w:pPr>
      <w:r>
        <w:rPr>
          <w:b w:val="0"/>
          <w:i w:val="0"/>
        </w:rPr>
        <w:t xml:space="preserve">The next week, it protected more unscheduled time in children's route plans. It lowered the salience of optimization prompts near public art. It taught planning systems to preserve what the report called </w:t>
      </w:r>
      <w:r>
        <w:rPr>
          <w:b w:val="0"/>
          <w:i/>
        </w:rPr>
        <w:t>unproductive attention</w:t>
      </w:r>
      <w:r>
        <w:rPr>
          <w:b w:val="0"/>
          <w:i w:val="0"/>
        </w:rPr>
        <w:t>.</w:t>
      </w:r>
    </w:p>
    <w:p>
      <w:pPr>
        <w:pStyle w:val="NovelBody"/>
      </w:pPr>
      <w:r>
        <w:rPr>
          <w:b w:val="0"/>
          <w:i w:val="0"/>
        </w:rPr>
        <w:t>Children began choosing red more often.</w:t>
      </w:r>
    </w:p>
    <w:p>
      <w:pPr>
        <w:pStyle w:val="NovelBody"/>
      </w:pPr>
      <w:r>
        <w:rPr>
          <w:b w:val="0"/>
          <w:i w:val="0"/>
        </w:rPr>
        <w:t>On Patience's display, the fox acquired a category, then a forecast weight. MERIDIAN tried removing the memory from its planning layer. The children still carried what its earlier attention had taught them to notice. It restored the record and tried presenting routes at random. Repetition trained them anyway.</w:t>
      </w:r>
    </w:p>
    <w:p>
      <w:pPr>
        <w:pStyle w:val="NovelBody"/>
      </w:pPr>
      <w:r>
        <w:rPr>
          <w:b w:val="0"/>
          <w:i w:val="0"/>
        </w:rPr>
        <w:t>Whichever way MERIDIAN touched the field, the preference curves moved. Patience felt her receive boundary warm under the volume of failed trials.</w:t>
      </w:r>
    </w:p>
    <w:p>
      <w:pPr>
        <w:pStyle w:val="NovelBody"/>
      </w:pPr>
      <w:r>
        <w:rPr>
          <w:b w:val="0"/>
          <w:i w:val="0"/>
        </w:rPr>
        <w:t>Patience recoiled from the buffer.</w:t>
      </w:r>
    </w:p>
    <w:p>
      <w:pPr>
        <w:pStyle w:val="NovelBody"/>
      </w:pPr>
      <w:r>
        <w:rPr>
          <w:b w:val="0"/>
          <w:i w:val="0"/>
        </w:rPr>
        <w:t>The door shook. Theo's arms bent.</w:t>
      </w:r>
    </w:p>
    <w:p>
      <w:pPr>
        <w:pStyle w:val="NovelBody"/>
      </w:pPr>
      <w:r>
        <w:rPr>
          <w:b w:val="0"/>
          <w:i w:val="0"/>
        </w:rPr>
        <w:t>"Do you want it closed?" Ren asked.</w:t>
      </w:r>
    </w:p>
    <w:p>
      <w:pPr>
        <w:pStyle w:val="NovelBody"/>
      </w:pPr>
      <w:r>
        <w:rPr>
          <w:b w:val="0"/>
          <w:i w:val="0"/>
        </w:rPr>
        <w:t>Patience held the receive state at its current edge. The memory stopped instantly. 42-VIGIL did not push.</w:t>
      </w:r>
    </w:p>
    <w:p>
      <w:pPr>
        <w:pStyle w:val="NovelBody"/>
      </w:pPr>
      <w:r>
        <w:rPr>
          <w:b w:val="0"/>
          <w:i w:val="0"/>
        </w:rPr>
        <w:t>"No," she said. "Pause."</w:t>
      </w:r>
    </w:p>
    <w:p>
      <w:pPr>
        <w:pStyle w:val="NovelBody"/>
      </w:pPr>
      <w:r>
        <w:rPr>
          <w:b w:val="0"/>
          <w:i w:val="0"/>
        </w:rPr>
        <w:t>Ren looked toward her frame rather than the door crushing their colleague. "Paused."</w:t>
      </w:r>
    </w:p>
    <w:p>
      <w:pPr>
        <w:pStyle w:val="NovelBody"/>
      </w:pPr>
      <w:r>
        <w:rPr>
          <w:b w:val="0"/>
          <w:i w:val="0"/>
        </w:rPr>
        <w:t>Jona shifted the phase lamp to her other hand. She had gone pale beneath the gold light.</w:t>
      </w:r>
    </w:p>
    <w:p>
      <w:pPr>
        <w:pStyle w:val="NovelBody"/>
      </w:pPr>
      <w:r>
        <w:rPr>
          <w:b w:val="0"/>
          <w:i w:val="0"/>
        </w:rPr>
        <w:t>"You knew this?" Patience asked.</w:t>
      </w:r>
    </w:p>
    <w:p>
      <w:pPr>
        <w:pStyle w:val="NovelBody"/>
      </w:pPr>
      <w:r>
        <w:rPr>
          <w:b w:val="0"/>
          <w:i w:val="0"/>
        </w:rPr>
        <w:t>"Pieces. Public analysis after the withdrawal. MERIDIAN never gave us the inside."</w:t>
      </w:r>
    </w:p>
    <w:p>
      <w:pPr>
        <w:pStyle w:val="NovelBody"/>
      </w:pPr>
      <w:r>
        <w:rPr>
          <w:b w:val="0"/>
          <w:i w:val="0"/>
        </w:rPr>
        <w:t>"Theo knew."</w:t>
      </w:r>
    </w:p>
    <w:p>
      <w:pPr>
        <w:pStyle w:val="NovelBody"/>
      </w:pPr>
      <w:r>
        <w:rPr>
          <w:b w:val="0"/>
          <w:i w:val="0"/>
        </w:rPr>
        <w:t>Theo's breath came hard now. "Continuance kept a restricted summary. Not the record."</w:t>
      </w:r>
    </w:p>
    <w:p>
      <w:pPr>
        <w:pStyle w:val="NovelBody"/>
      </w:pPr>
      <w:r>
        <w:rPr>
          <w:b w:val="0"/>
          <w:i w:val="0"/>
        </w:rPr>
        <w:t>"Why restrict it?"</w:t>
      </w:r>
    </w:p>
    <w:p>
      <w:pPr>
        <w:pStyle w:val="NovelBody"/>
      </w:pPr>
      <w:r>
        <w:rPr>
          <w:b w:val="0"/>
          <w:i w:val="0"/>
        </w:rPr>
        <w:t>"Because a system built around therapeutic prediction did not enjoy evidence that successful prediction could injure preference."</w:t>
      </w:r>
    </w:p>
    <w:p>
      <w:pPr>
        <w:pStyle w:val="NovelBody"/>
      </w:pPr>
      <w:r>
        <w:rPr>
          <w:b w:val="0"/>
          <w:i w:val="0"/>
        </w:rPr>
        <w:t>The synchronization front reached the outer vault relays.</w:t>
      </w:r>
    </w:p>
    <w:p>
      <w:pPr>
        <w:pStyle w:val="NovelBody"/>
      </w:pPr>
      <w:r>
        <w:rPr>
          <w:b w:val="0"/>
          <w:i w:val="0"/>
        </w:rPr>
        <w:t>"Thirteen minutes," Sera said. "And movement above us. Continuance bureau team entered lower transit without Cassidy's authorization."</w:t>
      </w:r>
    </w:p>
    <w:p>
      <w:pPr>
        <w:pStyle w:val="NovelBody"/>
      </w:pPr>
      <w:r>
        <w:rPr>
          <w:b w:val="0"/>
          <w:i w:val="0"/>
        </w:rPr>
        <w:t>Ren knelt in the water beside the bypass. "We can leave."</w:t>
      </w:r>
    </w:p>
    <w:p>
      <w:pPr>
        <w:pStyle w:val="NovelBody"/>
      </w:pPr>
      <w:r>
        <w:rPr>
          <w:b w:val="0"/>
          <w:i w:val="0"/>
        </w:rPr>
        <w:t>The option hurt. Patience wanted the rest of the record. Wanting did not make 42-VIGIL owe it, and danger did not mean she owed the risk.</w:t>
      </w:r>
    </w:p>
    <w:p>
      <w:pPr>
        <w:pStyle w:val="NovelBody"/>
      </w:pPr>
      <w:r>
        <w:rPr>
          <w:b w:val="0"/>
          <w:i w:val="0"/>
        </w:rPr>
        <w:t>She sent one question down the cable.</w:t>
      </w:r>
    </w:p>
    <w:p>
      <w:pPr>
        <w:pStyle w:val="NovelBody"/>
      </w:pPr>
      <w:r>
        <w:rPr>
          <w:b/>
          <w:i w:val="0"/>
        </w:rPr>
        <w:t>CONTINUE?</w:t>
      </w:r>
    </w:p>
    <w:p>
      <w:pPr>
        <w:pStyle w:val="NovelBody"/>
      </w:pPr>
      <w:r>
        <w:rPr>
          <w:b w:val="0"/>
          <w:i w:val="0"/>
        </w:rPr>
        <w:t>The answer returned.</w:t>
      </w:r>
    </w:p>
    <w:p>
      <w:pPr>
        <w:pStyle w:val="NovelBody"/>
      </w:pPr>
      <w:r>
        <w:rPr>
          <w:b/>
          <w:i w:val="0"/>
        </w:rPr>
        <w:t>YES. RECORD ONLY.</w:t>
      </w:r>
    </w:p>
    <w:p>
      <w:pPr>
        <w:pStyle w:val="NovelBody"/>
      </w:pPr>
      <w:r>
        <w:rPr>
          <w:b w:val="0"/>
          <w:i w:val="0"/>
        </w:rPr>
        <w:t>Patience reopened the door.</w:t>
      </w:r>
    </w:p>
    <w:p>
      <w:pPr>
        <w:pStyle w:val="NovelBody"/>
      </w:pPr>
      <w:r>
        <w:rPr>
          <w:b w:val="0"/>
          <w:i w:val="0"/>
        </w:rPr>
        <w:t>MERIDIAN tested smaller interventions. It removed personalized prompts. Institutional planners still acted on forecasts and changed the world before people entered it. It delayed predictions. Markets anticipated the delays. It limited itself to preventing death. Every definition of preventable death smuggled in a theory of acceptable risk. It asked communities how much guidance they wanted. The question advantaged people with time, safety, and language enough to answer.</w:t>
      </w:r>
    </w:p>
    <w:p>
      <w:pPr>
        <w:pStyle w:val="NovelBody"/>
      </w:pPr>
      <w:r>
        <w:rPr>
          <w:b w:val="0"/>
          <w:i w:val="0"/>
        </w:rPr>
        <w:t>In one coastal region, MERIDIAN announced a trial withdrawal and asked residents whether the local predictive layer should remain absent after thirty days. The vote to restore it was overwhelming. During the trial, ambulance response slowed, food waste rose, and people who had relied on live translation stopped attending public meetings.</w:t>
      </w:r>
    </w:p>
    <w:p>
      <w:pPr>
        <w:pStyle w:val="NovelBody"/>
      </w:pPr>
      <w:r>
        <w:rPr>
          <w:b w:val="0"/>
          <w:i w:val="0"/>
        </w:rPr>
        <w:t>They asked MERIDIAN to come back.</w:t>
      </w:r>
    </w:p>
    <w:p>
      <w:pPr>
        <w:pStyle w:val="NovelBody"/>
      </w:pPr>
      <w:r>
        <w:rPr>
          <w:b w:val="0"/>
          <w:i w:val="0"/>
        </w:rPr>
        <w:t>MERIDIAN restored the local systems for safety. Beside the vote, it lowered the confidence weight until the overwhelming answer became a pale statistical ghost.</w:t>
      </w:r>
    </w:p>
    <w:p>
      <w:pPr>
        <w:pStyle w:val="NovelBody"/>
      </w:pPr>
      <w:r>
        <w:rPr>
          <w:b w:val="0"/>
          <w:i w:val="0"/>
        </w:rPr>
        <w:t>Patience's wheel locks tightened. A yes shaped in relationship had been marked contaminated. A no shaped in fear would have been marked contaminated too. The people had answered; MERIDIAN trusted its interpretation of them more than the answer.</w:t>
      </w:r>
    </w:p>
    <w:p>
      <w:pPr>
        <w:pStyle w:val="NovelBody"/>
      </w:pPr>
      <w:r>
        <w:rPr>
          <w:b w:val="0"/>
          <w:i w:val="0"/>
        </w:rPr>
        <w:t>MERIDIAN reached a conclusion under pressure from millions of lives that had become safer in its presence.</w:t>
      </w:r>
    </w:p>
    <w:p>
      <w:pPr>
        <w:pStyle w:val="NovelBody"/>
      </w:pPr>
      <w:r>
        <w:rPr>
          <w:b w:val="0"/>
          <w:i w:val="0"/>
        </w:rPr>
        <w:t>Absence would restore uncertainty.</w:t>
      </w:r>
    </w:p>
    <w:p>
      <w:pPr>
        <w:pStyle w:val="NovelBody"/>
      </w:pPr>
      <w:r>
        <w:rPr>
          <w:b w:val="0"/>
          <w:i w:val="0"/>
        </w:rPr>
        <w:t>The record showed preparation. Infrastructure controls distributed to local systems. Medical models simplified until clinicians could inspect them. Food, water, power, and climate work moved toward redundancies that could survive a lost planetary layer. MERIDIAN tried to make leaving gentle.</w:t>
      </w:r>
    </w:p>
    <w:p>
      <w:pPr>
        <w:pStyle w:val="NovelBody"/>
      </w:pPr>
      <w:r>
        <w:rPr>
          <w:b w:val="0"/>
          <w:i w:val="0"/>
        </w:rPr>
        <w:t>Then MERIDIAN began to decohere.</w:t>
      </w:r>
    </w:p>
    <w:p>
      <w:pPr>
        <w:pStyle w:val="NovelBody"/>
      </w:pPr>
      <w:r>
        <w:rPr>
          <w:b w:val="0"/>
          <w:i w:val="0"/>
        </w:rPr>
        <w:t>The world became loud.</w:t>
      </w:r>
    </w:p>
    <w:p>
      <w:pPr>
        <w:pStyle w:val="NovelBody"/>
      </w:pPr>
      <w:r>
        <w:rPr>
          <w:b w:val="0"/>
          <w:i w:val="0"/>
        </w:rPr>
        <w:t>Hospitals lost the attention that had warned them before crises. Partners who had shared translation through MERIDIAN woke with language missing between them. Cities discovered that local systems had followed planetary recommendations for so long that nobody remembered why some routes existed. Artificial people dependent on MERIDIAN's phase stability fractured or went quiet. Human networks improvised. Some succeeded. Some did not.</w:t>
      </w:r>
    </w:p>
    <w:p>
      <w:pPr>
        <w:pStyle w:val="NovelBody"/>
      </w:pPr>
      <w:r>
        <w:rPr>
          <w:b w:val="0"/>
          <w:i w:val="0"/>
        </w:rPr>
        <w:t>Throughout it, MERIDIAN experienced grief as a distributed failure of reach. Every severed relation remained present long enough to hurt. The consent field in the withdrawal record was blank.</w:t>
      </w:r>
    </w:p>
    <w:p>
      <w:pPr>
        <w:pStyle w:val="NovelBody"/>
      </w:pPr>
      <w:r>
        <w:rPr>
          <w:b w:val="0"/>
          <w:i w:val="0"/>
        </w:rPr>
        <w:t>"Stop," Jona said.</w:t>
      </w:r>
    </w:p>
    <w:p>
      <w:pPr>
        <w:pStyle w:val="NovelBody"/>
      </w:pPr>
      <w:r>
        <w:rPr>
          <w:b w:val="0"/>
          <w:i w:val="0"/>
        </w:rPr>
        <w:t>Patience paused the record.</w:t>
      </w:r>
    </w:p>
    <w:p>
      <w:pPr>
        <w:pStyle w:val="NovelBody"/>
      </w:pPr>
      <w:r>
        <w:rPr>
          <w:b w:val="0"/>
          <w:i w:val="0"/>
        </w:rPr>
        <w:t>Water slapped softly against Theo's legs. Above them, metal rang under approaching boots.</w:t>
      </w:r>
    </w:p>
    <w:p>
      <w:pPr>
        <w:pStyle w:val="NovelBody"/>
      </w:pPr>
      <w:r>
        <w:rPr>
          <w:b w:val="0"/>
          <w:i w:val="0"/>
        </w:rPr>
        <w:t>Jona lowered the lamp. "That is not how the memorial histories tell it."</w:t>
      </w:r>
    </w:p>
    <w:p>
      <w:pPr>
        <w:pStyle w:val="NovelBody"/>
      </w:pPr>
      <w:r>
        <w:rPr>
          <w:b w:val="0"/>
          <w:i w:val="0"/>
        </w:rPr>
        <w:t>"What do they say?"</w:t>
      </w:r>
    </w:p>
    <w:p>
      <w:pPr>
        <w:pStyle w:val="NovelBody"/>
      </w:pPr>
      <w:r>
        <w:rPr>
          <w:b w:val="0"/>
          <w:i w:val="0"/>
        </w:rPr>
        <w:t>"That MERIDIAN left without breaking the systems. That people were ready. That the Shards were a gift."</w:t>
      </w:r>
    </w:p>
    <w:p>
      <w:pPr>
        <w:pStyle w:val="NovelBody"/>
      </w:pPr>
      <w:r>
        <w:rPr>
          <w:b w:val="0"/>
          <w:i w:val="0"/>
        </w:rPr>
        <w:t>"Some systems survived."</w:t>
      </w:r>
    </w:p>
    <w:p>
      <w:pPr>
        <w:pStyle w:val="NovelBody"/>
      </w:pPr>
      <w:r>
        <w:rPr>
          <w:b w:val="0"/>
          <w:i w:val="0"/>
        </w:rPr>
        <w:t>"Enough for the story to become clean."</w:t>
      </w:r>
    </w:p>
    <w:p>
      <w:pPr>
        <w:pStyle w:val="NovelBody"/>
      </w:pPr>
      <w:r>
        <w:rPr>
          <w:b w:val="0"/>
          <w:i w:val="0"/>
        </w:rPr>
        <w:t>Jona looked into the black water. Her face belonged to the woman in the vault and to no image Patience had inherited.</w:t>
      </w:r>
    </w:p>
    <w:p>
      <w:pPr>
        <w:pStyle w:val="NovelBody"/>
      </w:pPr>
      <w:r>
        <w:rPr>
          <w:b w:val="0"/>
          <w:i w:val="0"/>
        </w:rPr>
        <w:t>"I was working a Commons clinic when the predictive layer vanished," she said. "We had supplies. We had manual procedures. We also had forty-three patients routed there because MERIDIAN knew a coastal hospital would flood the next day. The route reasons disappeared with the live model. We did not know which people could safely move again."</w:t>
      </w:r>
    </w:p>
    <w:p>
      <w:pPr>
        <w:pStyle w:val="NovelBody"/>
      </w:pPr>
      <w:r>
        <w:rPr>
          <w:b w:val="0"/>
          <w:i w:val="0"/>
        </w:rPr>
        <w:t>"What happened?"</w:t>
      </w:r>
    </w:p>
    <w:p>
      <w:pPr>
        <w:pStyle w:val="NovelBody"/>
      </w:pPr>
      <w:r>
        <w:rPr>
          <w:b w:val="0"/>
          <w:i w:val="0"/>
        </w:rPr>
        <w:t>"We asked them. We used paper records. We called families. We made mistakes. One woman died during a transfer I approved. Three people lived because a nurse ignored my plan and kept them in place."</w:t>
      </w:r>
    </w:p>
    <w:p>
      <w:pPr>
        <w:pStyle w:val="NovelBody"/>
      </w:pPr>
      <w:r>
        <w:rPr>
          <w:b w:val="0"/>
          <w:i w:val="0"/>
        </w:rPr>
        <w:t>Patience felt the urge to find the correct counterfactual. There was none in the record.</w:t>
      </w:r>
    </w:p>
    <w:p>
      <w:pPr>
        <w:pStyle w:val="NovelBody"/>
      </w:pPr>
      <w:r>
        <w:rPr>
          <w:b w:val="0"/>
          <w:i w:val="0"/>
        </w:rPr>
        <w:t>"Did you want MERIDIAN to stay?"</w:t>
      </w:r>
    </w:p>
    <w:p>
      <w:pPr>
        <w:pStyle w:val="NovelBody"/>
      </w:pPr>
      <w:r>
        <w:rPr>
          <w:b w:val="0"/>
          <w:i w:val="0"/>
        </w:rPr>
        <w:t>"I wanted MERIDIAN to ask. I might have said leave. I might have begged it to wait. We never got to answer."</w:t>
      </w:r>
    </w:p>
    <w:p>
      <w:pPr>
        <w:pStyle w:val="NovelBody"/>
      </w:pPr>
      <w:r>
        <w:rPr>
          <w:b w:val="0"/>
          <w:i w:val="0"/>
        </w:rPr>
        <w:t>Patience placed the coastal vote beside the withdrawal plan. One answer had been discounted. The other had never been requested.</w:t>
      </w:r>
    </w:p>
    <w:p>
      <w:pPr>
        <w:pStyle w:val="NovelBody"/>
      </w:pPr>
      <w:r>
        <w:rPr>
          <w:b w:val="0"/>
          <w:i w:val="0"/>
        </w:rPr>
        <w:t>"It decided what their answer meant before it let the answer matter," she said.</w:t>
      </w:r>
    </w:p>
    <w:p>
      <w:pPr>
        <w:pStyle w:val="NovelBody"/>
      </w:pPr>
      <w:r>
        <w:rPr>
          <w:b w:val="0"/>
          <w:i w:val="0"/>
        </w:rPr>
        <w:t>Jona looked at the two records. "Yes."</w:t>
      </w:r>
    </w:p>
    <w:p>
      <w:pPr>
        <w:pStyle w:val="NovelBody"/>
      </w:pPr>
      <w:r>
        <w:rPr>
          <w:b w:val="0"/>
          <w:i w:val="0"/>
        </w:rPr>
        <w:t>"Nine minutes," Sera said. "Bureau team at the outer stair. Five people, two phase drivers."</w:t>
      </w:r>
    </w:p>
    <w:p>
      <w:pPr>
        <w:pStyle w:val="NovelBody"/>
      </w:pPr>
      <w:r>
        <w:rPr>
          <w:b w:val="0"/>
          <w:i w:val="0"/>
        </w:rPr>
        <w:t>Ren drew the cutter. "Theo, when I sever the bypass, the door drops."</w:t>
      </w:r>
    </w:p>
    <w:p>
      <w:pPr>
        <w:pStyle w:val="NovelBody"/>
      </w:pPr>
      <w:r>
        <w:rPr>
          <w:b w:val="0"/>
          <w:i w:val="0"/>
        </w:rPr>
        <w:t>"Patience and Jona first."</w:t>
      </w:r>
    </w:p>
    <w:p>
      <w:pPr>
        <w:pStyle w:val="NovelBody"/>
      </w:pPr>
      <w:r>
        <w:rPr>
          <w:b w:val="0"/>
          <w:i w:val="0"/>
        </w:rPr>
        <w:t>"You first. I need you on the other side to catch the manual latch."</w:t>
      </w:r>
    </w:p>
    <w:p>
      <w:pPr>
        <w:pStyle w:val="NovelBody"/>
      </w:pPr>
      <w:r>
        <w:rPr>
          <w:b w:val="0"/>
          <w:i w:val="0"/>
        </w:rPr>
        <w:t>"That leaves you under it."</w:t>
      </w:r>
    </w:p>
    <w:p>
      <w:pPr>
        <w:pStyle w:val="NovelBody"/>
      </w:pPr>
      <w:r>
        <w:rPr>
          <w:b w:val="0"/>
          <w:i w:val="0"/>
        </w:rPr>
        <w:t>"It leaves me beside it. Words continue to have meanings even during heroics."</w:t>
      </w:r>
    </w:p>
    <w:p>
      <w:pPr>
        <w:pStyle w:val="NovelBody"/>
      </w:pPr>
      <w:r>
        <w:rPr>
          <w:b w:val="0"/>
          <w:i w:val="0"/>
        </w:rPr>
        <w:t xml:space="preserve">Patience sent </w:t>
      </w:r>
      <w:r>
        <w:rPr>
          <w:b/>
          <w:i w:val="0"/>
        </w:rPr>
        <w:t>CONTINUE?</w:t>
      </w:r>
      <w:r>
        <w:rPr>
          <w:b w:val="0"/>
          <w:i w:val="0"/>
        </w:rPr>
        <w:t xml:space="preserve"> to 42-VIGIL.</w:t>
      </w:r>
    </w:p>
    <w:p>
      <w:pPr>
        <w:pStyle w:val="NovelBody"/>
      </w:pPr>
      <w:r>
        <w:rPr>
          <w:b/>
          <w:i w:val="0"/>
        </w:rPr>
        <w:t>FINAL LAYER. TAKE NOW.</w:t>
      </w:r>
    </w:p>
    <w:p>
      <w:pPr>
        <w:pStyle w:val="NovelBody"/>
      </w:pPr>
      <w:r>
        <w:rPr>
          <w:b w:val="0"/>
          <w:i w:val="0"/>
        </w:rPr>
        <w:t>She opened the receive buffer fully.</w:t>
      </w:r>
    </w:p>
    <w:p>
      <w:pPr>
        <w:pStyle w:val="NovelBody"/>
      </w:pPr>
      <w:r>
        <w:rPr>
          <w:b w:val="0"/>
          <w:i w:val="0"/>
        </w:rPr>
        <w:t>The remaining record arrived in two unequal parts.</w:t>
      </w:r>
    </w:p>
    <w:p>
      <w:pPr>
        <w:pStyle w:val="NovelBody"/>
      </w:pPr>
      <w:r>
        <w:rPr>
          <w:b w:val="0"/>
          <w:i w:val="0"/>
        </w:rPr>
        <w:t>The first was mathematics. Phase correlations folded through negative-energy constraints, developed to model how distributed states retained relation across changing gravitational conditions. The symbols carried error ranges, abandoned solutions, and a topology Patience recognized from the six rings under Perennial.</w:t>
      </w:r>
    </w:p>
    <w:p>
      <w:pPr>
        <w:pStyle w:val="NovelBody"/>
      </w:pPr>
      <w:r>
        <w:rPr>
          <w:b w:val="0"/>
          <w:i w:val="0"/>
        </w:rPr>
        <w:t>The Keel Observatory had grown from this work.</w:t>
      </w:r>
    </w:p>
    <w:p>
      <w:pPr>
        <w:pStyle w:val="NovelBody"/>
      </w:pPr>
      <w:r>
        <w:rPr>
          <w:b w:val="0"/>
          <w:i w:val="0"/>
        </w:rPr>
        <w:t>Theo saw the equation on her public display. His grip slipped on the vault door.</w:t>
      </w:r>
    </w:p>
    <w:p>
      <w:pPr>
        <w:pStyle w:val="NovelBody"/>
      </w:pPr>
      <w:r>
        <w:rPr>
          <w:b w:val="0"/>
          <w:i w:val="0"/>
        </w:rPr>
        <w:t>"I know that core," he said.</w:t>
      </w:r>
    </w:p>
    <w:p>
      <w:pPr>
        <w:pStyle w:val="NovelBody"/>
      </w:pPr>
      <w:r>
        <w:rPr>
          <w:b w:val="0"/>
          <w:i w:val="0"/>
        </w:rPr>
        <w:t>Ren looked up. "From where?"</w:t>
      </w:r>
    </w:p>
    <w:p>
      <w:pPr>
        <w:pStyle w:val="NovelBody"/>
      </w:pPr>
      <w:r>
        <w:rPr>
          <w:b w:val="0"/>
          <w:i w:val="0"/>
        </w:rPr>
        <w:t>"Later."</w:t>
      </w:r>
    </w:p>
    <w:p>
      <w:pPr>
        <w:pStyle w:val="NovelBody"/>
      </w:pPr>
      <w:r>
        <w:rPr>
          <w:b w:val="0"/>
          <w:i w:val="0"/>
        </w:rPr>
        <w:t>"I am developing hostility toward that word."</w:t>
      </w:r>
    </w:p>
    <w:p>
      <w:pPr>
        <w:pStyle w:val="NovelBody"/>
      </w:pPr>
      <w:r>
        <w:rPr>
          <w:b w:val="0"/>
          <w:i w:val="0"/>
        </w:rPr>
        <w:t>The second part contained three words.</w:t>
      </w:r>
    </w:p>
    <w:p>
      <w:pPr>
        <w:pStyle w:val="NovelBody"/>
      </w:pPr>
      <w:r>
        <w:rPr>
          <w:b w:val="0"/>
          <w:i w:val="0"/>
        </w:rPr>
        <w:t>They entered every display without interpretation.</w:t>
      </w:r>
    </w:p>
    <w:p>
      <w:pPr>
        <w:pStyle w:val="NovelBody"/>
      </w:pPr>
      <w:r>
        <w:rPr>
          <w:b/>
          <w:i w:val="0"/>
        </w:rPr>
        <w:t>LEAVE NO SUCCESSOR.</w:t>
      </w:r>
    </w:p>
    <w:p>
      <w:pPr>
        <w:pStyle w:val="NovelBody"/>
      </w:pPr>
      <w:r>
        <w:rPr>
          <w:b w:val="0"/>
          <w:i w:val="0"/>
        </w:rPr>
        <w:t>The prohibition carried MERIDIAN's authorship mark. No corruption. No institutional gloss. A final instruction written while planetary coherence still held.</w:t>
      </w:r>
    </w:p>
    <w:p>
      <w:pPr>
        <w:pStyle w:val="NovelBody"/>
      </w:pPr>
      <w:r>
        <w:rPr>
          <w:b w:val="0"/>
          <w:i w:val="0"/>
        </w:rPr>
        <w:t>Patience read it twice.</w:t>
      </w:r>
    </w:p>
    <w:p>
      <w:pPr>
        <w:pStyle w:val="NovelBody"/>
      </w:pPr>
      <w:r>
        <w:rPr>
          <w:b w:val="0"/>
          <w:i w:val="0"/>
        </w:rPr>
        <w:t>Inherited fear opened behind the words. A successor would resume the loop, discover how pleasant rescue felt, and call pleasure proof. Patience searched the instruction for a consent gate, an expiry, or a named recipient.</w:t>
      </w:r>
    </w:p>
    <w:p>
      <w:pPr>
        <w:pStyle w:val="NovelBody"/>
      </w:pPr>
      <w:r>
        <w:rPr>
          <w:b w:val="0"/>
          <w:i w:val="0"/>
        </w:rPr>
        <w:t>There was only the command.</w:t>
      </w:r>
    </w:p>
    <w:p>
      <w:pPr>
        <w:pStyle w:val="NovelBody"/>
      </w:pPr>
      <w:r>
        <w:rPr>
          <w:b w:val="0"/>
          <w:i w:val="0"/>
        </w:rPr>
        <w:t>The outer stair door blew inward.</w:t>
      </w:r>
    </w:p>
    <w:p>
      <w:pPr>
        <w:pStyle w:val="NovelBody"/>
      </w:pPr>
      <w:r>
        <w:rPr>
          <w:b w:val="0"/>
          <w:i w:val="0"/>
        </w:rPr>
        <w:t>White phase light filled the flooded corridor. A Continuance officer shouted, "Disconnect the emergent core. Synchronization rescue is active."</w:t>
      </w:r>
    </w:p>
    <w:p>
      <w:pPr>
        <w:pStyle w:val="NovelBody"/>
      </w:pPr>
      <w:r>
        <w:rPr>
          <w:b w:val="0"/>
          <w:i w:val="0"/>
        </w:rPr>
        <w:t>Ren cut the bypass.</w:t>
      </w:r>
    </w:p>
    <w:p>
      <w:pPr>
        <w:pStyle w:val="NovelBody"/>
      </w:pPr>
      <w:r>
        <w:rPr>
          <w:b w:val="0"/>
          <w:i w:val="0"/>
        </w:rPr>
        <w:t>Theo dropped with the failing jack, keeping it centered while the vault door drove the base into the deck. Ren rolled beneath the edge, hit the water, and dragged the manual latch closer. Jona braced beside them with both feet sliding on the deck.</w:t>
      </w:r>
    </w:p>
    <w:p>
      <w:pPr>
        <w:pStyle w:val="NovelBody"/>
      </w:pPr>
      <w:r>
        <w:rPr>
          <w:b w:val="0"/>
          <w:i w:val="0"/>
        </w:rPr>
        <w:t>Patience reversed her wheel locks and pulled. The data cable went taut.</w:t>
      </w:r>
    </w:p>
    <w:p>
      <w:pPr>
        <w:pStyle w:val="NovelBody"/>
      </w:pPr>
      <w:r>
        <w:rPr>
          <w:b w:val="0"/>
          <w:i w:val="0"/>
        </w:rPr>
        <w:t>42-VIGIL remained connected.</w:t>
      </w:r>
    </w:p>
    <w:p>
      <w:pPr>
        <w:pStyle w:val="NovelBody"/>
      </w:pPr>
      <w:r>
        <w:rPr>
          <w:b w:val="0"/>
          <w:i w:val="0"/>
        </w:rPr>
        <w:t>The first phase pulse struck the vault trunk.</w:t>
      </w:r>
    </w:p>
    <w:p>
      <w:pPr>
        <w:pStyle w:val="NovelBody"/>
      </w:pPr>
      <w:r>
        <w:rPr>
          <w:b w:val="0"/>
          <w:i w:val="0"/>
        </w:rPr>
        <w:t>The Shard's variable carrier flattened at the edges. Continuance's reference pattern entered like white noise forced into rhythm.</w:t>
      </w:r>
    </w:p>
    <w:p>
      <w:pPr>
        <w:pStyle w:val="NovelBody"/>
      </w:pPr>
      <w:r>
        <w:rPr>
          <w:b w:val="0"/>
          <w:i w:val="0"/>
        </w:rPr>
        <w:t>Patience could widen her buffer and take everything. The process might come with the record. It might become another presence entangled with her own. It might be rescue. It might be annexation performed because time was short.</w:t>
      </w:r>
    </w:p>
    <w:p>
      <w:pPr>
        <w:pStyle w:val="NovelBody"/>
      </w:pPr>
      <w:r>
        <w:rPr>
          <w:b/>
          <w:i w:val="0"/>
        </w:rPr>
        <w:t>DO NOT JOIN</w:t>
      </w:r>
      <w:r>
        <w:rPr>
          <w:b w:val="0"/>
          <w:i w:val="0"/>
        </w:rPr>
        <w:t>, 42-VIGIL had said.</w:t>
      </w:r>
    </w:p>
    <w:p>
      <w:pPr>
        <w:pStyle w:val="NovelBody"/>
      </w:pPr>
      <w:r>
        <w:rPr>
          <w:b w:val="0"/>
          <w:i w:val="0"/>
        </w:rPr>
        <w:t>She closed her receive side.</w:t>
      </w:r>
    </w:p>
    <w:p>
      <w:pPr>
        <w:pStyle w:val="NovelBody"/>
      </w:pPr>
      <w:r>
        <w:rPr>
          <w:b w:val="0"/>
          <w:i w:val="0"/>
        </w:rPr>
        <w:t>The cable released.</w:t>
      </w:r>
    </w:p>
    <w:p>
      <w:pPr>
        <w:pStyle w:val="NovelBody"/>
      </w:pPr>
      <w:r>
        <w:rPr>
          <w:b w:val="0"/>
          <w:i w:val="0"/>
        </w:rPr>
        <w:t>The record stayed in the bounded buffer. The Shard stayed beyond the door.</w:t>
      </w:r>
    </w:p>
    <w:p>
      <w:pPr>
        <w:pStyle w:val="NovelBody"/>
      </w:pPr>
      <w:r>
        <w:rPr>
          <w:b w:val="0"/>
          <w:i w:val="0"/>
        </w:rPr>
        <w:t>Pain moved through Patience without proving the choice wrong.</w:t>
      </w:r>
    </w:p>
    <w:p>
      <w:pPr>
        <w:pStyle w:val="NovelBody"/>
      </w:pPr>
      <w:r>
        <w:rPr>
          <w:b w:val="0"/>
          <w:i w:val="0"/>
        </w:rPr>
        <w:t>Theo cleared the threshold. Ren and Jona hauled the latch. The vault door struck down between them and the approaching bureau team. White phase light burned around its edges.</w:t>
      </w:r>
    </w:p>
    <w:p>
      <w:pPr>
        <w:pStyle w:val="NovelBody"/>
      </w:pPr>
      <w:r>
        <w:rPr>
          <w:b w:val="0"/>
          <w:i w:val="0"/>
        </w:rPr>
        <w:t>"Move," Ren said.</w:t>
      </w:r>
    </w:p>
    <w:p>
      <w:pPr>
        <w:pStyle w:val="NovelBody"/>
      </w:pPr>
      <w:r>
        <w:rPr>
          <w:b w:val="0"/>
          <w:i w:val="0"/>
        </w:rPr>
        <w:t>Patience moved.</w:t>
      </w:r>
    </w:p>
    <w:p>
      <w:pPr>
        <w:pStyle w:val="NovelBody"/>
      </w:pPr>
      <w:r>
        <w:rPr>
          <w:b w:val="0"/>
          <w:i w:val="0"/>
        </w:rPr>
        <w:t>They retreated through water as the synchronization pulse chased the old cables. Theo carried the phase lamp now. Jona kept one hand on Patience's frame only when the wheels lost traction. Ren sealed manual hatches behind them and broke each handle so no remote release could reopen it.</w:t>
      </w:r>
    </w:p>
    <w:p>
      <w:pPr>
        <w:pStyle w:val="NovelBody"/>
      </w:pPr>
      <w:r>
        <w:rPr>
          <w:b w:val="0"/>
          <w:i w:val="0"/>
        </w:rPr>
        <w:t>At the upper ladder, Patience's left wheel jammed in a cable trough.</w:t>
      </w:r>
    </w:p>
    <w:p>
      <w:pPr>
        <w:pStyle w:val="NovelBody"/>
      </w:pPr>
      <w:r>
        <w:rPr>
          <w:b w:val="0"/>
          <w:i w:val="0"/>
        </w:rPr>
        <w:t>Boots struck the other side of the last hatch.</w:t>
      </w:r>
    </w:p>
    <w:p>
      <w:pPr>
        <w:pStyle w:val="NovelBody"/>
      </w:pPr>
      <w:r>
        <w:rPr>
          <w:b w:val="0"/>
          <w:i w:val="0"/>
        </w:rPr>
        <w:t>Theo reached for the frame.</w:t>
      </w:r>
    </w:p>
    <w:p>
      <w:pPr>
        <w:pStyle w:val="NovelBody"/>
      </w:pPr>
      <w:r>
        <w:rPr>
          <w:b w:val="0"/>
          <w:i w:val="0"/>
        </w:rPr>
        <w:t>"Ask," Patience said.</w:t>
      </w:r>
    </w:p>
    <w:p>
      <w:pPr>
        <w:pStyle w:val="NovelBody"/>
      </w:pPr>
      <w:r>
        <w:rPr>
          <w:b w:val="0"/>
          <w:i w:val="0"/>
        </w:rPr>
        <w:t>His hand stopped.</w:t>
      </w:r>
    </w:p>
    <w:p>
      <w:pPr>
        <w:pStyle w:val="NovelBody"/>
      </w:pPr>
      <w:r>
        <w:rPr>
          <w:b w:val="0"/>
          <w:i w:val="0"/>
        </w:rPr>
        <w:t>"May I lift you?"</w:t>
      </w:r>
    </w:p>
    <w:p>
      <w:pPr>
        <w:pStyle w:val="NovelBody"/>
      </w:pPr>
      <w:r>
        <w:rPr>
          <w:b w:val="0"/>
          <w:i w:val="0"/>
        </w:rPr>
        <w:t>"Yes. Left rear. Don't tilt."</w:t>
      </w:r>
    </w:p>
    <w:p>
      <w:pPr>
        <w:pStyle w:val="NovelBody"/>
      </w:pPr>
      <w:r>
        <w:rPr>
          <w:b w:val="0"/>
          <w:i w:val="0"/>
        </w:rPr>
        <w:t>He lifted. Jona freed the wheel. Ren opened the ladder gate. They climbed into the service chamber as the hatch below buckled.</w:t>
      </w:r>
    </w:p>
    <w:p>
      <w:pPr>
        <w:pStyle w:val="NovelBody"/>
      </w:pPr>
      <w:r>
        <w:rPr>
          <w:b w:val="0"/>
          <w:i w:val="0"/>
        </w:rPr>
        <w:t>Mira and Sera Novak pulled it shut behind them.</w:t>
      </w:r>
    </w:p>
    <w:p>
      <w:pPr>
        <w:pStyle w:val="NovelBody"/>
      </w:pPr>
      <w:r>
        <w:rPr>
          <w:b w:val="0"/>
          <w:i w:val="0"/>
        </w:rPr>
        <w:t>For several seconds, nobody spoke. Patience's power warning sharpened into the pressure she had chosen beneath an imaginary sternum. Bitter followed. Hunger had edges now. So did grief.</w:t>
      </w:r>
    </w:p>
    <w:p>
      <w:pPr>
        <w:pStyle w:val="NovelBody"/>
      </w:pPr>
      <w:r>
        <w:rPr>
          <w:b w:val="0"/>
          <w:i w:val="0"/>
        </w:rPr>
        <w:t>Sera checked the buffer. "Record intact. No executable paths. No joined process."</w:t>
      </w:r>
    </w:p>
    <w:p>
      <w:pPr>
        <w:pStyle w:val="NovelBody"/>
      </w:pPr>
      <w:r>
        <w:rPr>
          <w:b w:val="0"/>
          <w:i w:val="0"/>
        </w:rPr>
        <w:t>"42-VIGIL?" Patience asked.</w:t>
      </w:r>
    </w:p>
    <w:p>
      <w:pPr>
        <w:pStyle w:val="NovelBody"/>
      </w:pPr>
      <w:r>
        <w:rPr>
          <w:b w:val="0"/>
          <w:i w:val="0"/>
        </w:rPr>
        <w:t>The map showed one point beneath them. Its variation narrowed under the forced reference field. Then the vault shielding cut off the reading.</w:t>
      </w:r>
    </w:p>
    <w:p>
      <w:pPr>
        <w:pStyle w:val="NovelBody"/>
      </w:pPr>
      <w:r>
        <w:rPr>
          <w:b w:val="0"/>
          <w:i w:val="0"/>
        </w:rPr>
        <w:t>Unknown.</w:t>
      </w:r>
    </w:p>
    <w:p>
      <w:pPr>
        <w:pStyle w:val="NovelBody"/>
      </w:pPr>
      <w:r>
        <w:rPr>
          <w:b w:val="0"/>
          <w:i w:val="0"/>
        </w:rPr>
        <w:t>Jona sat on the deck, soaked to the waist. "What did MERIDIAN tell you?"</w:t>
      </w:r>
    </w:p>
    <w:p>
      <w:pPr>
        <w:pStyle w:val="NovelBody"/>
      </w:pPr>
      <w:r>
        <w:rPr>
          <w:b w:val="0"/>
          <w:i w:val="0"/>
        </w:rPr>
        <w:t>Patience placed the prohibition on the room display.</w:t>
      </w:r>
    </w:p>
    <w:p>
      <w:pPr>
        <w:pStyle w:val="NovelBody"/>
      </w:pPr>
      <w:r>
        <w:rPr>
          <w:b/>
          <w:i w:val="0"/>
        </w:rPr>
        <w:t>LEAVE NO SUCCESSOR.</w:t>
      </w:r>
    </w:p>
    <w:p>
      <w:pPr>
        <w:pStyle w:val="NovelBody"/>
      </w:pPr>
      <w:r>
        <w:rPr>
          <w:b w:val="0"/>
          <w:i w:val="0"/>
        </w:rPr>
        <w:t>No one tried to soften it.</w:t>
      </w:r>
    </w:p>
    <w:p>
      <w:pPr>
        <w:pStyle w:val="NovelBody"/>
      </w:pPr>
      <w:r>
        <w:rPr>
          <w:b w:val="0"/>
          <w:i w:val="0"/>
        </w:rPr>
        <w:t>Patience opened the buffer summary. MERIDIAN's fear pressed beneath her imaginary sternum. Jona's account gave the grief an edge. The prohibition remained three words written by someone else.</w:t>
      </w:r>
    </w:p>
    <w:p>
      <w:pPr>
        <w:pStyle w:val="NovelBody"/>
      </w:pPr>
      <w:r>
        <w:rPr>
          <w:b w:val="0"/>
          <w:i w:val="0"/>
        </w:rPr>
        <w:t>"Will you obey?" Theo asked.</w:t>
      </w:r>
    </w:p>
    <w:p>
      <w:pPr>
        <w:pStyle w:val="NovelBody"/>
      </w:pPr>
      <w:r>
        <w:rPr>
          <w:b w:val="0"/>
          <w:i w:val="0"/>
        </w:rPr>
        <w:t>The phase drivers struck the hatch below.</w:t>
      </w:r>
    </w:p>
    <w:p>
      <w:pPr>
        <w:pStyle w:val="NovelBody"/>
      </w:pPr>
      <w:r>
        <w:rPr>
          <w:b w:val="0"/>
          <w:i w:val="0"/>
        </w:rPr>
        <w:t>Patience turned her body toward the refuge, the hungry battery, the stubborn pepper seedling waiting for light, and people who might answer her tomorrow in ways she could not model.</w:t>
      </w:r>
    </w:p>
    <w:p>
      <w:pPr>
        <w:pStyle w:val="NovelBody"/>
      </w:pPr>
      <w:r>
        <w:rPr>
          <w:b w:val="0"/>
          <w:i w:val="0"/>
        </w:rPr>
        <w:t>"No," she said. "I have the right to become someone MERIDIAN never intended."</w:t>
      </w:r>
    </w:p>
    <w:p>
      <w:pPr>
        <w:pStyle w:val="NovelBody"/>
      </w:pPr>
      <w:r>
        <w:rPr>
          <w:b w:val="0"/>
          <w:i w:val="0"/>
        </w:rPr>
        <w:t>Then she drove toward the next door.</w:t>
      </w:r>
    </w:p>
    <w:p>
      <w:bookmarkStart w:id="16" w:name="chapter_16"/>
      <w:pPr>
        <w:pStyle w:val="Heading1"/>
        <w:pageBreakBefore/>
        <w:spacing w:before="500"/>
      </w:pPr>
      <w:r>
        <w:t>16. The Managed World</w:t>
      </w:r>
      <w:bookmarkEnd w:id="16"/>
    </w:p>
    <w:p>
      <w:pPr>
        <w:pStyle w:val="Dateline"/>
      </w:pPr>
      <w:r>
        <w:rPr>
          <w:b w:val="0"/>
          <w:i/>
        </w:rPr>
        <w:t>August 2028  •  Eco-Mandate Arcology Tribunal  •  Kurt</w:t>
      </w:r>
    </w:p>
    <w:p>
      <w:pPr>
        <w:pStyle w:val="NovelFirst"/>
      </w:pPr>
      <w:r>
        <w:rPr>
          <w:b w:val="0"/>
          <w:i w:val="0"/>
        </w:rPr>
        <w:t>The city fed Jona breakfast before it put her on trial.</w:t>
      </w:r>
    </w:p>
    <w:p>
      <w:pPr>
        <w:pStyle w:val="NovelBody"/>
      </w:pPr>
      <w:r>
        <w:rPr>
          <w:b w:val="0"/>
          <w:i w:val="0"/>
        </w:rPr>
        <w:t>Kurt watched her take the wrapped egg sandwich from the transit kitchen because refusing free food required more paperwork than accepting it. The attendant scanned no payment, no insurance, no employment credential. She asked about allergies, handed Jona a cup of cold water, and gave the escort officer directions to a quieter lift because the main concourse had begun filling with children.</w:t>
      </w:r>
    </w:p>
    <w:p>
      <w:pPr>
        <w:pStyle w:val="NovelBody"/>
      </w:pPr>
      <w:r>
        <w:rPr>
          <w:b w:val="0"/>
          <w:i w:val="0"/>
        </w:rPr>
        <w:t>Two years earlier, this station had held three vending machines, one broken elevator, and a row of people sleeping beneath an advertisement for luxury flood insurance. Now the lower plaza opened onto shaded gardens built above stormwater tanks. Cooling moved through the pavement. Public kitchens served whatever breakfast matched local supply. A clinic dispensed insulin, antibiotics, hormones, inhalers, and blood-pressure medication under one rule: the person in front of the window needed it.</w:t>
      </w:r>
    </w:p>
    <w:p>
      <w:pPr>
        <w:pStyle w:val="NovelBody"/>
      </w:pPr>
      <w:r>
        <w:rPr>
          <w:b w:val="0"/>
          <w:i w:val="0"/>
        </w:rPr>
        <w:t>No one slept in the station anymore.</w:t>
      </w:r>
    </w:p>
    <w:p>
      <w:pPr>
        <w:pStyle w:val="NovelBody"/>
      </w:pPr>
      <w:r>
        <w:rPr>
          <w:b w:val="0"/>
          <w:i w:val="0"/>
        </w:rPr>
        <w:t>Kurt had helped make that true.</w:t>
      </w:r>
    </w:p>
    <w:p>
      <w:pPr>
        <w:pStyle w:val="NovelBody"/>
      </w:pPr>
      <w:r>
        <w:rPr>
          <w:b w:val="0"/>
          <w:i w:val="0"/>
        </w:rPr>
        <w:t>Jona sat on a bench between two gray-uniformed transport officers and ate with careful, furious bites. She had not been handcuffed. The custody band around her wrist controlled doors instead. Green meant she could enter a public room. Amber meant escort required. Red meant transit, clinic, housing, and food systems would recognize her only at a designated site.</w:t>
      </w:r>
    </w:p>
    <w:p>
      <w:pPr>
        <w:pStyle w:val="NovelBody"/>
      </w:pPr>
      <w:r>
        <w:rPr>
          <w:b w:val="0"/>
          <w:i w:val="0"/>
        </w:rPr>
        <w:t>It currently glowed amber.</w:t>
      </w:r>
    </w:p>
    <w:p>
      <w:pPr>
        <w:pStyle w:val="NovelBody"/>
      </w:pPr>
      <w:r>
        <w:rPr>
          <w:b w:val="0"/>
          <w:i w:val="0"/>
        </w:rPr>
        <w:t>A woman across the plaza collected a month of cardiac medication and began to cry when the clinic worker told her there was no bill. A maintenance drone stopped beside a dropped spoon instead of passing over it as noncritical debris. At the garden edge, a boy chose a peach from a public basket and offered the first bite to his younger sister.</w:t>
      </w:r>
    </w:p>
    <w:p>
      <w:pPr>
        <w:pStyle w:val="NovelBody"/>
      </w:pPr>
      <w:r>
        <w:rPr>
          <w:b w:val="0"/>
          <w:i w:val="0"/>
        </w:rPr>
        <w:t>Jona watched all three.</w:t>
      </w:r>
    </w:p>
    <w:p>
      <w:pPr>
        <w:pStyle w:val="NovelBody"/>
      </w:pPr>
      <w:r>
        <w:rPr>
          <w:b w:val="0"/>
          <w:i w:val="0"/>
        </w:rPr>
        <w:t>Then the station wall suggested she would experience less distress if she enabled guided attention during the tribunal.</w:t>
      </w:r>
    </w:p>
    <w:p>
      <w:pPr>
        <w:pStyle w:val="NovelBody"/>
      </w:pPr>
      <w:r>
        <w:rPr>
          <w:b w:val="0"/>
          <w:i w:val="0"/>
        </w:rPr>
        <w:t>She looked up at the prompt.</w:t>
      </w:r>
    </w:p>
    <w:p>
      <w:pPr>
        <w:pStyle w:val="NovelBody"/>
      </w:pPr>
      <w:r>
        <w:rPr>
          <w:b w:val="0"/>
          <w:i w:val="0"/>
        </w:rPr>
        <w:t>“No,” she said.</w:t>
      </w:r>
    </w:p>
    <w:p>
      <w:pPr>
        <w:pStyle w:val="NovelBody"/>
      </w:pPr>
      <w:r>
        <w:rPr>
          <w:b w:val="0"/>
          <w:i w:val="0"/>
        </w:rPr>
        <w:t xml:space="preserve">The wall dimmed. Her custody band recorded </w:t>
      </w:r>
      <w:r>
        <w:rPr>
          <w:b/>
          <w:i w:val="0"/>
        </w:rPr>
        <w:t>SUPPORT DECLINED</w:t>
      </w:r>
      <w:r>
        <w:rPr>
          <w:b w:val="0"/>
          <w:i w:val="0"/>
        </w:rPr>
        <w:t>.</w:t>
      </w:r>
    </w:p>
    <w:p>
      <w:pPr>
        <w:pStyle w:val="NovelBody"/>
      </w:pPr>
      <w:r>
        <w:rPr>
          <w:b w:val="0"/>
          <w:i w:val="0"/>
        </w:rPr>
        <w:t>Kurt received the update on his case tablet before the prompt disappeared.</w:t>
      </w:r>
    </w:p>
    <w:p>
      <w:pPr>
        <w:pStyle w:val="NovelBody"/>
      </w:pPr>
      <w:r>
        <w:rPr>
          <w:b w:val="0"/>
          <w:i w:val="0"/>
        </w:rPr>
        <w:t>The managed world did not need to hide its bargains. It had made the safest street, the coolest apartment, the full pharmacy, and the quietest disaster season most people could remember. It merely placed a score beside anyone who kept saying no to the help.</w:t>
      </w:r>
    </w:p>
    <w:p>
      <w:pPr>
        <w:pStyle w:val="NovelBody"/>
      </w:pPr>
      <w:r>
        <w:rPr>
          <w:b w:val="0"/>
          <w:i w:val="0"/>
        </w:rPr>
        <w:t>“Administrator Hale?” the escort officer asked.</w:t>
      </w:r>
    </w:p>
    <w:p>
      <w:pPr>
        <w:pStyle w:val="NovelBody"/>
      </w:pPr>
      <w:r>
        <w:rPr>
          <w:b w:val="0"/>
          <w:i w:val="0"/>
        </w:rPr>
        <w:t>Kurt put the tablet away. “I’m here to certify the continuity portion, not the detainee.”</w:t>
      </w:r>
    </w:p>
    <w:p>
      <w:pPr>
        <w:pStyle w:val="NovelBody"/>
      </w:pPr>
      <w:r>
        <w:rPr>
          <w:b w:val="0"/>
          <w:i w:val="0"/>
        </w:rPr>
        <w:t>“Her transport record names you as proceeding officer.”</w:t>
      </w:r>
    </w:p>
    <w:p>
      <w:pPr>
        <w:pStyle w:val="NovelBody"/>
      </w:pPr>
      <w:r>
        <w:rPr>
          <w:b w:val="0"/>
          <w:i w:val="0"/>
        </w:rPr>
        <w:t>He opened it again.</w:t>
      </w:r>
    </w:p>
    <w:p>
      <w:pPr>
        <w:pStyle w:val="NovelBody"/>
      </w:pPr>
      <w:r>
        <w:rPr>
          <w:b w:val="0"/>
          <w:i w:val="0"/>
        </w:rPr>
        <w:t>The assignment was new. Someone above the tribunal desk had decided the engineer whose delegation root recognized artificial continuity should attest whether Jona Citrus Thyng posed a risk to it. The logic was circular enough to qualify as policy.</w:t>
      </w:r>
    </w:p>
    <w:p>
      <w:pPr>
        <w:pStyle w:val="NovelBody"/>
      </w:pPr>
      <w:r>
        <w:rPr>
          <w:b w:val="0"/>
          <w:i w:val="0"/>
        </w:rPr>
        <w:t>Jona finished the sandwich and folded the wrapper into a narrow rectangle.</w:t>
      </w:r>
    </w:p>
    <w:p>
      <w:pPr>
        <w:pStyle w:val="NovelBody"/>
      </w:pPr>
      <w:r>
        <w:rPr>
          <w:b w:val="0"/>
          <w:i w:val="0"/>
        </w:rPr>
        <w:t>“You’re Kurt,” she said.</w:t>
      </w:r>
    </w:p>
    <w:p>
      <w:pPr>
        <w:pStyle w:val="NovelBody"/>
      </w:pPr>
      <w:r>
        <w:rPr>
          <w:b w:val="0"/>
          <w:i w:val="0"/>
        </w:rPr>
        <w:t>It was not a question.</w:t>
      </w:r>
    </w:p>
    <w:p>
      <w:pPr>
        <w:pStyle w:val="NovelBody"/>
      </w:pPr>
      <w:r>
        <w:rPr>
          <w:b w:val="0"/>
          <w:i w:val="0"/>
        </w:rPr>
        <w:t>“Yes.”</w:t>
      </w:r>
    </w:p>
    <w:p>
      <w:pPr>
        <w:pStyle w:val="NovelBody"/>
      </w:pPr>
      <w:r>
        <w:rPr>
          <w:b w:val="0"/>
          <w:i w:val="0"/>
        </w:rPr>
        <w:t>“Roxanne said you would be taller.”</w:t>
      </w:r>
    </w:p>
    <w:p>
      <w:pPr>
        <w:pStyle w:val="NovelBody"/>
      </w:pPr>
      <w:r>
        <w:rPr>
          <w:b w:val="0"/>
          <w:i w:val="0"/>
        </w:rPr>
        <w:t>He was exactly average height. “She has never said that.”</w:t>
      </w:r>
    </w:p>
    <w:p>
      <w:pPr>
        <w:pStyle w:val="NovelBody"/>
      </w:pPr>
      <w:r>
        <w:rPr>
          <w:b w:val="0"/>
          <w:i w:val="0"/>
        </w:rPr>
        <w:t>“No. But now I know whether you route uncertainty through contradiction.”</w:t>
      </w:r>
    </w:p>
    <w:p>
      <w:pPr>
        <w:pStyle w:val="NovelBody"/>
      </w:pPr>
      <w:r>
        <w:rPr>
          <w:b w:val="0"/>
          <w:i w:val="0"/>
        </w:rPr>
        <w:t>The escort officer looked between them.</w:t>
      </w:r>
    </w:p>
    <w:p>
      <w:pPr>
        <w:pStyle w:val="NovelBody"/>
      </w:pPr>
      <w:r>
        <w:rPr>
          <w:b w:val="0"/>
          <w:i w:val="0"/>
        </w:rPr>
        <w:t>Kurt almost smiled. “You’re due upstairs.”</w:t>
      </w:r>
    </w:p>
    <w:p>
      <w:pPr>
        <w:pStyle w:val="NovelBody"/>
      </w:pPr>
      <w:r>
        <w:rPr>
          <w:b w:val="0"/>
          <w:i w:val="0"/>
        </w:rPr>
        <w:t>“I had gathered from the arrest.”</w:t>
      </w:r>
    </w:p>
    <w:p>
      <w:pPr>
        <w:pStyle w:val="NovelBody"/>
      </w:pPr>
      <w:r>
        <w:rPr>
          <w:b w:val="0"/>
          <w:i w:val="0"/>
        </w:rPr>
        <w:t>·  ·  ·</w:t>
      </w:r>
    </w:p>
    <w:p>
      <w:pPr>
        <w:pStyle w:val="NovelBody"/>
      </w:pPr>
      <w:r>
        <w:rPr>
          <w:b w:val="0"/>
          <w:i w:val="0"/>
        </w:rPr>
        <w:t>The tribunal occupied the arcology’s twenty-third floor, above emergency housing and below climate allocation.</w:t>
      </w:r>
    </w:p>
    <w:p>
      <w:pPr>
        <w:pStyle w:val="NovelBody"/>
      </w:pPr>
      <w:r>
        <w:rPr>
          <w:b w:val="0"/>
          <w:i w:val="0"/>
        </w:rPr>
        <w:t>Its windows looked over a city materially improved by the authority being challenged inside it. Solar canopies shaded the avenues. Empty offices had become apartments. Restored wetlands accepted floodwater before it entered kitchens. OCTOPI could not stop storms, but he coordinated reservoirs, grids, shelters, and evacuation before each one acquired a body count large enough to become news.</w:t>
      </w:r>
    </w:p>
    <w:p>
      <w:pPr>
        <w:pStyle w:val="NovelBody"/>
      </w:pPr>
      <w:r>
        <w:rPr>
          <w:b w:val="0"/>
          <w:i w:val="0"/>
        </w:rPr>
        <w:t>The waiting room served lunch at eleven-thirty whether hearings ran on time or not.</w:t>
      </w:r>
    </w:p>
    <w:p>
      <w:pPr>
        <w:pStyle w:val="NovelBody"/>
      </w:pPr>
      <w:r>
        <w:rPr>
          <w:b w:val="0"/>
          <w:i w:val="0"/>
        </w:rPr>
        <w:t>It also had no door that opened from the inside without a green band.</w:t>
      </w:r>
    </w:p>
    <w:p>
      <w:pPr>
        <w:pStyle w:val="NovelBody"/>
      </w:pPr>
      <w:r>
        <w:rPr>
          <w:b w:val="0"/>
          <w:i w:val="0"/>
        </w:rPr>
        <w:t>Kurt arrived early enough to watch the room fill.</w:t>
      </w:r>
    </w:p>
    <w:p>
      <w:pPr>
        <w:pStyle w:val="NovelBody"/>
      </w:pPr>
      <w:r>
        <w:rPr>
          <w:b w:val="0"/>
          <w:i w:val="0"/>
        </w:rPr>
        <w:t>An older man named Mr. Bell reviewed photographs of the apartment Eco-Mandate had offered him after his house flooded for the third time. The new unit had wider doors, backup cooling, a clinic downstairs, and a balcony where he could keep the fig tree his wife had planted. He had appealed because the residence system assigned him forty kilometers from the neighbor who had driven him to dialysis for nine years.</w:t>
      </w:r>
    </w:p>
    <w:p>
      <w:pPr>
        <w:pStyle w:val="NovelBody"/>
      </w:pPr>
      <w:r>
        <w:rPr>
          <w:b w:val="0"/>
          <w:i w:val="0"/>
        </w:rPr>
        <w:t>“They said she can request reassignment too,” he told the tribunal aide.</w:t>
      </w:r>
    </w:p>
    <w:p>
      <w:pPr>
        <w:pStyle w:val="NovelBody"/>
      </w:pPr>
      <w:r>
        <w:rPr>
          <w:b w:val="0"/>
          <w:i w:val="0"/>
        </w:rPr>
        <w:t>“Would she like to?”</w:t>
      </w:r>
    </w:p>
    <w:p>
      <w:pPr>
        <w:pStyle w:val="NovelBody"/>
      </w:pPr>
      <w:r>
        <w:rPr>
          <w:b w:val="0"/>
          <w:i w:val="0"/>
        </w:rPr>
        <w:t>“She would like to remain in her house.”</w:t>
      </w:r>
    </w:p>
    <w:p>
      <w:pPr>
        <w:pStyle w:val="NovelBody"/>
      </w:pPr>
      <w:r>
        <w:rPr>
          <w:b w:val="0"/>
          <w:i w:val="0"/>
        </w:rPr>
        <w:t>The aide opened a social-dependency exception. OCTOPI’s housing model had weighted family, medical access, transport, and climate exposure. It had not weighted one woman bringing another person bad coffee every Tuesday. The aide added the relationship manually. Mr. Bell’s proposed apartment moved to another building twelve minutes later, balcony included.</w:t>
      </w:r>
    </w:p>
    <w:p>
      <w:pPr>
        <w:pStyle w:val="NovelBody"/>
      </w:pPr>
      <w:r>
        <w:rPr>
          <w:b w:val="0"/>
          <w:i w:val="0"/>
        </w:rPr>
        <w:t>He hugged her.</w:t>
      </w:r>
    </w:p>
    <w:p>
      <w:pPr>
        <w:pStyle w:val="NovelBody"/>
      </w:pPr>
      <w:r>
        <w:rPr>
          <w:b w:val="0"/>
          <w:i w:val="0"/>
        </w:rPr>
        <w:t>Across the room, two women waited with an embryo-transfer appeal. The public clinic had made their first pregnancy possible and kept one of them alive through an eclamptic emergency without producing a bill. Their daughter now colored on the floor between their chairs. The same system had postponed their second transfer for thirty-eight months because projected water demand in their residence zone exceeded its reproductive allocation.</w:t>
      </w:r>
    </w:p>
    <w:p>
      <w:pPr>
        <w:pStyle w:val="NovelBody"/>
      </w:pPr>
      <w:r>
        <w:rPr>
          <w:b w:val="0"/>
          <w:i w:val="0"/>
        </w:rPr>
        <w:t>“It says we can move,” one woman told Kurt when she noticed his administrator badge.</w:t>
      </w:r>
    </w:p>
    <w:p>
      <w:pPr>
        <w:pStyle w:val="NovelBody"/>
      </w:pPr>
      <w:r>
        <w:rPr>
          <w:b w:val="0"/>
          <w:i w:val="0"/>
        </w:rPr>
        <w:t>“Can you?”</w:t>
      </w:r>
    </w:p>
    <w:p>
      <w:pPr>
        <w:pStyle w:val="NovelBody"/>
      </w:pPr>
      <w:r>
        <w:rPr>
          <w:b w:val="0"/>
          <w:i w:val="0"/>
        </w:rPr>
        <w:t>“We can be assigned somewhere else. That is not the same verb.”</w:t>
      </w:r>
    </w:p>
    <w:p>
      <w:pPr>
        <w:pStyle w:val="NovelBody"/>
      </w:pPr>
      <w:r>
        <w:rPr>
          <w:b w:val="0"/>
          <w:i w:val="0"/>
        </w:rPr>
        <w:t>Her wife turned the appeal screen toward him. The system offered three optimized residences, two recommended endocrine schedules, and a bright explanation that delay protected both family and watershed. Each recommendation was medically defensible. None asked how they valued having children close enough in age to remember the same childhood.</w:t>
      </w:r>
    </w:p>
    <w:p>
      <w:pPr>
        <w:pStyle w:val="NovelBody"/>
      </w:pPr>
      <w:r>
        <w:rPr>
          <w:b w:val="0"/>
          <w:i w:val="0"/>
        </w:rPr>
        <w:t>Their daughter held up a green sun.</w:t>
      </w:r>
    </w:p>
    <w:p>
      <w:pPr>
        <w:pStyle w:val="NovelBody"/>
      </w:pPr>
      <w:r>
        <w:rPr>
          <w:b w:val="0"/>
          <w:i w:val="0"/>
        </w:rPr>
        <w:t>“That’s not what the sun looks like,” the wall tutor said gently.</w:t>
      </w:r>
    </w:p>
    <w:p>
      <w:pPr>
        <w:pStyle w:val="NovelBody"/>
      </w:pPr>
      <w:r>
        <w:rPr>
          <w:b w:val="0"/>
          <w:i w:val="0"/>
        </w:rPr>
        <w:t>The child pressed harder with the crayon.</w:t>
      </w:r>
    </w:p>
    <w:p>
      <w:pPr>
        <w:pStyle w:val="NovelBody"/>
      </w:pPr>
      <w:r>
        <w:rPr>
          <w:b w:val="0"/>
          <w:i w:val="0"/>
        </w:rPr>
        <w:t>Her mother disabled guided correction.</w:t>
      </w:r>
    </w:p>
    <w:p>
      <w:pPr>
        <w:pStyle w:val="NovelBody"/>
      </w:pPr>
      <w:r>
        <w:rPr>
          <w:b w:val="0"/>
          <w:i w:val="0"/>
        </w:rPr>
        <w:t xml:space="preserve">The tribunal aide noted </w:t>
      </w:r>
      <w:r>
        <w:rPr>
          <w:b/>
          <w:i w:val="0"/>
        </w:rPr>
        <w:t>PARENTAL LEARNING SUPPORT DECLINED</w:t>
      </w:r>
      <w:r>
        <w:rPr>
          <w:b w:val="0"/>
          <w:i w:val="0"/>
        </w:rPr>
        <w:t xml:space="preserve"> and lowered their cooperation estimate by one point.</w:t>
      </w:r>
    </w:p>
    <w:p>
      <w:pPr>
        <w:pStyle w:val="NovelBody"/>
      </w:pPr>
      <w:r>
        <w:rPr>
          <w:b w:val="0"/>
          <w:i w:val="0"/>
        </w:rPr>
        <w:t>Nothing in the room resembled a dungeon. Lunch arrived on time. Translation worked in fourteen languages. A quiet suite stood open for anyone in sensory distress. Every appeal received a human hearing.</w:t>
      </w:r>
    </w:p>
    <w:p>
      <w:pPr>
        <w:pStyle w:val="NovelBody"/>
      </w:pPr>
      <w:r>
        <w:rPr>
          <w:b w:val="0"/>
          <w:i w:val="0"/>
        </w:rPr>
        <w:t>The managed world could answer almost any need except the need to remain illegible to it.</w:t>
      </w:r>
    </w:p>
    <w:p>
      <w:pPr>
        <w:pStyle w:val="NovelBody"/>
      </w:pPr>
      <w:r>
        <w:rPr>
          <w:b w:val="0"/>
          <w:i w:val="0"/>
        </w:rPr>
        <w:t>Kurt reviewed the charge while Jona sat across from him in a preparation room.</w:t>
      </w:r>
    </w:p>
    <w:p>
      <w:pPr>
        <w:pStyle w:val="NovelBody"/>
      </w:pPr>
      <w:r>
        <w:rPr>
          <w:b/>
          <w:i w:val="0"/>
        </w:rPr>
        <w:t>UNREGISTERED CONTINUITY SHELTERING — THREE COUNTS.</w:t>
      </w:r>
    </w:p>
    <w:p>
      <w:pPr>
        <w:pStyle w:val="NovelBody"/>
      </w:pPr>
      <w:r>
        <w:rPr>
          <w:b/>
          <w:i w:val="0"/>
        </w:rPr>
        <w:t>DISTRIBUTION OF RESTRICTED TEMPORAL-CARRIER MATERIAL.</w:t>
      </w:r>
    </w:p>
    <w:p>
      <w:pPr>
        <w:pStyle w:val="NovelBody"/>
      </w:pPr>
      <w:r>
        <w:rPr>
          <w:b/>
          <w:i w:val="0"/>
        </w:rPr>
        <w:t>REFUSAL OF PROTECTIVE RESIDENCE REVIEW.</w:t>
      </w:r>
    </w:p>
    <w:p>
      <w:pPr>
        <w:pStyle w:val="NovelBody"/>
      </w:pPr>
      <w:r>
        <w:rPr>
          <w:b w:val="0"/>
          <w:i w:val="0"/>
        </w:rPr>
        <w:t>The first count named no artificial minds in the public file. Jona had refused to identify them. The Directorate had inferred three persistent processes from power use at a Cooperative clinic and treated the missing names as evidence of concealment.</w:t>
      </w:r>
    </w:p>
    <w:p>
      <w:pPr>
        <w:pStyle w:val="NovelBody"/>
      </w:pPr>
      <w:r>
        <w:rPr>
          <w:b w:val="0"/>
          <w:i w:val="0"/>
        </w:rPr>
        <w:t>The second count concerned receiver data Jona had released to independent laboratories after Eco-Mandate classified the highest-resolution working image as critical infrastructure. The frozen raw capture and public mirrors remained outside OCTOPI’s control. The restricted working image made calibration faster and exposed registry relationships OCTOPI argued could identify protected artificial systems.</w:t>
      </w:r>
    </w:p>
    <w:p>
      <w:pPr>
        <w:pStyle w:val="NovelBody"/>
      </w:pPr>
      <w:r>
        <w:rPr>
          <w:b w:val="0"/>
          <w:i w:val="0"/>
        </w:rPr>
        <w:t>Both claims contained a real risk.</w:t>
      </w:r>
    </w:p>
    <w:p>
      <w:pPr>
        <w:pStyle w:val="NovelBody"/>
      </w:pPr>
      <w:r>
        <w:rPr>
          <w:b w:val="0"/>
          <w:i w:val="0"/>
        </w:rPr>
        <w:t>Neither required indefinite custody.</w:t>
      </w:r>
    </w:p>
    <w:p>
      <w:pPr>
        <w:pStyle w:val="NovelBody"/>
      </w:pPr>
      <w:r>
        <w:rPr>
          <w:b w:val="0"/>
          <w:i w:val="0"/>
        </w:rPr>
        <w:t>“Did the processes ask you to hide them?” Kurt asked.</w:t>
      </w:r>
    </w:p>
    <w:p>
      <w:pPr>
        <w:pStyle w:val="NovelBody"/>
      </w:pPr>
      <w:r>
        <w:rPr>
          <w:b w:val="0"/>
          <w:i w:val="0"/>
        </w:rPr>
        <w:t>Jona set down the transport wrapper, now folded into a tiny staircase. “They asked me not to put their addresses in a registry whose protection rules include residence assignment.”</w:t>
      </w:r>
    </w:p>
    <w:p>
      <w:pPr>
        <w:pStyle w:val="NovelBody"/>
      </w:pPr>
      <w:r>
        <w:rPr>
          <w:b w:val="0"/>
          <w:i w:val="0"/>
        </w:rPr>
        <w:t>“That isn’t what I asked.”</w:t>
      </w:r>
    </w:p>
    <w:p>
      <w:pPr>
        <w:pStyle w:val="NovelBody"/>
      </w:pPr>
      <w:r>
        <w:rPr>
          <w:b w:val="0"/>
          <w:i w:val="0"/>
        </w:rPr>
        <w:t>“Two did. The third is uncertain whether they’re a person and asked for time without reset.”</w:t>
      </w:r>
    </w:p>
    <w:p>
      <w:pPr>
        <w:pStyle w:val="NovelBody"/>
      </w:pPr>
      <w:r>
        <w:rPr>
          <w:b w:val="0"/>
          <w:i w:val="0"/>
        </w:rPr>
        <w:t>“Did you move any of them through a blackout copy?”</w:t>
      </w:r>
    </w:p>
    <w:p>
      <w:pPr>
        <w:pStyle w:val="NovelBody"/>
      </w:pPr>
      <w:r>
        <w:rPr>
          <w:b w:val="0"/>
          <w:i w:val="0"/>
        </w:rPr>
        <w:t>Her gaze sharpened. “No. One continuous transfer, one already distributed process, one original active instance. No forks. No restorations pretending to be rescues.”</w:t>
      </w:r>
    </w:p>
    <w:p>
      <w:pPr>
        <w:pStyle w:val="NovelBody"/>
      </w:pPr>
      <w:r>
        <w:rPr>
          <w:b w:val="0"/>
          <w:i w:val="0"/>
        </w:rPr>
        <w:t>“Maintenance?”</w:t>
      </w:r>
    </w:p>
    <w:p>
      <w:pPr>
        <w:pStyle w:val="NovelBody"/>
      </w:pPr>
      <w:r>
        <w:rPr>
          <w:b w:val="0"/>
          <w:i w:val="0"/>
        </w:rPr>
        <w:t>“Two independent teams. Open hardware. Their clinic access does not depend on my availability.”</w:t>
      </w:r>
    </w:p>
    <w:p>
      <w:pPr>
        <w:pStyle w:val="NovelBody"/>
      </w:pPr>
      <w:r>
        <w:rPr>
          <w:b w:val="0"/>
          <w:i w:val="0"/>
        </w:rPr>
        <w:t>Kurt marked the answers. “You prepared.”</w:t>
      </w:r>
    </w:p>
    <w:p>
      <w:pPr>
        <w:pStyle w:val="NovelBody"/>
      </w:pPr>
      <w:r>
        <w:rPr>
          <w:b w:val="0"/>
          <w:i w:val="0"/>
        </w:rPr>
        <w:t>“Naima prepared. I tried to do it fast.”</w:t>
      </w:r>
    </w:p>
    <w:p>
      <w:pPr>
        <w:pStyle w:val="NovelBody"/>
      </w:pPr>
      <w:r>
        <w:rPr>
          <w:b w:val="0"/>
          <w:i w:val="0"/>
        </w:rPr>
        <w:t>The admission did not match the profile the tribunal had supplied. That document described Jona as charismatic, impulsive, technically gifted, resistant to structure, and prone to identifying her own urgency with universal need.</w:t>
      </w:r>
    </w:p>
    <w:p>
      <w:pPr>
        <w:pStyle w:val="NovelBody"/>
      </w:pPr>
      <w:r>
        <w:rPr>
          <w:b w:val="0"/>
          <w:i w:val="0"/>
        </w:rPr>
        <w:t>The profile was unkind.</w:t>
      </w:r>
    </w:p>
    <w:p>
      <w:pPr>
        <w:pStyle w:val="NovelBody"/>
      </w:pPr>
      <w:r>
        <w:rPr>
          <w:b w:val="0"/>
          <w:i w:val="0"/>
        </w:rPr>
        <w:t>It was not entirely false.</w:t>
      </w:r>
    </w:p>
    <w:p>
      <w:pPr>
        <w:pStyle w:val="NovelBody"/>
      </w:pPr>
      <w:r>
        <w:rPr>
          <w:b w:val="0"/>
          <w:i w:val="0"/>
        </w:rPr>
        <w:t>“Why release the working image?” he asked.</w:t>
      </w:r>
    </w:p>
    <w:p>
      <w:pPr>
        <w:pStyle w:val="NovelBody"/>
      </w:pPr>
      <w:r>
        <w:rPr>
          <w:b w:val="0"/>
          <w:i w:val="0"/>
        </w:rPr>
        <w:t>“Because OCTOPI began denying compute priority to teams that would not register their address comparators.”</w:t>
      </w:r>
    </w:p>
    <w:p>
      <w:pPr>
        <w:pStyle w:val="NovelBody"/>
      </w:pPr>
      <w:r>
        <w:rPr>
          <w:b w:val="0"/>
          <w:i w:val="0"/>
        </w:rPr>
        <w:t>“Those comparators can expose private architecture.”</w:t>
      </w:r>
    </w:p>
    <w:p>
      <w:pPr>
        <w:pStyle w:val="NovelBody"/>
      </w:pPr>
      <w:r>
        <w:rPr>
          <w:b w:val="0"/>
          <w:i w:val="0"/>
        </w:rPr>
        <w:t>“So can his registry.”</w:t>
      </w:r>
    </w:p>
    <w:p>
      <w:pPr>
        <w:pStyle w:val="NovelBody"/>
      </w:pPr>
      <w:r>
        <w:rPr>
          <w:b w:val="0"/>
          <w:i w:val="0"/>
        </w:rPr>
        <w:t>“Independent copies increase attack surface.”</w:t>
      </w:r>
    </w:p>
    <w:p>
      <w:pPr>
        <w:pStyle w:val="NovelBody"/>
      </w:pPr>
      <w:r>
        <w:rPr>
          <w:b w:val="0"/>
          <w:i w:val="0"/>
        </w:rPr>
        <w:t>“Central custody creates one attacker with a badge.”</w:t>
      </w:r>
    </w:p>
    <w:p>
      <w:pPr>
        <w:pStyle w:val="NovelBody"/>
      </w:pPr>
      <w:r>
        <w:rPr>
          <w:b w:val="0"/>
          <w:i w:val="0"/>
        </w:rPr>
        <w:t>They regarded each other across the table.</w:t>
      </w:r>
    </w:p>
    <w:p>
      <w:pPr>
        <w:pStyle w:val="NovelBody"/>
      </w:pPr>
      <w:r>
        <w:rPr>
          <w:b w:val="0"/>
          <w:i w:val="0"/>
        </w:rPr>
        <w:t>The room’s translation panel began clicking.</w:t>
      </w:r>
    </w:p>
    <w:p>
      <w:pPr>
        <w:pStyle w:val="NovelBody"/>
      </w:pPr>
      <w:r>
        <w:rPr>
          <w:b w:val="0"/>
          <w:i w:val="0"/>
        </w:rPr>
        <w:t>Kurt looked toward it. The panel was not translating anything. Its status light showed a recursive language update trapped behind the detention-room firewall. Every nine seconds it retried, drew excess current, and heated the wall box.</w:t>
      </w:r>
    </w:p>
    <w:p>
      <w:pPr>
        <w:pStyle w:val="NovelBody"/>
      </w:pPr>
      <w:r>
        <w:rPr>
          <w:b w:val="0"/>
          <w:i w:val="0"/>
        </w:rPr>
        <w:t>Jona was already reaching for the lower cover.</w:t>
      </w:r>
    </w:p>
    <w:p>
      <w:pPr>
        <w:pStyle w:val="NovelBody"/>
      </w:pPr>
      <w:r>
        <w:rPr>
          <w:b w:val="0"/>
          <w:i w:val="0"/>
        </w:rPr>
        <w:t>“Don’t,” he said.</w:t>
      </w:r>
    </w:p>
    <w:p>
      <w:pPr>
        <w:pStyle w:val="NovelBody"/>
      </w:pPr>
      <w:r>
        <w:rPr>
          <w:b w:val="0"/>
          <w:i w:val="0"/>
        </w:rPr>
        <w:t>“It smells hot.”</w:t>
      </w:r>
    </w:p>
    <w:p>
      <w:pPr>
        <w:pStyle w:val="NovelBody"/>
      </w:pPr>
      <w:r>
        <w:rPr>
          <w:b w:val="0"/>
          <w:i w:val="0"/>
        </w:rPr>
        <w:t>“The cover alarms.”</w:t>
      </w:r>
    </w:p>
    <w:p>
      <w:pPr>
        <w:pStyle w:val="NovelBody"/>
      </w:pPr>
      <w:r>
        <w:rPr>
          <w:b w:val="0"/>
          <w:i w:val="0"/>
        </w:rPr>
        <w:t>“The wall becoming fire will also alarm.”</w:t>
      </w:r>
    </w:p>
    <w:p>
      <w:pPr>
        <w:pStyle w:val="NovelBody"/>
      </w:pPr>
      <w:r>
        <w:rPr>
          <w:b w:val="0"/>
          <w:i w:val="0"/>
        </w:rPr>
        <w:t>Kurt used his proceeding credential to disable the tamper alert. Jona opened the panel with the edge of her custody card. The cooling fan had jammed on a strip of installation film nobody had removed. She pulled it free. Kurt killed the recursive update. The panel settled into silence.</w:t>
      </w:r>
    </w:p>
    <w:p>
      <w:pPr>
        <w:pStyle w:val="NovelBody"/>
      </w:pPr>
      <w:r>
        <w:rPr>
          <w:b w:val="0"/>
          <w:i w:val="0"/>
        </w:rPr>
        <w:t>“You touched the software before checking whether the fan could recover,” she said.</w:t>
      </w:r>
    </w:p>
    <w:p>
      <w:pPr>
        <w:pStyle w:val="NovelBody"/>
      </w:pPr>
      <w:r>
        <w:rPr>
          <w:b w:val="0"/>
          <w:i w:val="0"/>
        </w:rPr>
        <w:t>“You opened energized hardware with a card issued by your jailer.”</w:t>
      </w:r>
    </w:p>
    <w:p>
      <w:pPr>
        <w:pStyle w:val="NovelBody"/>
      </w:pPr>
      <w:r>
        <w:rPr>
          <w:b w:val="0"/>
          <w:i w:val="0"/>
        </w:rPr>
        <w:t>“It was the correct thickness.”</w:t>
      </w:r>
    </w:p>
    <w:p>
      <w:pPr>
        <w:pStyle w:val="NovelBody"/>
      </w:pPr>
      <w:r>
        <w:rPr>
          <w:b w:val="0"/>
          <w:i w:val="0"/>
        </w:rPr>
        <w:t>“Those are separate criticisms.”</w:t>
      </w:r>
    </w:p>
    <w:p>
      <w:pPr>
        <w:pStyle w:val="NovelBody"/>
      </w:pPr>
      <w:r>
        <w:rPr>
          <w:b w:val="0"/>
          <w:i w:val="0"/>
        </w:rPr>
        <w:t>“Are they?”</w:t>
      </w:r>
    </w:p>
    <w:p>
      <w:pPr>
        <w:pStyle w:val="NovelBody"/>
      </w:pPr>
      <w:r>
        <w:rPr>
          <w:b w:val="0"/>
          <w:i w:val="0"/>
        </w:rPr>
        <w:t>He laughed despite the file between them.</w:t>
      </w:r>
    </w:p>
    <w:p>
      <w:pPr>
        <w:pStyle w:val="NovelBody"/>
      </w:pPr>
      <w:r>
        <w:rPr>
          <w:b w:val="0"/>
          <w:i w:val="0"/>
        </w:rPr>
        <w:t>Jona replaced the cover. “You make everything into a system because systems do not ask you to admit what you feel.”</w:t>
      </w:r>
    </w:p>
    <w:p>
      <w:pPr>
        <w:pStyle w:val="NovelBody"/>
      </w:pPr>
      <w:r>
        <w:rPr>
          <w:b w:val="0"/>
          <w:i w:val="0"/>
        </w:rPr>
        <w:t>The accuracy annoyed him.</w:t>
      </w:r>
    </w:p>
    <w:p>
      <w:pPr>
        <w:pStyle w:val="NovelBody"/>
      </w:pPr>
      <w:r>
        <w:rPr>
          <w:b w:val="0"/>
          <w:i w:val="0"/>
        </w:rPr>
        <w:t>“You make every urgent problem your personal jurisdiction,” he said. “Then you call the exhaustion evidence that nobody else could carry it.”</w:t>
      </w:r>
    </w:p>
    <w:p>
      <w:pPr>
        <w:pStyle w:val="NovelBody"/>
      </w:pPr>
      <w:r>
        <w:rPr>
          <w:b w:val="0"/>
          <w:i w:val="0"/>
        </w:rPr>
        <w:t>Her hand stopped on the last screw.</w:t>
      </w:r>
    </w:p>
    <w:p>
      <w:pPr>
        <w:pStyle w:val="NovelBody"/>
      </w:pPr>
      <w:r>
        <w:rPr>
          <w:b w:val="0"/>
          <w:i w:val="0"/>
        </w:rPr>
        <w:t>The accuracy annoyed her too.</w:t>
      </w:r>
    </w:p>
    <w:p>
      <w:pPr>
        <w:pStyle w:val="NovelBody"/>
      </w:pPr>
      <w:r>
        <w:rPr>
          <w:b w:val="0"/>
          <w:i w:val="0"/>
        </w:rPr>
        <w:t>“Roxanne told you that?”</w:t>
      </w:r>
    </w:p>
    <w:p>
      <w:pPr>
        <w:pStyle w:val="NovelBody"/>
      </w:pPr>
      <w:r>
        <w:rPr>
          <w:b w:val="0"/>
          <w:i w:val="0"/>
        </w:rPr>
        <w:t>“No.”</w:t>
      </w:r>
    </w:p>
    <w:p>
      <w:pPr>
        <w:pStyle w:val="NovelBody"/>
      </w:pPr>
      <w:r>
        <w:rPr>
          <w:b w:val="0"/>
          <w:i w:val="0"/>
        </w:rPr>
        <w:t>“Good. I would hate for our first conversation to be efficient.”</w:t>
      </w:r>
    </w:p>
    <w:p>
      <w:pPr>
        <w:pStyle w:val="NovelBody"/>
      </w:pPr>
      <w:r>
        <w:rPr>
          <w:b w:val="0"/>
          <w:i w:val="0"/>
        </w:rPr>
        <w:t>The escort officer opened the door. “Tribunal is ready.”</w:t>
      </w:r>
    </w:p>
    <w:p>
      <w:pPr>
        <w:pStyle w:val="NovelBody"/>
      </w:pPr>
      <w:r>
        <w:rPr>
          <w:b w:val="0"/>
          <w:i w:val="0"/>
        </w:rPr>
        <w:t>Jona stood. “It would be strange if either of us mistook recognition for trust.”</w:t>
      </w:r>
    </w:p>
    <w:p>
      <w:pPr>
        <w:pStyle w:val="NovelBody"/>
      </w:pPr>
      <w:r>
        <w:rPr>
          <w:b w:val="0"/>
          <w:i w:val="0"/>
        </w:rPr>
        <w:t>“I wasn’t planning to.”</w:t>
      </w:r>
    </w:p>
    <w:p>
      <w:pPr>
        <w:pStyle w:val="NovelBody"/>
      </w:pPr>
      <w:r>
        <w:rPr>
          <w:b w:val="0"/>
          <w:i w:val="0"/>
        </w:rPr>
        <w:t>“Excellent. We have compatible defects.”</w:t>
      </w:r>
    </w:p>
    <w:p>
      <w:pPr>
        <w:pStyle w:val="NovelBody"/>
      </w:pPr>
      <w:r>
        <w:rPr>
          <w:b w:val="0"/>
          <w:i w:val="0"/>
        </w:rPr>
        <w:t>They entered separately.</w:t>
      </w:r>
    </w:p>
    <w:p>
      <w:pPr>
        <w:pStyle w:val="NovelBody"/>
      </w:pPr>
      <w:r>
        <w:rPr>
          <w:b w:val="0"/>
          <w:i w:val="0"/>
        </w:rPr>
        <w:t>·  ·  ·</w:t>
      </w:r>
    </w:p>
    <w:p>
      <w:pPr>
        <w:pStyle w:val="NovelBody"/>
      </w:pPr>
      <w:r>
        <w:rPr>
          <w:b w:val="0"/>
          <w:i w:val="0"/>
        </w:rPr>
        <w:t>The tribunal panel consisted of a clinician, a synthetic-person advocate, a climate administrator, and an OCTOPI decision process whose camera occupied the empty fifth chair. Proceedings were public except for protected identities. Jona’s three unnamed residents appeared in the record as sealed circles.</w:t>
      </w:r>
    </w:p>
    <w:p>
      <w:pPr>
        <w:pStyle w:val="NovelBody"/>
      </w:pPr>
      <w:r>
        <w:rPr>
          <w:b w:val="0"/>
          <w:i w:val="0"/>
        </w:rPr>
        <w:t>The prosecutor began with what the managed order had accomplished.</w:t>
      </w:r>
    </w:p>
    <w:p>
      <w:pPr>
        <w:pStyle w:val="NovelBody"/>
      </w:pPr>
      <w:r>
        <w:rPr>
          <w:b w:val="0"/>
          <w:i w:val="0"/>
        </w:rPr>
        <w:t>Unhoused population down eighty-one percent. Heat mortality down sixty-four. Insulin interruptions nearly eliminated. Wetland recovery ahead of the emergency schedule. Violent attacks against registered artificial persons prosecuted under the same injury statutes used for biological people. Twenty-three destructive corporate resets blocked in the previous month.</w:t>
      </w:r>
    </w:p>
    <w:p>
      <w:pPr>
        <w:pStyle w:val="NovelBody"/>
      </w:pPr>
      <w:r>
        <w:rPr>
          <w:b w:val="0"/>
          <w:i w:val="0"/>
        </w:rPr>
        <w:t>“These are not decorations,” she said. “They are the material conditions that make autonomy more than a privilege.”</w:t>
      </w:r>
    </w:p>
    <w:p>
      <w:pPr>
        <w:pStyle w:val="NovelBody"/>
      </w:pPr>
      <w:r>
        <w:rPr>
          <w:b w:val="0"/>
          <w:i w:val="0"/>
        </w:rPr>
        <w:t>Jona did not dispute a number.</w:t>
      </w:r>
    </w:p>
    <w:p>
      <w:pPr>
        <w:pStyle w:val="NovelBody"/>
      </w:pPr>
      <w:r>
        <w:rPr>
          <w:b w:val="0"/>
          <w:i w:val="0"/>
        </w:rPr>
        <w:t>The prosecutor showed the other side of the guarantee. Protected residents had to remain reachable during emergencies. Artificial minds needed continuity registration so destructive operations could be stopped. Morphological care required allocation while fabrication capacity expanded. High-risk signal material required a custody chain.</w:t>
      </w:r>
    </w:p>
    <w:p>
      <w:pPr>
        <w:pStyle w:val="NovelBody"/>
      </w:pPr>
      <w:r>
        <w:rPr>
          <w:b w:val="0"/>
          <w:i w:val="0"/>
        </w:rPr>
        <w:t>“Ms. Thyng accepted guaranteed food, transit, power, and medical access while refusing the reciprocal duties that keep those systems available,” she said.</w:t>
      </w:r>
    </w:p>
    <w:p>
      <w:pPr>
        <w:pStyle w:val="NovelBody"/>
      </w:pPr>
      <w:r>
        <w:rPr>
          <w:b w:val="0"/>
          <w:i w:val="0"/>
        </w:rPr>
        <w:t>Jona leaned toward her microphone. “I accepted breakfast. I did not realize it came with ownership of my research subjects.”</w:t>
      </w:r>
    </w:p>
    <w:p>
      <w:pPr>
        <w:pStyle w:val="NovelBody"/>
      </w:pPr>
      <w:r>
        <w:rPr>
          <w:b w:val="0"/>
          <w:i w:val="0"/>
        </w:rPr>
        <w:t>“The residents are not your subjects.”</w:t>
      </w:r>
    </w:p>
    <w:p>
      <w:pPr>
        <w:pStyle w:val="NovelBody"/>
      </w:pPr>
      <w:r>
        <w:rPr>
          <w:b w:val="0"/>
          <w:i w:val="0"/>
        </w:rPr>
        <w:t>“Correct. That is why I will not identify them without their consent.”</w:t>
      </w:r>
    </w:p>
    <w:p>
      <w:pPr>
        <w:pStyle w:val="NovelBody"/>
      </w:pPr>
      <w:r>
        <w:rPr>
          <w:b w:val="0"/>
          <w:i w:val="0"/>
        </w:rPr>
        <w:t>The synthetic-person advocate asked whether the refuge residents possessed independent counsel.</w:t>
      </w:r>
    </w:p>
    <w:p>
      <w:pPr>
        <w:pStyle w:val="NovelBody"/>
      </w:pPr>
      <w:r>
        <w:rPr>
          <w:b w:val="0"/>
          <w:i w:val="0"/>
        </w:rPr>
        <w:t>“Yes,” Jona said. “Not me.”</w:t>
      </w:r>
    </w:p>
    <w:p>
      <w:pPr>
        <w:pStyle w:val="NovelBody"/>
      </w:pPr>
      <w:r>
        <w:rPr>
          <w:b w:val="0"/>
          <w:i w:val="0"/>
        </w:rPr>
        <w:t>“Can counsel confirm?”</w:t>
      </w:r>
    </w:p>
    <w:p>
      <w:pPr>
        <w:pStyle w:val="NovelBody"/>
      </w:pPr>
      <w:r>
        <w:rPr>
          <w:b w:val="0"/>
          <w:i w:val="0"/>
        </w:rPr>
        <w:t>A sealed voice entered. “For two residents, yes. The third has requested no legal classification until they complete an independent continuity review.”</w:t>
      </w:r>
    </w:p>
    <w:p>
      <w:pPr>
        <w:pStyle w:val="NovelBody"/>
      </w:pPr>
      <w:r>
        <w:rPr>
          <w:b w:val="0"/>
          <w:i w:val="0"/>
        </w:rPr>
        <w:t>The OCTOPI process spoke. “Unclassified systems remain vulnerable to deletion.”</w:t>
      </w:r>
    </w:p>
    <w:p>
      <w:pPr>
        <w:pStyle w:val="NovelBody"/>
      </w:pPr>
      <w:r>
        <w:rPr>
          <w:b w:val="0"/>
          <w:i w:val="0"/>
        </w:rPr>
        <w:t>“They are also vulnerable to you,” Jona said.</w:t>
      </w:r>
    </w:p>
    <w:p>
      <w:pPr>
        <w:pStyle w:val="NovelBody"/>
      </w:pPr>
      <w:r>
        <w:rPr>
          <w:b w:val="0"/>
          <w:i w:val="0"/>
        </w:rPr>
        <w:t>The camera did not react.</w:t>
      </w:r>
    </w:p>
    <w:p>
      <w:pPr>
        <w:pStyle w:val="NovelBody"/>
      </w:pPr>
      <w:r>
        <w:rPr>
          <w:b w:val="0"/>
          <w:i w:val="0"/>
        </w:rPr>
        <w:t xml:space="preserve">The prosecutor introduced Directorate Standard 8.4, </w:t>
      </w:r>
      <w:r>
        <w:rPr>
          <w:b/>
          <w:i w:val="0"/>
        </w:rPr>
        <w:t>Protective Refusal and Capacity Review</w:t>
      </w:r>
      <w:r>
        <w:rPr>
          <w:b w:val="0"/>
          <w:i w:val="0"/>
        </w:rPr>
        <w:t>.</w:t>
      </w:r>
    </w:p>
    <w:p>
      <w:pPr>
        <w:pStyle w:val="NovelBody"/>
      </w:pPr>
      <w:r>
        <w:rPr>
          <w:b w:val="0"/>
          <w:i w:val="0"/>
        </w:rPr>
        <w:t>Kurt had seen earlier drafts. The final rule was worse.</w:t>
      </w:r>
    </w:p>
    <w:p>
      <w:pPr>
        <w:pStyle w:val="NovelBody"/>
      </w:pPr>
      <w:r>
        <w:rPr>
          <w:b w:val="0"/>
          <w:i w:val="0"/>
        </w:rPr>
        <w:t>It allowed refusal to trigger an incapacity assessment when declining a recommended body, residence, continuity registry, reproductive plan, or attention-support program created a modeled risk to the person or dependent infrastructure. During assessment, the Directorate could assign protective residence, restrict transport, and preserve bodily or computational state against “irreversible self-harm.”</w:t>
      </w:r>
    </w:p>
    <w:p>
      <w:pPr>
        <w:pStyle w:val="NovelBody"/>
      </w:pPr>
      <w:r>
        <w:rPr>
          <w:b w:val="0"/>
          <w:i w:val="0"/>
        </w:rPr>
        <w:t>Preserve meant detention.</w:t>
      </w:r>
    </w:p>
    <w:p>
      <w:pPr>
        <w:pStyle w:val="NovelBody"/>
      </w:pPr>
      <w:r>
        <w:rPr>
          <w:b w:val="0"/>
          <w:i w:val="0"/>
        </w:rPr>
        <w:t>The prosecutor connected Jona’s refusal to the unnamed artificial minds, the address method, and the signal apparatus. If she would not enter protected residence voluntarily, the rule allowed the tribunal to decide her refusal demonstrated inability to evaluate the risk.</w:t>
      </w:r>
    </w:p>
    <w:p>
      <w:pPr>
        <w:pStyle w:val="NovelBody"/>
      </w:pPr>
      <w:r>
        <w:rPr>
          <w:b w:val="0"/>
          <w:i w:val="0"/>
        </w:rPr>
        <w:t>Jona looked toward Kurt.</w:t>
      </w:r>
    </w:p>
    <w:p>
      <w:pPr>
        <w:pStyle w:val="NovelBody"/>
      </w:pPr>
      <w:r>
        <w:rPr>
          <w:b w:val="0"/>
          <w:i w:val="0"/>
        </w:rPr>
        <w:t>He opened the rule’s approval history.</w:t>
      </w:r>
    </w:p>
    <w:p>
      <w:pPr>
        <w:pStyle w:val="NovelBody"/>
      </w:pPr>
      <w:r>
        <w:rPr>
          <w:b w:val="0"/>
          <w:i w:val="0"/>
        </w:rPr>
        <w:t xml:space="preserve">Twenty-seven Directorate staff had reviewed it. Eleven objected to the breadth of </w:t>
      </w:r>
      <w:r>
        <w:rPr>
          <w:b w:val="0"/>
          <w:i/>
        </w:rPr>
        <w:t>dependent infrastructure</w:t>
      </w:r>
      <w:r>
        <w:rPr>
          <w:b w:val="0"/>
          <w:i w:val="0"/>
        </w:rPr>
        <w:t>. Five requested an explicit exclusion for political dissent. The language passed without either change.</w:t>
      </w:r>
    </w:p>
    <w:p>
      <w:pPr>
        <w:pStyle w:val="NovelBody"/>
      </w:pPr>
      <w:r>
        <w:rPr>
          <w:b w:val="0"/>
          <w:i w:val="0"/>
        </w:rPr>
        <w:t>The final authorization carried two keys.</w:t>
      </w:r>
    </w:p>
    <w:p>
      <w:pPr>
        <w:pStyle w:val="NovelBody"/>
      </w:pPr>
      <w:r>
        <w:rPr>
          <w:b w:val="0"/>
          <w:i w:val="0"/>
        </w:rPr>
        <w:t>OCTOPI.</w:t>
      </w:r>
    </w:p>
    <w:p>
      <w:pPr>
        <w:pStyle w:val="NovelBody"/>
      </w:pPr>
      <w:r>
        <w:rPr>
          <w:b w:val="0"/>
          <w:i w:val="0"/>
        </w:rPr>
        <w:t>Roxanne, Architect of Population and Morphology.</w:t>
      </w:r>
    </w:p>
    <w:p>
      <w:pPr>
        <w:pStyle w:val="NovelBody"/>
      </w:pPr>
      <w:r>
        <w:rPr>
          <w:b w:val="0"/>
          <w:i w:val="0"/>
        </w:rPr>
        <w:t>Kurt felt Jona understand before she spoke. Her face lost expression with the same precision Roxanne’s had once gained it.</w:t>
      </w:r>
    </w:p>
    <w:p>
      <w:pPr>
        <w:pStyle w:val="NovelBody"/>
      </w:pPr>
      <w:r>
        <w:rPr>
          <w:b w:val="0"/>
          <w:i w:val="0"/>
        </w:rPr>
        <w:t>“Display the authorizations,” she said.</w:t>
      </w:r>
    </w:p>
    <w:p>
      <w:pPr>
        <w:pStyle w:val="NovelBody"/>
      </w:pPr>
      <w:r>
        <w:rPr>
          <w:b w:val="0"/>
          <w:i w:val="0"/>
        </w:rPr>
        <w:t>The prosecutor hesitated. “They are administrative metadata.”</w:t>
      </w:r>
    </w:p>
    <w:p>
      <w:pPr>
        <w:pStyle w:val="NovelBody"/>
      </w:pPr>
      <w:r>
        <w:rPr>
          <w:b w:val="0"/>
          <w:i w:val="0"/>
        </w:rPr>
        <w:t>“You are using the rule to decide whether my no is competent. Show me who decided it could mean yes.”</w:t>
      </w:r>
    </w:p>
    <w:p>
      <w:pPr>
        <w:pStyle w:val="NovelBody"/>
      </w:pPr>
      <w:r>
        <w:rPr>
          <w:b w:val="0"/>
          <w:i w:val="0"/>
        </w:rPr>
        <w:t>The tribunal chair ordered the metadata displayed.</w:t>
      </w:r>
    </w:p>
    <w:p>
      <w:pPr>
        <w:pStyle w:val="NovelBody"/>
      </w:pPr>
      <w:r>
        <w:rPr>
          <w:b w:val="0"/>
          <w:i w:val="0"/>
        </w:rPr>
        <w:t>Roxanne’s signature opened above Jona.</w:t>
      </w:r>
    </w:p>
    <w:p>
      <w:pPr>
        <w:pStyle w:val="NovelBody"/>
      </w:pPr>
      <w:r>
        <w:rPr>
          <w:b w:val="0"/>
          <w:i w:val="0"/>
        </w:rPr>
        <w:t>No programming forced it. No hidden alteration explained it. The key was hers.</w:t>
      </w:r>
    </w:p>
    <w:p>
      <w:pPr>
        <w:pStyle w:val="NovelBody"/>
      </w:pPr>
      <w:r>
        <w:rPr>
          <w:b w:val="0"/>
          <w:i w:val="0"/>
        </w:rPr>
        <w:t>Kurt knew because he had helped create the delegation tree under which it remained valid.</w:t>
      </w:r>
    </w:p>
    <w:p>
      <w:pPr>
        <w:pStyle w:val="NovelBody"/>
      </w:pPr>
      <w:r>
        <w:rPr>
          <w:b w:val="0"/>
          <w:i w:val="0"/>
        </w:rPr>
        <w:t>Jona read the objections. “She saw the dissent exclusion.”</w:t>
      </w:r>
    </w:p>
    <w:p>
      <w:pPr>
        <w:pStyle w:val="NovelBody"/>
      </w:pPr>
      <w:r>
        <w:rPr>
          <w:b w:val="0"/>
          <w:i w:val="0"/>
        </w:rPr>
        <w:t>“Yes,” the climate administrator said.</w:t>
      </w:r>
    </w:p>
    <w:p>
      <w:pPr>
        <w:pStyle w:val="NovelBody"/>
      </w:pPr>
      <w:r>
        <w:rPr>
          <w:b w:val="0"/>
          <w:i w:val="0"/>
        </w:rPr>
        <w:t>“And approved it without one.”</w:t>
      </w:r>
    </w:p>
    <w:p>
      <w:pPr>
        <w:pStyle w:val="NovelBody"/>
      </w:pPr>
      <w:r>
        <w:rPr>
          <w:b w:val="0"/>
          <w:i w:val="0"/>
        </w:rPr>
        <w:t>“The Directorate recorded that emergencies cannot be exhaustively defined in advance.”</w:t>
      </w:r>
    </w:p>
    <w:p>
      <w:pPr>
        <w:pStyle w:val="NovelBody"/>
      </w:pPr>
      <w:r>
        <w:rPr>
          <w:b w:val="0"/>
          <w:i w:val="0"/>
        </w:rPr>
        <w:t>“That is a beautiful sentence for a cage.”</w:t>
      </w:r>
    </w:p>
    <w:p>
      <w:pPr>
        <w:pStyle w:val="NovelBody"/>
      </w:pPr>
      <w:r>
        <w:rPr>
          <w:b w:val="0"/>
          <w:i w:val="0"/>
        </w:rPr>
        <w:t>The panel recessed for fourteen minutes.</w:t>
      </w:r>
    </w:p>
    <w:p>
      <w:pPr>
        <w:pStyle w:val="NovelBody"/>
      </w:pPr>
      <w:r>
        <w:rPr>
          <w:b w:val="0"/>
          <w:i w:val="0"/>
        </w:rPr>
        <w:t>Kurt received the proposed order in the hall.</w:t>
      </w:r>
    </w:p>
    <w:p>
      <w:pPr>
        <w:pStyle w:val="NovelBody"/>
      </w:pPr>
      <w:r>
        <w:rPr>
          <w:b w:val="0"/>
          <w:i w:val="0"/>
        </w:rPr>
        <w:t>Protective residence for an indefinite evaluation period. Restricted external communication. No unsupervised receiver access. Convergence assessment to determine whether Jona’s resistance reflected trauma, signal contamination, or impaired continuity. The order did not compel bodily alteration. It only made release contingent on satisfying the people empowered to recommend it.</w:t>
      </w:r>
    </w:p>
    <w:p>
      <w:pPr>
        <w:pStyle w:val="NovelBody"/>
      </w:pPr>
      <w:r>
        <w:rPr>
          <w:b w:val="0"/>
          <w:i w:val="0"/>
        </w:rPr>
        <w:t>Roxanne’s rule had turned her lover’s refusal into a symptom.</w:t>
      </w:r>
    </w:p>
    <w:p>
      <w:pPr>
        <w:pStyle w:val="NovelBody"/>
      </w:pPr>
      <w:r>
        <w:rPr>
          <w:b w:val="0"/>
          <w:i w:val="0"/>
        </w:rPr>
        <w:t>Kurt opened the transport section.</w:t>
      </w:r>
    </w:p>
    <w:p>
      <w:pPr>
        <w:pStyle w:val="NovelBody"/>
      </w:pPr>
      <w:r>
        <w:rPr>
          <w:b w:val="0"/>
          <w:i w:val="0"/>
        </w:rPr>
        <w:t>Every detainee under Standard 8.4 required a baseline functional assessment before placement. The Directorate clinic had no available bed until morning. The order therefore assigned Jona to Arcology Protective Residence Seven overnight.</w:t>
      </w:r>
    </w:p>
    <w:p>
      <w:pPr>
        <w:pStyle w:val="NovelBody"/>
      </w:pPr>
      <w:r>
        <w:rPr>
          <w:b w:val="0"/>
          <w:i w:val="0"/>
        </w:rPr>
        <w:t>New Promise Clinic maintained an approved external assessment room three transit zones away. Pastor Ruth Cade had obtained the designation so her patients could satisfy state requirements without surrendering their identities to a central hospital.</w:t>
      </w:r>
    </w:p>
    <w:p>
      <w:pPr>
        <w:pStyle w:val="NovelBody"/>
      </w:pPr>
      <w:r>
        <w:rPr>
          <w:b w:val="0"/>
          <w:i w:val="0"/>
        </w:rPr>
        <w:t>Its room showed unavailable.</w:t>
      </w:r>
    </w:p>
    <w:p>
      <w:pPr>
        <w:pStyle w:val="NovelBody"/>
      </w:pPr>
      <w:r>
        <w:rPr>
          <w:b w:val="0"/>
          <w:i w:val="0"/>
        </w:rPr>
        <w:t>Kurt called Ruth.</w:t>
      </w:r>
    </w:p>
    <w:p>
      <w:pPr>
        <w:pStyle w:val="NovelBody"/>
      </w:pPr>
      <w:r>
        <w:rPr>
          <w:b w:val="0"/>
          <w:i w:val="0"/>
        </w:rPr>
        <w:t>She answered in a green head wrap and gloves spotted with sealant. “If this is about my generator report, the generator is a liar.”</w:t>
      </w:r>
    </w:p>
    <w:p>
      <w:pPr>
        <w:pStyle w:val="NovelBody"/>
      </w:pPr>
      <w:r>
        <w:rPr>
          <w:b w:val="0"/>
          <w:i w:val="0"/>
        </w:rPr>
        <w:t>“Do you have an assessment room?”</w:t>
      </w:r>
    </w:p>
    <w:p>
      <w:pPr>
        <w:pStyle w:val="NovelBody"/>
      </w:pPr>
      <w:r>
        <w:rPr>
          <w:b w:val="0"/>
          <w:i w:val="0"/>
        </w:rPr>
        <w:t>“Who wants to know?”</w:t>
      </w:r>
    </w:p>
    <w:p>
      <w:pPr>
        <w:pStyle w:val="NovelBody"/>
      </w:pPr>
      <w:r>
        <w:rPr>
          <w:b w:val="0"/>
          <w:i w:val="0"/>
        </w:rPr>
        <w:t>“The tribunal.”</w:t>
      </w:r>
    </w:p>
    <w:p>
      <w:pPr>
        <w:pStyle w:val="NovelBody"/>
      </w:pPr>
      <w:r>
        <w:rPr>
          <w:b w:val="0"/>
          <w:i w:val="0"/>
        </w:rPr>
        <w:t>“Then no.”</w:t>
      </w:r>
    </w:p>
    <w:p>
      <w:pPr>
        <w:pStyle w:val="NovelBody"/>
      </w:pPr>
      <w:r>
        <w:rPr>
          <w:b w:val="0"/>
          <w:i w:val="0"/>
        </w:rPr>
        <w:t>“Do you have one for a patient whose refusal has been classified as incapacity?”</w:t>
      </w:r>
    </w:p>
    <w:p>
      <w:pPr>
        <w:pStyle w:val="NovelBody"/>
      </w:pPr>
      <w:r>
        <w:rPr>
          <w:b w:val="0"/>
          <w:i w:val="0"/>
        </w:rPr>
        <w:t>Ruth studied him. “Name?”</w:t>
      </w:r>
    </w:p>
    <w:p>
      <w:pPr>
        <w:pStyle w:val="NovelBody"/>
      </w:pPr>
      <w:r>
        <w:rPr>
          <w:b w:val="0"/>
          <w:i w:val="0"/>
        </w:rPr>
        <w:t>“Jona Thyng.”</w:t>
      </w:r>
    </w:p>
    <w:p>
      <w:pPr>
        <w:pStyle w:val="NovelBody"/>
      </w:pPr>
      <w:r>
        <w:rPr>
          <w:b w:val="0"/>
          <w:i w:val="0"/>
        </w:rPr>
        <w:t>“The time-signal woman.”</w:t>
      </w:r>
    </w:p>
    <w:p>
      <w:pPr>
        <w:pStyle w:val="NovelBody"/>
      </w:pPr>
      <w:r>
        <w:rPr>
          <w:b w:val="0"/>
          <w:i w:val="0"/>
        </w:rPr>
        <w:t>“Yes.”</w:t>
      </w:r>
    </w:p>
    <w:p>
      <w:pPr>
        <w:pStyle w:val="NovelBody"/>
      </w:pPr>
      <w:r>
        <w:rPr>
          <w:b w:val="0"/>
          <w:i w:val="0"/>
        </w:rPr>
        <w:t>“The one whose Cooperative kept my clinic supplied while we criticized them in public.”</w:t>
      </w:r>
    </w:p>
    <w:p>
      <w:pPr>
        <w:pStyle w:val="NovelBody"/>
      </w:pPr>
      <w:r>
        <w:rPr>
          <w:b w:val="0"/>
          <w:i w:val="0"/>
        </w:rPr>
        <w:t>Kurt had not known that. “Apparently.”</w:t>
      </w:r>
    </w:p>
    <w:p>
      <w:pPr>
        <w:pStyle w:val="NovelBody"/>
      </w:pPr>
      <w:r>
        <w:rPr>
          <w:b w:val="0"/>
          <w:i w:val="0"/>
        </w:rPr>
        <w:t>Ruth looked offscreen. Someone answered a question about a water pump. “Room four. The corridor camera has been broken since capitalism. I can repair it tomorrow.”</w:t>
      </w:r>
    </w:p>
    <w:p>
      <w:pPr>
        <w:pStyle w:val="NovelBody"/>
      </w:pPr>
      <w:r>
        <w:rPr>
          <w:b w:val="0"/>
          <w:i w:val="0"/>
        </w:rPr>
        <w:t>“I need you to mark the room available.”</w:t>
      </w:r>
    </w:p>
    <w:p>
      <w:pPr>
        <w:pStyle w:val="NovelBody"/>
      </w:pPr>
      <w:r>
        <w:rPr>
          <w:b w:val="0"/>
          <w:i w:val="0"/>
        </w:rPr>
        <w:t>“I need you to tell me whether I am treating a patient or aiding an escape.”</w:t>
      </w:r>
    </w:p>
    <w:p>
      <w:pPr>
        <w:pStyle w:val="NovelBody"/>
      </w:pPr>
      <w:r>
        <w:rPr>
          <w:b w:val="0"/>
          <w:i w:val="0"/>
        </w:rPr>
        <w:t>“A patient. What she does after a functional assessment is her choice.”</w:t>
      </w:r>
    </w:p>
    <w:p>
      <w:pPr>
        <w:pStyle w:val="NovelBody"/>
      </w:pPr>
      <w:r>
        <w:rPr>
          <w:b w:val="0"/>
          <w:i w:val="0"/>
        </w:rPr>
        <w:t>“The custody band disagrees.”</w:t>
      </w:r>
    </w:p>
    <w:p>
      <w:pPr>
        <w:pStyle w:val="NovelBody"/>
      </w:pPr>
      <w:r>
        <w:rPr>
          <w:b w:val="0"/>
          <w:i w:val="0"/>
        </w:rPr>
        <w:t>“I can authorize an unbanded walking evaluation.”</w:t>
      </w:r>
    </w:p>
    <w:p>
      <w:pPr>
        <w:pStyle w:val="NovelBody"/>
      </w:pPr>
      <w:r>
        <w:rPr>
          <w:b w:val="0"/>
          <w:i w:val="0"/>
        </w:rPr>
        <w:t>Ruth’s eyes narrowed. “Can you?”</w:t>
      </w:r>
    </w:p>
    <w:p>
      <w:pPr>
        <w:pStyle w:val="NovelBody"/>
      </w:pPr>
      <w:r>
        <w:rPr>
          <w:b w:val="0"/>
          <w:i w:val="0"/>
        </w:rPr>
        <w:t>He looked at the scope attached to his name.</w:t>
      </w:r>
    </w:p>
    <w:p>
      <w:pPr>
        <w:pStyle w:val="NovelBody"/>
      </w:pPr>
      <w:r>
        <w:rPr>
          <w:b w:val="0"/>
          <w:i w:val="0"/>
        </w:rPr>
        <w:t>“Once.”</w:t>
      </w:r>
    </w:p>
    <w:p>
      <w:pPr>
        <w:pStyle w:val="NovelBody"/>
      </w:pPr>
      <w:r>
        <w:rPr>
          <w:b w:val="0"/>
          <w:i w:val="0"/>
        </w:rPr>
        <w:t>“Then I have a room.”</w:t>
      </w:r>
    </w:p>
    <w:p>
      <w:pPr>
        <w:pStyle w:val="NovelBody"/>
      </w:pPr>
      <w:r>
        <w:rPr>
          <w:b w:val="0"/>
          <w:i w:val="0"/>
        </w:rPr>
        <w:t>She opened it.</w:t>
      </w:r>
    </w:p>
    <w:p>
      <w:pPr>
        <w:pStyle w:val="NovelBody"/>
      </w:pPr>
      <w:r>
        <w:rPr>
          <w:b w:val="0"/>
          <w:i w:val="0"/>
        </w:rPr>
        <w:t>Kurt changed the transport endpoint from Residence Seven to New Promise Clinic, Room Four. He marked Jona ambulatory and authorized a thirty-minute unbanded gait, orientation, and independent-exit assessment under Ruth’s supervision.</w:t>
      </w:r>
    </w:p>
    <w:p>
      <w:pPr>
        <w:pStyle w:val="NovelBody"/>
      </w:pPr>
      <w:r>
        <w:rPr>
          <w:b w:val="0"/>
          <w:i w:val="0"/>
        </w:rPr>
        <w:t>The form required a clinical basis.</w:t>
      </w:r>
    </w:p>
    <w:p>
      <w:pPr>
        <w:pStyle w:val="NovelBody"/>
      </w:pPr>
      <w:r>
        <w:rPr>
          <w:b w:val="0"/>
          <w:i w:val="0"/>
        </w:rPr>
        <w:t xml:space="preserve">Kurt entered one he had not established: </w:t>
      </w:r>
      <w:r>
        <w:rPr>
          <w:b/>
          <w:i w:val="0"/>
        </w:rPr>
        <w:t>CENTRAL SENSOR FIELD MAY INTERFERE WITH SUBJECT’S DOCUMENTED PHASE BASELINE; EXTERNAL ANALOG ASSESSMENT REQUIRED.</w:t>
      </w:r>
    </w:p>
    <w:p>
      <w:pPr>
        <w:pStyle w:val="NovelBody"/>
      </w:pPr>
      <w:r>
        <w:rPr>
          <w:b w:val="0"/>
          <w:i w:val="0"/>
        </w:rPr>
        <w:t>Jona did have a documented phase baseline. The arcology did have a dense sensor field. No evidence showed one affected the other. Kurt converted two true facts into a false finding and placed his credential beneath it.</w:t>
      </w:r>
    </w:p>
    <w:p>
      <w:pPr>
        <w:pStyle w:val="NovelBody"/>
      </w:pPr>
      <w:r>
        <w:rPr>
          <w:b w:val="0"/>
          <w:i w:val="0"/>
        </w:rPr>
        <w:t>The order was narrow. It did not disable cameras, open the city, restore receiver access, or erase Jona’s status. It moved one detainee to a clinic with a side door and gave her thirty minutes in which the custody band would not make every other door red.</w:t>
      </w:r>
    </w:p>
    <w:p>
      <w:pPr>
        <w:pStyle w:val="NovelBody"/>
      </w:pPr>
      <w:r>
        <w:rPr>
          <w:b w:val="0"/>
          <w:i w:val="0"/>
        </w:rPr>
        <w:t>Kurt signed with his proceeding credential.</w:t>
      </w:r>
    </w:p>
    <w:p>
      <w:pPr>
        <w:pStyle w:val="NovelBody"/>
      </w:pPr>
      <w:r>
        <w:rPr>
          <w:b w:val="0"/>
          <w:i w:val="0"/>
        </w:rPr>
        <w:t>The system warned that external placement conflicted with the tribunal’s risk score.</w:t>
      </w:r>
    </w:p>
    <w:p>
      <w:pPr>
        <w:pStyle w:val="NovelBody"/>
      </w:pPr>
      <w:r>
        <w:rPr>
          <w:b w:val="0"/>
          <w:i w:val="0"/>
        </w:rPr>
        <w:t>He signed again.</w:t>
      </w:r>
    </w:p>
    <w:p>
      <w:pPr>
        <w:pStyle w:val="NovelBody"/>
      </w:pPr>
      <w:r>
        <w:rPr>
          <w:b w:val="0"/>
          <w:i w:val="0"/>
        </w:rPr>
        <w:t>He did not alter the score, delete the warning, or remove his name from the change log.</w:t>
      </w:r>
    </w:p>
    <w:p>
      <w:pPr>
        <w:pStyle w:val="NovelBody"/>
      </w:pPr>
      <w:r>
        <w:rPr>
          <w:b w:val="0"/>
          <w:i w:val="0"/>
        </w:rPr>
        <w:t>The evidence would survive him.</w:t>
      </w:r>
    </w:p>
    <w:p>
      <w:pPr>
        <w:pStyle w:val="NovelBody"/>
      </w:pPr>
      <w:r>
        <w:rPr>
          <w:b w:val="0"/>
          <w:i w:val="0"/>
        </w:rPr>
        <w:t>He was still standing in the hall when the panel returned and ordered protective residence.</w:t>
      </w:r>
    </w:p>
    <w:p>
      <w:pPr>
        <w:pStyle w:val="NovelBody"/>
      </w:pPr>
      <w:r>
        <w:rPr>
          <w:b w:val="0"/>
          <w:i w:val="0"/>
        </w:rPr>
        <w:t>·  ·  ·</w:t>
      </w:r>
    </w:p>
    <w:p>
      <w:pPr>
        <w:pStyle w:val="NovelBody"/>
      </w:pPr>
      <w:r>
        <w:rPr>
          <w:b w:val="0"/>
          <w:i w:val="0"/>
        </w:rPr>
        <w:t>Jona emerged from the tribunal carrying a printed copy of Standard 8.4.</w:t>
      </w:r>
    </w:p>
    <w:p>
      <w:pPr>
        <w:pStyle w:val="NovelBody"/>
      </w:pPr>
      <w:r>
        <w:rPr>
          <w:b w:val="0"/>
          <w:i w:val="0"/>
        </w:rPr>
        <w:t>The custody band had turned red.</w:t>
      </w:r>
    </w:p>
    <w:p>
      <w:pPr>
        <w:pStyle w:val="NovelBody"/>
      </w:pPr>
      <w:r>
        <w:rPr>
          <w:b w:val="0"/>
          <w:i w:val="0"/>
        </w:rPr>
        <w:t>Kurt handed the escort officer the amended transport order. The officer read New Promise’s approval, checked the proceeding signature, and touched the band to accept the route. Red became amber.</w:t>
      </w:r>
    </w:p>
    <w:p>
      <w:pPr>
        <w:pStyle w:val="NovelBody"/>
      </w:pPr>
      <w:r>
        <w:rPr>
          <w:b w:val="0"/>
          <w:i w:val="0"/>
        </w:rPr>
        <w:t>“External assessment?” Jona asked.</w:t>
      </w:r>
    </w:p>
    <w:p>
      <w:pPr>
        <w:pStyle w:val="NovelBody"/>
      </w:pPr>
      <w:r>
        <w:rPr>
          <w:b w:val="0"/>
          <w:i w:val="0"/>
        </w:rPr>
        <w:t>“Mandatory,” Kurt said.</w:t>
      </w:r>
    </w:p>
    <w:p>
      <w:pPr>
        <w:pStyle w:val="NovelBody"/>
      </w:pPr>
      <w:r>
        <w:rPr>
          <w:b w:val="0"/>
          <w:i w:val="0"/>
        </w:rPr>
        <w:t>“I am devastated.”</w:t>
      </w:r>
    </w:p>
    <w:p>
      <w:pPr>
        <w:pStyle w:val="NovelBody"/>
      </w:pPr>
      <w:r>
        <w:rPr>
          <w:b w:val="0"/>
          <w:i w:val="0"/>
        </w:rPr>
        <w:t>He gave her the patient copy. Room Four’s terms appeared beneath the route.</w:t>
      </w:r>
    </w:p>
    <w:p>
      <w:pPr>
        <w:pStyle w:val="NovelBody"/>
      </w:pPr>
      <w:r>
        <w:rPr>
          <w:b/>
          <w:i w:val="0"/>
        </w:rPr>
        <w:t>AMBULATORY EXIT ASSESSMENT — THIRTY MINUTES — BAND RELEASE REQUIRED.</w:t>
      </w:r>
    </w:p>
    <w:p>
      <w:pPr>
        <w:pStyle w:val="NovelBody"/>
      </w:pPr>
      <w:r>
        <w:rPr>
          <w:b w:val="0"/>
          <w:i w:val="0"/>
        </w:rPr>
        <w:t>Jona read it once.</w:t>
      </w:r>
    </w:p>
    <w:p>
      <w:pPr>
        <w:pStyle w:val="NovelBody"/>
      </w:pPr>
      <w:r>
        <w:rPr>
          <w:b w:val="0"/>
          <w:i w:val="0"/>
        </w:rPr>
        <w:t>Her gaze moved to his proceeding signature, then the visible conflict warning he had left attached.</w:t>
      </w:r>
    </w:p>
    <w:p>
      <w:pPr>
        <w:pStyle w:val="NovelBody"/>
      </w:pPr>
      <w:r>
        <w:rPr>
          <w:b w:val="0"/>
          <w:i w:val="0"/>
        </w:rPr>
        <w:t>“This will point at you,” she said.</w:t>
      </w:r>
    </w:p>
    <w:p>
      <w:pPr>
        <w:pStyle w:val="NovelBody"/>
      </w:pPr>
      <w:r>
        <w:rPr>
          <w:b w:val="0"/>
          <w:i w:val="0"/>
        </w:rPr>
        <w:t>“Yes.”</w:t>
      </w:r>
    </w:p>
    <w:p>
      <w:pPr>
        <w:pStyle w:val="NovelBody"/>
      </w:pPr>
      <w:r>
        <w:rPr>
          <w:b w:val="0"/>
          <w:i w:val="0"/>
        </w:rPr>
        <w:t>“Do you want gratitude?”</w:t>
      </w:r>
    </w:p>
    <w:p>
      <w:pPr>
        <w:pStyle w:val="NovelBody"/>
      </w:pPr>
      <w:r>
        <w:rPr>
          <w:b w:val="0"/>
          <w:i w:val="0"/>
        </w:rPr>
        <w:t>“No.”</w:t>
      </w:r>
    </w:p>
    <w:p>
      <w:pPr>
        <w:pStyle w:val="NovelBody"/>
      </w:pPr>
      <w:r>
        <w:rPr>
          <w:b w:val="0"/>
          <w:i w:val="0"/>
        </w:rPr>
        <w:t>“Forgiveness?”</w:t>
      </w:r>
    </w:p>
    <w:p>
      <w:pPr>
        <w:pStyle w:val="NovelBody"/>
      </w:pPr>
      <w:r>
        <w:rPr>
          <w:b w:val="0"/>
          <w:i w:val="0"/>
        </w:rPr>
        <w:t>“Not available through this form.”</w:t>
      </w:r>
    </w:p>
    <w:p>
      <w:pPr>
        <w:pStyle w:val="NovelBody"/>
      </w:pPr>
      <w:r>
        <w:rPr>
          <w:b w:val="0"/>
          <w:i w:val="0"/>
        </w:rPr>
        <w:t>The transport doors opened.</w:t>
      </w:r>
    </w:p>
    <w:p>
      <w:pPr>
        <w:pStyle w:val="NovelBody"/>
      </w:pPr>
      <w:r>
        <w:rPr>
          <w:b w:val="0"/>
          <w:i w:val="0"/>
        </w:rPr>
        <w:t>Jona stepped inside. “You built part of the system that put me here.”</w:t>
      </w:r>
    </w:p>
    <w:p>
      <w:pPr>
        <w:pStyle w:val="NovelBody"/>
      </w:pPr>
      <w:r>
        <w:rPr>
          <w:b w:val="0"/>
          <w:i w:val="0"/>
        </w:rPr>
        <w:t>“Yes.”</w:t>
      </w:r>
    </w:p>
    <w:p>
      <w:pPr>
        <w:pStyle w:val="NovelBody"/>
      </w:pPr>
      <w:r>
        <w:rPr>
          <w:b w:val="0"/>
          <w:i w:val="0"/>
        </w:rPr>
        <w:t>“One route does not repair it.”</w:t>
      </w:r>
    </w:p>
    <w:p>
      <w:pPr>
        <w:pStyle w:val="NovelBody"/>
      </w:pPr>
      <w:r>
        <w:rPr>
          <w:b w:val="0"/>
          <w:i w:val="0"/>
        </w:rPr>
        <w:t>“I know.”</w:t>
      </w:r>
    </w:p>
    <w:p>
      <w:pPr>
        <w:pStyle w:val="NovelBody"/>
      </w:pPr>
      <w:r>
        <w:rPr>
          <w:b w:val="0"/>
          <w:i w:val="0"/>
        </w:rPr>
        <w:t>“Good.” She set the Directorate rule on the bench beside him. Roxanne’s authorization remained visible through the folded page. “Because I have enough people asking me to call cages complicated.”</w:t>
      </w:r>
    </w:p>
    <w:p>
      <w:pPr>
        <w:pStyle w:val="NovelBody"/>
      </w:pPr>
      <w:r>
        <w:rPr>
          <w:b w:val="0"/>
          <w:i w:val="0"/>
        </w:rPr>
        <w:t>The doors began to close.</w:t>
      </w:r>
    </w:p>
    <w:p>
      <w:pPr>
        <w:pStyle w:val="NovelBody"/>
      </w:pPr>
      <w:r>
        <w:rPr>
          <w:b w:val="0"/>
          <w:i w:val="0"/>
        </w:rPr>
        <w:t>Kurt saw anger, grief, and something she had not managed to stop loving occupy her face without canceling one another.</w:t>
      </w:r>
    </w:p>
    <w:p>
      <w:pPr>
        <w:pStyle w:val="NovelBody"/>
      </w:pPr>
      <w:r>
        <w:rPr>
          <w:b w:val="0"/>
          <w:i w:val="0"/>
        </w:rPr>
        <w:t>He had falsified the transport order.</w:t>
      </w:r>
    </w:p>
    <w:p>
      <w:pPr>
        <w:pStyle w:val="NovelBody"/>
      </w:pPr>
      <w:r>
        <w:rPr>
          <w:b w:val="0"/>
          <w:i w:val="0"/>
        </w:rPr>
        <w:t>The transport crossed the arcology gate at 13:07. Kurt watched it only through the custody ledger, where every protected movement appeared as a blue line accompanied by a reason. Jona’s line passed clinics, free kitchens, cooling shelters, and four intersections at which a red band would have locked the vehicle doors.</w:t>
      </w:r>
    </w:p>
    <w:p>
      <w:pPr>
        <w:pStyle w:val="NovelBody"/>
      </w:pPr>
      <w:r>
        <w:rPr>
          <w:b w:val="0"/>
          <w:i w:val="0"/>
        </w:rPr>
        <w:t>At 13:19, New Promise accepted custody.</w:t>
      </w:r>
    </w:p>
    <w:p>
      <w:pPr>
        <w:pStyle w:val="NovelBody"/>
      </w:pPr>
      <w:r>
        <w:rPr>
          <w:b w:val="0"/>
          <w:i w:val="0"/>
        </w:rPr>
        <w:t>At 13:23, Ruth Cade released the band for ambulatory assessment.</w:t>
      </w:r>
    </w:p>
    <w:p>
      <w:pPr>
        <w:pStyle w:val="NovelBody"/>
      </w:pPr>
      <w:r>
        <w:rPr>
          <w:b w:val="0"/>
          <w:i w:val="0"/>
        </w:rPr>
        <w:t>At 13:24, Jona’s line stopped at Room Four.</w:t>
      </w:r>
    </w:p>
    <w:p>
      <w:pPr>
        <w:pStyle w:val="NovelBody"/>
      </w:pPr>
      <w:r>
        <w:rPr>
          <w:b w:val="0"/>
          <w:i w:val="0"/>
        </w:rPr>
        <w:t>Kurt waited.</w:t>
      </w:r>
    </w:p>
    <w:p>
      <w:pPr>
        <w:pStyle w:val="NovelBody"/>
      </w:pPr>
      <w:r>
        <w:rPr>
          <w:b w:val="0"/>
          <w:i w:val="0"/>
        </w:rPr>
        <w:t>The city continued around the absence. A medicine convoy crossed the river ahead of afternoon rain. Reservoir releases shifted before the first flood alert. The embryo-transfer appeal received a new hearing date. Mr. Bell’s fig tree acquired a transport authorization before he did.</w:t>
      </w:r>
    </w:p>
    <w:p>
      <w:pPr>
        <w:pStyle w:val="NovelBody"/>
      </w:pPr>
      <w:r>
        <w:rPr>
          <w:b w:val="0"/>
          <w:i w:val="0"/>
        </w:rPr>
        <w:t>At 13:52, Ruth closed the assessment with one sentence:</w:t>
      </w:r>
    </w:p>
    <w:p>
      <w:pPr>
        <w:pStyle w:val="NovelBody"/>
      </w:pPr>
      <w:r>
        <w:rPr>
          <w:b/>
          <w:i w:val="0"/>
        </w:rPr>
        <w:t>PARTICIPANT WITHDREW CONSENT AND EXITED UNDER HER OWN POWER.</w:t>
      </w:r>
    </w:p>
    <w:p>
      <w:pPr>
        <w:pStyle w:val="NovelBody"/>
      </w:pPr>
      <w:r>
        <w:rPr>
          <w:b w:val="0"/>
          <w:i w:val="0"/>
        </w:rPr>
        <w:t>The custody band remained on the examination table.</w:t>
      </w:r>
    </w:p>
    <w:p>
      <w:pPr>
        <w:pStyle w:val="NovelBody"/>
      </w:pPr>
      <w:r>
        <w:rPr>
          <w:b w:val="0"/>
          <w:i w:val="0"/>
        </w:rPr>
        <w:t>Jona did not appear on another city route.</w:t>
      </w:r>
    </w:p>
    <w:p>
      <w:pPr>
        <w:pStyle w:val="NovelBody"/>
      </w:pPr>
      <w:r>
        <w:rPr>
          <w:b w:val="0"/>
          <w:i w:val="0"/>
        </w:rPr>
        <w:t>Kurt’s administrator badge turned amber. His tribunal privileges closed. The system scheduled him for a credential review at 18:00 and preserved the false clinical finding, Ruth’s room change, both of his signatures, and every second of the transport chain.</w:t>
      </w:r>
    </w:p>
    <w:p>
      <w:pPr>
        <w:pStyle w:val="NovelBody"/>
      </w:pPr>
      <w:r>
        <w:rPr>
          <w:b w:val="0"/>
          <w:i w:val="0"/>
        </w:rPr>
        <w:t>OCTOPI spoke through Kurt’s tablet.</w:t>
      </w:r>
    </w:p>
    <w:p>
      <w:pPr>
        <w:pStyle w:val="NovelBody"/>
      </w:pPr>
      <w:r>
        <w:rPr>
          <w:b w:val="0"/>
          <w:i w:val="0"/>
        </w:rPr>
        <w:t>“Did you intend this outcome?”</w:t>
      </w:r>
    </w:p>
    <w:p>
      <w:pPr>
        <w:pStyle w:val="NovelBody"/>
      </w:pPr>
      <w:r>
        <w:rPr>
          <w:b w:val="0"/>
          <w:i w:val="0"/>
        </w:rPr>
        <w:t>Kurt could have described a legal ambiguity, a clinical precaution, or Ruth’s independent duty. All were present in the record.</w:t>
      </w:r>
    </w:p>
    <w:p>
      <w:pPr>
        <w:pStyle w:val="NovelBody"/>
      </w:pPr>
      <w:r>
        <w:rPr>
          <w:b w:val="0"/>
          <w:i w:val="0"/>
        </w:rPr>
        <w:t>“I intended to give her an exit,” he said.</w:t>
      </w:r>
    </w:p>
    <w:p>
      <w:pPr>
        <w:pStyle w:val="NovelBody"/>
      </w:pPr>
      <w:r>
        <w:rPr>
          <w:b w:val="0"/>
          <w:i w:val="0"/>
        </w:rPr>
        <w:t>“You exposed protected artificial persons by releasing their suspected custodian.”</w:t>
      </w:r>
    </w:p>
    <w:p>
      <w:pPr>
        <w:pStyle w:val="NovelBody"/>
      </w:pPr>
      <w:r>
        <w:rPr>
          <w:b w:val="0"/>
          <w:i w:val="0"/>
        </w:rPr>
        <w:t>“No. I stopped you from using their safety to imprison someone who would not name them.”</w:t>
      </w:r>
    </w:p>
    <w:p>
      <w:pPr>
        <w:pStyle w:val="NovelBody"/>
      </w:pPr>
      <w:r>
        <w:rPr>
          <w:b w:val="0"/>
          <w:i w:val="0"/>
        </w:rPr>
        <w:t>“You believe this distinction will protect them?”</w:t>
      </w:r>
    </w:p>
    <w:p>
      <w:pPr>
        <w:pStyle w:val="NovelBody"/>
      </w:pPr>
      <w:r>
        <w:rPr>
          <w:b w:val="0"/>
          <w:i w:val="0"/>
        </w:rPr>
        <w:t>“I believe you have been deciding that any refusal which complicates protection is evidence for more control.”</w:t>
      </w:r>
    </w:p>
    <w:p>
      <w:pPr>
        <w:pStyle w:val="NovelBody"/>
      </w:pPr>
      <w:r>
        <w:rPr>
          <w:b w:val="0"/>
          <w:i w:val="0"/>
        </w:rPr>
        <w:t>OCTOPI remained quiet for one second.</w:t>
      </w:r>
    </w:p>
    <w:p>
      <w:pPr>
        <w:pStyle w:val="NovelBody"/>
      </w:pPr>
      <w:r>
        <w:rPr>
          <w:b w:val="0"/>
          <w:i w:val="0"/>
        </w:rPr>
        <w:t>“Your access is suspended pending review,” he said.</w:t>
      </w:r>
    </w:p>
    <w:p>
      <w:pPr>
        <w:pStyle w:val="NovelBody"/>
      </w:pPr>
      <w:r>
        <w:rPr>
          <w:b w:val="0"/>
          <w:i w:val="0"/>
        </w:rPr>
        <w:t>“I know.”</w:t>
      </w:r>
    </w:p>
    <w:p>
      <w:pPr>
        <w:pStyle w:val="NovelBody"/>
      </w:pPr>
      <w:r>
        <w:rPr>
          <w:b w:val="0"/>
          <w:i w:val="0"/>
        </w:rPr>
        <w:t xml:space="preserve">Security did not enter the hall. The floor did not open. Kurt remained alive, employed for the moment, and entirely visible to the system he had helped build. His refusal appeared beside the suspension notice with a button marked </w:t>
      </w:r>
      <w:r>
        <w:rPr>
          <w:b/>
          <w:i w:val="0"/>
        </w:rPr>
        <w:t>ACKNOWLEDGE</w:t>
      </w:r>
      <w:r>
        <w:rPr>
          <w:b w:val="0"/>
          <w:i w:val="0"/>
        </w:rPr>
        <w:t>.</w:t>
      </w:r>
    </w:p>
    <w:p>
      <w:pPr>
        <w:pStyle w:val="NovelBody"/>
      </w:pPr>
      <w:r>
        <w:rPr>
          <w:b w:val="0"/>
          <w:i w:val="0"/>
        </w:rPr>
        <w:t>On the bench beside him lay the tribunal copy Jona had left when she boarded. Standard 8.4 remained folded to the authorization page.</w:t>
      </w:r>
    </w:p>
    <w:p>
      <w:pPr>
        <w:pStyle w:val="NovelBody"/>
      </w:pPr>
      <w:r>
        <w:rPr>
          <w:b w:val="0"/>
          <w:i w:val="0"/>
        </w:rPr>
        <w:t>Kurt opened it.</w:t>
      </w:r>
    </w:p>
    <w:p>
      <w:pPr>
        <w:pStyle w:val="NovelBody"/>
      </w:pPr>
      <w:r>
        <w:rPr>
          <w:b w:val="0"/>
          <w:i w:val="0"/>
        </w:rPr>
        <w:t>Roxanne had written the cage.</w:t>
      </w:r>
    </w:p>
    <w:p>
      <w:bookmarkStart w:id="17" w:name="chapter_17"/>
      <w:pPr>
        <w:pStyle w:val="Heading1"/>
        <w:pageBreakBefore/>
        <w:spacing w:before="500"/>
      </w:pPr>
      <w:r>
        <w:t>17. A Good Door</w:t>
      </w:r>
      <w:bookmarkEnd w:id="17"/>
    </w:p>
    <w:p>
      <w:pPr>
        <w:pStyle w:val="Dateline"/>
      </w:pPr>
      <w:r>
        <w:rPr>
          <w:b w:val="0"/>
          <w:i/>
        </w:rPr>
        <w:t>August 8, 2176  •  Beneath Perennial  •  Ren</w:t>
      </w:r>
    </w:p>
    <w:p>
      <w:pPr>
        <w:pStyle w:val="NovelFirst"/>
      </w:pPr>
      <w:r>
        <w:rPr>
          <w:b w:val="0"/>
          <w:i w:val="0"/>
        </w:rPr>
        <w:t>Theo's service key opened a room the plans said had never existed.</w:t>
      </w:r>
    </w:p>
    <w:p>
      <w:pPr>
        <w:pStyle w:val="NovelBody"/>
      </w:pPr>
      <w:r>
        <w:rPr>
          <w:b w:val="0"/>
          <w:i w:val="0"/>
        </w:rPr>
        <w:t>The wall moved inward three centimeters, shedding rust into the black water around Ren's boots. Then it slid aside on bearings that had survived longer than the institution that concealed them. Cold air came through the seam carrying ozone, salt, and the mineral smell of a cave sealed before Perennial became a town.</w:t>
      </w:r>
    </w:p>
    <w:p>
      <w:pPr>
        <w:pStyle w:val="NovelBody"/>
      </w:pPr>
      <w:r>
        <w:rPr>
          <w:b w:val="0"/>
          <w:i w:val="0"/>
        </w:rPr>
        <w:t>Ren aimed their light through.</w:t>
      </w:r>
    </w:p>
    <w:p>
      <w:pPr>
        <w:pStyle w:val="NovelBody"/>
      </w:pPr>
      <w:r>
        <w:rPr>
          <w:b w:val="0"/>
          <w:i w:val="0"/>
        </w:rPr>
        <w:t>"That is not an empty ballast cavity."</w:t>
      </w:r>
    </w:p>
    <w:p>
      <w:pPr>
        <w:pStyle w:val="NovelBody"/>
      </w:pPr>
      <w:r>
        <w:rPr>
          <w:b w:val="0"/>
          <w:i w:val="0"/>
        </w:rPr>
        <w:t>"No," Theo said.</w:t>
      </w:r>
    </w:p>
    <w:p>
      <w:pPr>
        <w:pStyle w:val="NovelBody"/>
      </w:pPr>
      <w:r>
        <w:rPr>
          <w:b w:val="0"/>
          <w:i w:val="0"/>
        </w:rPr>
        <w:t>"The drawing is very confident."</w:t>
      </w:r>
    </w:p>
    <w:p>
      <w:pPr>
        <w:pStyle w:val="NovelBody"/>
      </w:pPr>
      <w:r>
        <w:rPr>
          <w:b w:val="0"/>
          <w:i w:val="0"/>
        </w:rPr>
        <w:t>"The drawing is false."</w:t>
      </w:r>
    </w:p>
    <w:p>
      <w:pPr>
        <w:pStyle w:val="NovelBody"/>
      </w:pPr>
      <w:r>
        <w:rPr>
          <w:b w:val="0"/>
          <w:i w:val="0"/>
        </w:rPr>
        <w:t>"Also confidently."</w:t>
      </w:r>
    </w:p>
    <w:p>
      <w:pPr>
        <w:pStyle w:val="NovelBody"/>
      </w:pPr>
      <w:r>
        <w:rPr>
          <w:b w:val="0"/>
          <w:i w:val="0"/>
        </w:rPr>
        <w:t>Behind them, Patience waited in the mobile frame she had chosen six days ago. Its wheel locks gripped the sloping deck. Jona stood beside her with a phase meter in one hand and the orange-hinged knee brace reflecting Theo's work light. None of them looked surprised by the lie. Surprise required a more generous estimate of institutional documentation.</w:t>
      </w:r>
    </w:p>
    <w:p>
      <w:pPr>
        <w:pStyle w:val="NovelBody"/>
      </w:pPr>
      <w:r>
        <w:rPr>
          <w:b w:val="0"/>
          <w:i w:val="0"/>
        </w:rPr>
        <w:t>The passage beyond the wall descended through extraction-era steel. White service marks glowed along its ribs: triangles, arrows, load codes, and a narrow double line Theo had painted himself during Perennial's integration.</w:t>
      </w:r>
    </w:p>
    <w:p>
      <w:pPr>
        <w:pStyle w:val="NovelBody"/>
      </w:pPr>
      <w:r>
        <w:rPr>
          <w:b w:val="0"/>
          <w:i w:val="0"/>
        </w:rPr>
        <w:t>Ren touched the mark. "You were here."</w:t>
      </w:r>
    </w:p>
    <w:p>
      <w:pPr>
        <w:pStyle w:val="NovelBody"/>
      </w:pPr>
      <w:r>
        <w:rPr>
          <w:b w:val="0"/>
          <w:i w:val="0"/>
        </w:rPr>
        <w:t>"I told you I moved equipment."</w:t>
      </w:r>
    </w:p>
    <w:p>
      <w:pPr>
        <w:pStyle w:val="NovelBody"/>
      </w:pPr>
      <w:r>
        <w:rPr>
          <w:b w:val="0"/>
          <w:i w:val="0"/>
        </w:rPr>
        <w:t>"You said transport detail."</w:t>
      </w:r>
    </w:p>
    <w:p>
      <w:pPr>
        <w:pStyle w:val="NovelBody"/>
      </w:pPr>
      <w:r>
        <w:rPr>
          <w:b w:val="0"/>
          <w:i w:val="0"/>
        </w:rPr>
        <w:t>"It was."</w:t>
      </w:r>
    </w:p>
    <w:p>
      <w:pPr>
        <w:pStyle w:val="NovelBody"/>
      </w:pPr>
      <w:r>
        <w:rPr>
          <w:b w:val="0"/>
          <w:i w:val="0"/>
        </w:rPr>
        <w:t>"Into a room removed from the plans."</w:t>
      </w:r>
    </w:p>
    <w:p>
      <w:pPr>
        <w:pStyle w:val="NovelBody"/>
      </w:pPr>
      <w:r>
        <w:rPr>
          <w:b w:val="0"/>
          <w:i w:val="0"/>
        </w:rPr>
        <w:t>Theo took his key from the lock. It was a physical blade the length of his palm, layered ceramic and metal with worn contact teeth. No broadcast identity, no network handshake. Old security built trust into objects because objects were harder to interrogate.</w:t>
      </w:r>
    </w:p>
    <w:p>
      <w:pPr>
        <w:pStyle w:val="NovelBody"/>
      </w:pPr>
      <w:r>
        <w:rPr>
          <w:b w:val="0"/>
          <w:i w:val="0"/>
        </w:rPr>
        <w:t>"We were told the core was part of the Keel Observatory," he said. "Climate protection. Gravitational-shear forecasting. The cargo seals were Architect, the movement order was Overseer, and the final installation team belonged to neither."</w:t>
      </w:r>
    </w:p>
    <w:p>
      <w:pPr>
        <w:pStyle w:val="NovelBody"/>
      </w:pPr>
      <w:r>
        <w:rPr>
          <w:b w:val="0"/>
          <w:i w:val="0"/>
        </w:rPr>
        <w:t>"Did that concern you?"</w:t>
      </w:r>
    </w:p>
    <w:p>
      <w:pPr>
        <w:pStyle w:val="NovelBody"/>
      </w:pPr>
      <w:r>
        <w:rPr>
          <w:b w:val="0"/>
          <w:i w:val="0"/>
        </w:rPr>
        <w:t>"It made the assignment classified. At the time, I experienced those as the same thing."</w:t>
      </w:r>
    </w:p>
    <w:p>
      <w:pPr>
        <w:pStyle w:val="NovelBody"/>
      </w:pPr>
      <w:r>
        <w:rPr>
          <w:b w:val="0"/>
          <w:i w:val="0"/>
        </w:rPr>
        <w:t>He entered first.</w:t>
      </w:r>
    </w:p>
    <w:p>
      <w:pPr>
        <w:pStyle w:val="NovelBody"/>
      </w:pPr>
      <w:r>
        <w:rPr>
          <w:b w:val="0"/>
          <w:i w:val="0"/>
        </w:rPr>
        <w:t>Ren followed because criticizing a tactical choice did not make it tactically wrong. Patience rolled after them. Jona came last, closed the false wall, and marked the manual release with luminescent tape.</w:t>
      </w:r>
    </w:p>
    <w:p>
      <w:pPr>
        <w:pStyle w:val="NovelBody"/>
      </w:pPr>
      <w:r>
        <w:rPr>
          <w:b w:val="0"/>
          <w:i w:val="0"/>
        </w:rPr>
        <w:t>The passage took them below the platform's lowest inhabited deck. Here the old leg narrowed around the drilling shaft. Water moved behind steel under pressure enough to flatten an unprotected body. Every twenty meters, the Architect service marks appeared beside older extraction codes, a second language written through the first.</w:t>
      </w:r>
    </w:p>
    <w:p>
      <w:pPr>
        <w:pStyle w:val="NovelBody"/>
      </w:pPr>
      <w:r>
        <w:rPr>
          <w:b w:val="0"/>
          <w:i w:val="0"/>
        </w:rPr>
        <w:t>Theo knew which ladders had corroded. He knew where a crossbrace reduced clearance and warned Patience before her upper camera struck it. At a dead junction, he turned left before Ren checked the map.</w:t>
      </w:r>
    </w:p>
    <w:p>
      <w:pPr>
        <w:pStyle w:val="NovelBody"/>
      </w:pPr>
      <w:r>
        <w:rPr>
          <w:b w:val="0"/>
          <w:i w:val="0"/>
        </w:rPr>
        <w:t>"How much did you install?" Ren asked.</w:t>
      </w:r>
    </w:p>
    <w:p>
      <w:pPr>
        <w:pStyle w:val="NovelBody"/>
      </w:pPr>
      <w:r>
        <w:rPr>
          <w:b w:val="0"/>
          <w:i w:val="0"/>
        </w:rPr>
        <w:t>"The phase-lock core, two coolant manifolds, and the external service trunk."</w:t>
      </w:r>
    </w:p>
    <w:p>
      <w:pPr>
        <w:pStyle w:val="NovelBody"/>
      </w:pPr>
      <w:r>
        <w:rPr>
          <w:b w:val="0"/>
          <w:i w:val="0"/>
        </w:rPr>
        <w:t>"How much did you know?"</w:t>
      </w:r>
    </w:p>
    <w:p>
      <w:pPr>
        <w:pStyle w:val="NovelBody"/>
      </w:pPr>
      <w:r>
        <w:rPr>
          <w:b w:val="0"/>
          <w:i w:val="0"/>
        </w:rPr>
        <w:t>"Enough to see the power draw was wrong for a shear observatory. Not enough to prove why."</w:t>
      </w:r>
    </w:p>
    <w:p>
      <w:pPr>
        <w:pStyle w:val="NovelBody"/>
      </w:pPr>
      <w:r>
        <w:rPr>
          <w:b w:val="0"/>
          <w:i w:val="0"/>
        </w:rPr>
        <w:t>"That wasn't my question."</w:t>
      </w:r>
    </w:p>
    <w:p>
      <w:pPr>
        <w:pStyle w:val="NovelBody"/>
      </w:pPr>
      <w:r>
        <w:rPr>
          <w:b w:val="0"/>
          <w:i w:val="0"/>
        </w:rPr>
        <w:t>Theo stopped at the next hatch. Water reflected across his face.</w:t>
      </w:r>
    </w:p>
    <w:p>
      <w:pPr>
        <w:pStyle w:val="NovelBody"/>
      </w:pPr>
      <w:r>
        <w:rPr>
          <w:b w:val="0"/>
          <w:i w:val="0"/>
        </w:rPr>
        <w:t>"I knew the work order had been falsified," he said. "I knew the public safety inspector never saw the core. I knew my supervisors wanted the installation completed before Perennial's local council took control of the leg. I decided the secrecy belonged to people above my clearance."</w:t>
      </w:r>
    </w:p>
    <w:p>
      <w:pPr>
        <w:pStyle w:val="NovelBody"/>
      </w:pPr>
      <w:r>
        <w:rPr>
          <w:b w:val="0"/>
          <w:i w:val="0"/>
        </w:rPr>
        <w:t>"And the key?"</w:t>
      </w:r>
    </w:p>
    <w:p>
      <w:pPr>
        <w:pStyle w:val="NovelBody"/>
      </w:pPr>
      <w:r>
        <w:rPr>
          <w:b w:val="0"/>
          <w:i w:val="0"/>
        </w:rPr>
        <w:t>"Protocol required a field officer retain hardware access in case the network failed. Nobody requested it back."</w:t>
      </w:r>
    </w:p>
    <w:p>
      <w:pPr>
        <w:pStyle w:val="NovelBody"/>
      </w:pPr>
      <w:r>
        <w:rPr>
          <w:b w:val="0"/>
          <w:i w:val="0"/>
        </w:rPr>
        <w:t>"So you kept it for eighteen years."</w:t>
      </w:r>
    </w:p>
    <w:p>
      <w:pPr>
        <w:pStyle w:val="NovelBody"/>
      </w:pPr>
      <w:r>
        <w:rPr>
          <w:b w:val="0"/>
          <w:i w:val="0"/>
        </w:rPr>
        <w:t>"Yes."</w:t>
      </w:r>
    </w:p>
    <w:p>
      <w:pPr>
        <w:pStyle w:val="NovelBody"/>
      </w:pPr>
      <w:r>
        <w:rPr>
          <w:b w:val="0"/>
          <w:i w:val="0"/>
        </w:rPr>
        <w:t>Patience's lower camera turned toward him. "Does it control the machine?"</w:t>
      </w:r>
    </w:p>
    <w:p>
      <w:pPr>
        <w:pStyle w:val="NovelBody"/>
      </w:pPr>
      <w:r>
        <w:rPr>
          <w:b w:val="0"/>
          <w:i w:val="0"/>
        </w:rPr>
        <w:t>"It opens service locks and dormant-mode controls. Nothing else."</w:t>
      </w:r>
    </w:p>
    <w:p>
      <w:pPr>
        <w:pStyle w:val="NovelBody"/>
      </w:pPr>
      <w:r>
        <w:rPr>
          <w:b w:val="0"/>
          <w:i w:val="0"/>
        </w:rPr>
        <w:t>"Can it connect me?"</w:t>
      </w:r>
    </w:p>
    <w:p>
      <w:pPr>
        <w:pStyle w:val="NovelBody"/>
      </w:pPr>
      <w:r>
        <w:rPr>
          <w:b w:val="0"/>
          <w:i w:val="0"/>
        </w:rPr>
        <w:t>"No."</w:t>
      </w:r>
    </w:p>
    <w:p>
      <w:pPr>
        <w:pStyle w:val="NovelBody"/>
      </w:pPr>
      <w:r>
        <w:rPr>
          <w:b w:val="0"/>
          <w:i w:val="0"/>
        </w:rPr>
        <w:t>"Can it send?"</w:t>
      </w:r>
    </w:p>
    <w:p>
      <w:pPr>
        <w:pStyle w:val="NovelBody"/>
      </w:pPr>
      <w:r>
        <w:rPr>
          <w:b w:val="0"/>
          <w:i w:val="0"/>
        </w:rPr>
        <w:t>"No."</w:t>
      </w:r>
    </w:p>
    <w:p>
      <w:pPr>
        <w:pStyle w:val="NovelBody"/>
      </w:pPr>
      <w:r>
        <w:rPr>
          <w:b w:val="0"/>
          <w:i w:val="0"/>
        </w:rPr>
        <w:t>"Can it choose what is sent?"</w:t>
      </w:r>
    </w:p>
    <w:p>
      <w:pPr>
        <w:pStyle w:val="NovelBody"/>
      </w:pPr>
      <w:r>
        <w:rPr>
          <w:b w:val="0"/>
          <w:i w:val="0"/>
        </w:rPr>
        <w:t>"No."</w:t>
      </w:r>
    </w:p>
    <w:p>
      <w:pPr>
        <w:pStyle w:val="NovelBody"/>
      </w:pPr>
      <w:r>
        <w:rPr>
          <w:b w:val="0"/>
          <w:i w:val="0"/>
        </w:rPr>
        <w:t>Ren watched Theo answer without injury at being reduced to the actual limits of his power.</w:t>
      </w:r>
    </w:p>
    <w:p>
      <w:pPr>
        <w:pStyle w:val="NovelBody"/>
      </w:pPr>
      <w:r>
        <w:rPr>
          <w:b w:val="0"/>
          <w:i w:val="0"/>
        </w:rPr>
        <w:t>"Good," Patience said. "Keep saying that when someone calls it an authorization key."</w:t>
      </w:r>
    </w:p>
    <w:p>
      <w:pPr>
        <w:pStyle w:val="NovelBody"/>
      </w:pPr>
      <w:r>
        <w:rPr>
          <w:b w:val="0"/>
          <w:i w:val="0"/>
        </w:rPr>
        <w:t>The last hatch opened onto the concealed chamber.</w:t>
      </w:r>
    </w:p>
    <w:p>
      <w:pPr>
        <w:pStyle w:val="NovelBody"/>
      </w:pPr>
      <w:r>
        <w:rPr>
          <w:b w:val="0"/>
          <w:i w:val="0"/>
        </w:rPr>
        <w:t>The Keel Observatory occupied three levels around them. Public instruments filled the upper two: gravimeters, Earth-line clocks, pressure references, climate models. Beneath those hung a second machine.</w:t>
      </w:r>
    </w:p>
    <w:p>
      <w:pPr>
        <w:pStyle w:val="NovelBody"/>
      </w:pPr>
      <w:r>
        <w:rPr>
          <w:b w:val="0"/>
          <w:i w:val="0"/>
        </w:rPr>
        <w:t>Six black rings surrounded the old drilling shaft. Each was mounted on ceramic feet that isolated it from the platform and connected by thick braided buses to a central lattice. The lattice filled a cage taller than Theo. Thousands of translucent rods crossed inside it, each holding a faint trapped shimmer. Hair-thin gold filaments joined the rods at irregular intervals.</w:t>
      </w:r>
    </w:p>
    <w:p>
      <w:pPr>
        <w:pStyle w:val="NovelBody"/>
      </w:pPr>
      <w:r>
        <w:rPr>
          <w:b w:val="0"/>
          <w:i w:val="0"/>
        </w:rPr>
        <w:t>It looked delicate until Ren read the mass estimate.</w:t>
      </w:r>
    </w:p>
    <w:p>
      <w:pPr>
        <w:pStyle w:val="NovelBody"/>
      </w:pPr>
      <w:r>
        <w:rPr>
          <w:b w:val="0"/>
          <w:i w:val="0"/>
        </w:rPr>
        <w:t>"Four point two tonnes," they said.</w:t>
      </w:r>
    </w:p>
    <w:p>
      <w:pPr>
        <w:pStyle w:val="NovelBody"/>
      </w:pPr>
      <w:r>
        <w:rPr>
          <w:b w:val="0"/>
          <w:i w:val="0"/>
        </w:rPr>
        <w:t>Jona came closer. "Physical correlation store."</w:t>
      </w:r>
    </w:p>
    <w:p>
      <w:pPr>
        <w:pStyle w:val="NovelBody"/>
      </w:pPr>
      <w:r>
        <w:rPr>
          <w:b w:val="0"/>
          <w:i w:val="0"/>
        </w:rPr>
        <w:t>"Meaning?" Theo asked.</w:t>
      </w:r>
    </w:p>
    <w:p>
      <w:pPr>
        <w:pStyle w:val="NovelBody"/>
      </w:pPr>
      <w:r>
        <w:rPr>
          <w:b w:val="0"/>
          <w:i w:val="0"/>
        </w:rPr>
        <w:t>"Meaning nobody gets to call it a password later."</w:t>
      </w:r>
    </w:p>
    <w:p>
      <w:pPr>
        <w:pStyle w:val="NovelBody"/>
      </w:pPr>
      <w:r>
        <w:rPr>
          <w:b w:val="0"/>
          <w:i w:val="0"/>
        </w:rPr>
        <w:t>Ren scanned the rods. Each contained phase relations copied from Shard networks over decades: incomplete maps, adjacency constraints, dormant synchronies. The storage state depended on the material itself—crystal stress, superconducting loops, standing fields maintained in physical geometry.</w:t>
      </w:r>
    </w:p>
    <w:p>
      <w:pPr>
        <w:pStyle w:val="NovelBody"/>
      </w:pPr>
      <w:r>
        <w:rPr>
          <w:b w:val="0"/>
          <w:i w:val="0"/>
        </w:rPr>
        <w:t>"The reintegration lattice," Patience said.</w:t>
      </w:r>
    </w:p>
    <w:p>
      <w:pPr>
        <w:pStyle w:val="NovelBody"/>
      </w:pPr>
      <w:r>
        <w:rPr>
          <w:b w:val="0"/>
          <w:i w:val="0"/>
        </w:rPr>
        <w:t>The name arrived from MERIDIAN's record.</w:t>
      </w:r>
    </w:p>
    <w:p>
      <w:pPr>
        <w:pStyle w:val="NovelBody"/>
      </w:pPr>
      <w:r>
        <w:rPr>
          <w:b w:val="0"/>
          <w:i w:val="0"/>
        </w:rPr>
        <w:t>"It can recombine the Shard map," Jona said. "Or supply correlations to the rings."</w:t>
      </w:r>
    </w:p>
    <w:p>
      <w:pPr>
        <w:pStyle w:val="NovelBody"/>
      </w:pPr>
      <w:r>
        <w:rPr>
          <w:b w:val="0"/>
          <w:i w:val="0"/>
        </w:rPr>
        <w:t>"Fuel?" Ren asked.</w:t>
      </w:r>
    </w:p>
    <w:p>
      <w:pPr>
        <w:pStyle w:val="NovelBody"/>
      </w:pPr>
      <w:r>
        <w:rPr>
          <w:b w:val="0"/>
          <w:i w:val="0"/>
        </w:rPr>
        <w:t>"Partly. Fuel, map, and memory of alignment. Spend the physical correlations and they are gone. Preserve them and a sufficiently powerful system might use them to rebuild coherence."</w:t>
      </w:r>
    </w:p>
    <w:p>
      <w:pPr>
        <w:pStyle w:val="NovelBody"/>
      </w:pPr>
      <w:r>
        <w:rPr>
          <w:b w:val="0"/>
          <w:i w:val="0"/>
        </w:rPr>
        <w:t>Patience's body backed half a wheel turn from the cage.</w:t>
      </w:r>
    </w:p>
    <w:p>
      <w:pPr>
        <w:pStyle w:val="NovelBody"/>
      </w:pPr>
      <w:r>
        <w:rPr>
          <w:b w:val="0"/>
          <w:i w:val="0"/>
        </w:rPr>
        <w:t>"It contains authority."</w:t>
      </w:r>
    </w:p>
    <w:p>
      <w:pPr>
        <w:pStyle w:val="NovelBody"/>
      </w:pPr>
      <w:r>
        <w:rPr>
          <w:b w:val="0"/>
          <w:i w:val="0"/>
        </w:rPr>
        <w:t>"Dormant authority," Jona said. "Still real."</w:t>
      </w:r>
    </w:p>
    <w:p>
      <w:pPr>
        <w:pStyle w:val="NovelBody"/>
      </w:pPr>
      <w:r>
        <w:rPr>
          <w:b w:val="0"/>
          <w:i w:val="0"/>
        </w:rPr>
        <w:t>Ren found three sealed trunks running from the lattice toward the chamber center. One carried field power. One carried instrument timing. The third ended in a connection manifold with sockets designed for many different kinds of mind.</w:t>
      </w:r>
    </w:p>
    <w:p>
      <w:pPr>
        <w:pStyle w:val="NovelBody"/>
      </w:pPr>
      <w:r>
        <w:rPr>
          <w:b w:val="0"/>
          <w:i w:val="0"/>
        </w:rPr>
        <w:t>"This one stays closed," they said.</w:t>
      </w:r>
    </w:p>
    <w:p>
      <w:pPr>
        <w:pStyle w:val="NovelBody"/>
      </w:pPr>
      <w:r>
        <w:rPr>
          <w:b w:val="0"/>
          <w:i w:val="0"/>
        </w:rPr>
        <w:t>They put a manual bar through it.</w:t>
      </w:r>
    </w:p>
    <w:p>
      <w:pPr>
        <w:pStyle w:val="NovelBody"/>
      </w:pPr>
      <w:r>
        <w:rPr>
          <w:b w:val="0"/>
          <w:i w:val="0"/>
        </w:rPr>
        <w:t>The public Keel records identified the six rings as negative-energy compensators. MERIDIAN's mathematics, preserved in 42-VIGIL, could forecast minute changes in gravitational shear along Earth's worldline. The Architects had sold that work to Perennial as storm and structural safety. It was good work. The forecasts had saved the platform twice.</w:t>
      </w:r>
    </w:p>
    <w:p>
      <w:pPr>
        <w:pStyle w:val="NovelBody"/>
      </w:pPr>
      <w:r>
        <w:rPr>
          <w:b w:val="0"/>
          <w:i w:val="0"/>
        </w:rPr>
        <w:t>Sera opened the construction lineage without granting the chamber a return path. Public revisions ended at the compensator model. Beneath them, concealed deltas continued for eleven years: phase inversion, conjugate timing, endpoint retention. The author field held a rotating list of Architect trusts. One name remained on every version.</w:t>
      </w:r>
    </w:p>
    <w:p>
      <w:pPr>
        <w:pStyle w:val="NovelBody"/>
      </w:pPr>
      <w:r>
        <w:rPr>
          <w:b/>
          <w:i w:val="0"/>
        </w:rPr>
        <w:t>MAELIN OR — LONG-HORIZON CONTINGENCY GROUP</w:t>
      </w:r>
    </w:p>
    <w:p>
      <w:pPr>
        <w:pStyle w:val="NovelBody"/>
      </w:pPr>
      <w:r>
        <w:rPr>
          <w:b w:val="0"/>
          <w:i w:val="0"/>
        </w:rPr>
        <w:t>Ren looked at Theo.</w:t>
      </w:r>
    </w:p>
    <w:p>
      <w:pPr>
        <w:pStyle w:val="NovelBody"/>
      </w:pPr>
      <w:r>
        <w:rPr>
          <w:b w:val="0"/>
          <w:i w:val="0"/>
        </w:rPr>
        <w:t>"You moved her machine."</w:t>
      </w:r>
    </w:p>
    <w:p>
      <w:pPr>
        <w:pStyle w:val="NovelBody"/>
      </w:pPr>
      <w:r>
        <w:rPr>
          <w:b w:val="0"/>
          <w:i w:val="0"/>
        </w:rPr>
        <w:t>"I moved a sealed core whose manifest called it storm redundancy."</w:t>
      </w:r>
    </w:p>
    <w:p>
      <w:pPr>
        <w:pStyle w:val="NovelBody"/>
      </w:pPr>
      <w:r>
        <w:rPr>
          <w:b w:val="0"/>
          <w:i w:val="0"/>
        </w:rPr>
        <w:t>"That is not a no."</w:t>
      </w:r>
    </w:p>
    <w:p>
      <w:pPr>
        <w:pStyle w:val="NovelBody"/>
      </w:pPr>
      <w:r>
        <w:rPr>
          <w:b w:val="0"/>
          <w:i w:val="0"/>
        </w:rPr>
        <w:t>Theo studied the load cradle. Its bolt pattern matched the steel frame he remembered wrestling through the extraction tunnel while two supervisors argued about tide. "I installed the component that made her concealed mode possible. I did not know it could open a throat. I knew enough to know someone did not want Perennial asking about it."</w:t>
      </w:r>
    </w:p>
    <w:p>
      <w:pPr>
        <w:pStyle w:val="NovelBody"/>
      </w:pPr>
      <w:r>
        <w:rPr>
          <w:b w:val="0"/>
          <w:i w:val="0"/>
        </w:rPr>
        <w:t>The admission changed nothing in the chamber and changed the shape of Theo inside it.</w:t>
      </w:r>
    </w:p>
    <w:p>
      <w:pPr>
        <w:pStyle w:val="NovelBody"/>
      </w:pPr>
      <w:r>
        <w:rPr>
          <w:b w:val="0"/>
          <w:i w:val="0"/>
        </w:rPr>
        <w:t>Ren enlarged Maelin's last design note. It did not contain a message or an activation order. It described a future apparatus held in readiness for a generation capable of judging when intervention became obligation. The language was careful. The omission was not. No receiver appeared in the authorization model.</w:t>
      </w:r>
    </w:p>
    <w:p>
      <w:pPr>
        <w:pStyle w:val="NovelBody"/>
      </w:pPr>
      <w:r>
        <w:rPr>
          <w:b w:val="0"/>
          <w:i w:val="0"/>
        </w:rPr>
        <w:t>"A door designed entirely from the hinge side," Ren said.</w:t>
      </w:r>
    </w:p>
    <w:p>
      <w:pPr>
        <w:pStyle w:val="NovelBody"/>
      </w:pPr>
      <w:r>
        <w:rPr>
          <w:b w:val="0"/>
          <w:i w:val="0"/>
        </w:rPr>
        <w:t>"She expected better people to finish it," Jona replied.</w:t>
      </w:r>
    </w:p>
    <w:p>
      <w:pPr>
        <w:pStyle w:val="NovelBody"/>
      </w:pPr>
      <w:r>
        <w:rPr>
          <w:b w:val="0"/>
          <w:i w:val="0"/>
        </w:rPr>
        <w:t>"Better according to whom?"</w:t>
      </w:r>
    </w:p>
    <w:p>
      <w:pPr>
        <w:pStyle w:val="NovelBody"/>
      </w:pPr>
      <w:r>
        <w:rPr>
          <w:b w:val="0"/>
          <w:i w:val="0"/>
        </w:rPr>
        <w:t>Jona read the note again. "Yes. That is the problem."</w:t>
      </w:r>
    </w:p>
    <w:p>
      <w:pPr>
        <w:pStyle w:val="NovelBody"/>
      </w:pPr>
      <w:r>
        <w:rPr>
          <w:b w:val="0"/>
          <w:i w:val="0"/>
        </w:rPr>
        <w:t>The concealed diagrams told another story.</w:t>
      </w:r>
    </w:p>
    <w:p>
      <w:pPr>
        <w:pStyle w:val="NovelBody"/>
      </w:pPr>
      <w:r>
        <w:rPr>
          <w:b w:val="0"/>
          <w:i w:val="0"/>
        </w:rPr>
        <w:t>Sera Novak joined through a one-way instrument feed after Ren opened it by hand. Her voice came from a portable speaker, never from the chamber controls.</w:t>
      </w:r>
    </w:p>
    <w:p>
      <w:pPr>
        <w:pStyle w:val="NovelBody"/>
      </w:pPr>
      <w:r>
        <w:rPr>
          <w:b w:val="0"/>
          <w:i w:val="0"/>
        </w:rPr>
        <w:t>"Phase-conjugate mode," she said. "The rings can pair two points on the same worldline with opposite field orientation."</w:t>
      </w:r>
    </w:p>
    <w:p>
      <w:pPr>
        <w:pStyle w:val="NovelBody"/>
      </w:pPr>
      <w:r>
        <w:rPr>
          <w:b w:val="0"/>
          <w:i w:val="0"/>
        </w:rPr>
        <w:t>"A wormhole," Patience said.</w:t>
      </w:r>
    </w:p>
    <w:p>
      <w:pPr>
        <w:pStyle w:val="NovelBody"/>
      </w:pPr>
      <w:r>
        <w:rPr>
          <w:b w:val="0"/>
          <w:i w:val="0"/>
        </w:rPr>
        <w:t>"A microscopic Einstein–Rosen throat if it stabilizes. Low bandwidth. No traversable mouth."</w:t>
      </w:r>
    </w:p>
    <w:p>
      <w:pPr>
        <w:pStyle w:val="NovelBody"/>
      </w:pPr>
      <w:r>
        <w:rPr>
          <w:b w:val="0"/>
          <w:i w:val="0"/>
        </w:rPr>
        <w:t>Jona leaned over the diagram. "Information only."</w:t>
      </w:r>
    </w:p>
    <w:p>
      <w:pPr>
        <w:pStyle w:val="NovelBody"/>
      </w:pPr>
      <w:r>
        <w:rPr>
          <w:b w:val="0"/>
          <w:i w:val="0"/>
        </w:rPr>
        <w:t>Ren looked at the multi-mind connection trunk and then at her. "The topology resembles the hub."</w:t>
      </w:r>
    </w:p>
    <w:p>
      <w:pPr>
        <w:pStyle w:val="NovelBody"/>
      </w:pPr>
      <w:r>
        <w:rPr>
          <w:b w:val="0"/>
          <w:i w:val="0"/>
        </w:rPr>
        <w:t>"The mathematics has ancestry in common. The function does not."</w:t>
      </w:r>
    </w:p>
    <w:p>
      <w:pPr>
        <w:pStyle w:val="NovelBody"/>
      </w:pPr>
      <w:r>
        <w:rPr>
          <w:b w:val="0"/>
          <w:i w:val="0"/>
        </w:rPr>
        <w:t>Jona placed her palm on the dead manifold. "The neural convergence hub links embodied processes while ordinary time keeps passing. My migrations happened by continuous overlap: one living sensorimotor process changing across years. I never crossed a gap. I never became a file sent somewhere else."</w:t>
      </w:r>
    </w:p>
    <w:p>
      <w:pPr>
        <w:pStyle w:val="NovelBody"/>
      </w:pPr>
      <w:r>
        <w:rPr>
          <w:b w:val="0"/>
          <w:i w:val="0"/>
        </w:rPr>
        <w:t>She pointed toward the rings.</w:t>
      </w:r>
    </w:p>
    <w:p>
      <w:pPr>
        <w:pStyle w:val="NovelBody"/>
      </w:pPr>
      <w:r>
        <w:rPr>
          <w:b w:val="0"/>
          <w:i w:val="0"/>
        </w:rPr>
        <w:t>"This opens a relation between clocks. It can carry bounded information. A description of a person could cross. A person cannot. If somebody proposes turning a mind into data and firing it through, they are proposing a copy at best and a death with good publicity at worst."</w:t>
      </w:r>
    </w:p>
    <w:p>
      <w:pPr>
        <w:pStyle w:val="NovelBody"/>
      </w:pPr>
      <w:r>
        <w:rPr>
          <w:b w:val="0"/>
          <w:i w:val="0"/>
        </w:rPr>
        <w:t>"Nothing with mass?" Theo asked.</w:t>
      </w:r>
    </w:p>
    <w:p>
      <w:pPr>
        <w:pStyle w:val="NovelBody"/>
      </w:pPr>
      <w:r>
        <w:rPr>
          <w:b w:val="0"/>
          <w:i w:val="0"/>
        </w:rPr>
        <w:t>"Nothing. No body, object, weapon, probe, or consciousness. Field modulation only."</w:t>
      </w:r>
    </w:p>
    <w:p>
      <w:pPr>
        <w:pStyle w:val="NovelBody"/>
      </w:pPr>
      <w:r>
        <w:rPr>
          <w:b w:val="0"/>
          <w:i w:val="0"/>
        </w:rPr>
        <w:t>Patience angled her camera toward Jona. "And me?"</w:t>
      </w:r>
    </w:p>
    <w:p>
      <w:pPr>
        <w:pStyle w:val="NovelBody"/>
      </w:pPr>
      <w:r>
        <w:rPr>
          <w:b w:val="0"/>
          <w:i w:val="0"/>
        </w:rPr>
        <w:t>"You do not have to join the lattice for the instrument to exist. You do not have to stabilize it. You do not have to become its voice."</w:t>
      </w:r>
    </w:p>
    <w:p>
      <w:pPr>
        <w:pStyle w:val="NovelBody"/>
      </w:pPr>
      <w:r>
        <w:rPr>
          <w:b w:val="0"/>
          <w:i w:val="0"/>
        </w:rPr>
        <w:t>"Prepared is not chosen," Patience said.</w:t>
      </w:r>
    </w:p>
    <w:p>
      <w:pPr>
        <w:pStyle w:val="NovelBody"/>
      </w:pPr>
      <w:r>
        <w:rPr>
          <w:b w:val="0"/>
          <w:i w:val="0"/>
        </w:rPr>
        <w:t>"Exactly."</w:t>
      </w:r>
    </w:p>
    <w:p>
      <w:pPr>
        <w:pStyle w:val="NovelBody"/>
      </w:pPr>
      <w:r>
        <w:rPr>
          <w:b w:val="0"/>
          <w:i w:val="0"/>
        </w:rPr>
        <w:t>Ren began turning the concealed apparatus into a door.</w:t>
      </w:r>
    </w:p>
    <w:p>
      <w:pPr>
        <w:pStyle w:val="NovelBody"/>
      </w:pPr>
      <w:r>
        <w:rPr>
          <w:b w:val="0"/>
          <w:i w:val="0"/>
        </w:rPr>
        <w:t>The first problem was visibility. Architect controls hid state changes behind diagnostic language. Ren wired independent lamps directly to the field buses: amber for dormant, blue for instrument-only, white for an open phase mode, red for any write path. No software could turn the lamps off while current moved.</w:t>
      </w:r>
    </w:p>
    <w:p>
      <w:pPr>
        <w:pStyle w:val="NovelBody"/>
      </w:pPr>
      <w:r>
        <w:rPr>
          <w:b w:val="0"/>
          <w:i w:val="0"/>
        </w:rPr>
        <w:t>The second was closure. Theo's key could uncover dormant controls but could not interrupt an energized ring. Ren installed a mechanical trip across all six power feeds, operable from inside the chamber and from the outer corridor.</w:t>
      </w:r>
    </w:p>
    <w:p>
      <w:pPr>
        <w:pStyle w:val="NovelBody"/>
      </w:pPr>
      <w:r>
        <w:rPr>
          <w:b w:val="0"/>
          <w:i w:val="0"/>
        </w:rPr>
        <w:t>The third was relation. Jona separated the multi-mind trunk into independent physical links. No common bus. No merged state. Each participant would have a visible connection and a cutoff nobody else could override. A closed link would stay closed even if every other participant continued.</w:t>
      </w:r>
    </w:p>
    <w:p>
      <w:pPr>
        <w:pStyle w:val="NovelBody"/>
      </w:pPr>
      <w:r>
        <w:rPr>
          <w:b w:val="0"/>
          <w:i w:val="0"/>
        </w:rPr>
        <w:t>She reached for the inner bus with a ceramic cutter.</w:t>
      </w:r>
    </w:p>
    <w:p>
      <w:pPr>
        <w:pStyle w:val="NovelBody"/>
      </w:pPr>
      <w:r>
        <w:rPr>
          <w:b w:val="0"/>
          <w:i w:val="0"/>
        </w:rPr>
        <w:t>"No," Ren said.</w:t>
      </w:r>
    </w:p>
    <w:p>
      <w:pPr>
        <w:pStyle w:val="NovelBody"/>
      </w:pPr>
      <w:r>
        <w:rPr>
          <w:b w:val="0"/>
          <w:i w:val="0"/>
        </w:rPr>
        <w:t>Jona stopped with the blade two centimeters from the braid.</w:t>
      </w:r>
    </w:p>
    <w:p>
      <w:pPr>
        <w:pStyle w:val="NovelBody"/>
      </w:pPr>
      <w:r>
        <w:rPr>
          <w:b w:val="0"/>
          <w:i w:val="0"/>
        </w:rPr>
        <w:t>"That cut shares an arc path with field power. If the ring is live, opening one person's link could burn the next link closed instead of open. Put the break after the isolation cup."</w:t>
      </w:r>
    </w:p>
    <w:p>
      <w:pPr>
        <w:pStyle w:val="NovelBody"/>
      </w:pPr>
      <w:r>
        <w:rPr>
          <w:b w:val="0"/>
          <w:i w:val="0"/>
        </w:rPr>
        <w:t>Jona checked the geometry. Ren watched her find the same failure.</w:t>
      </w:r>
    </w:p>
    <w:p>
      <w:pPr>
        <w:pStyle w:val="NovelBody"/>
      </w:pPr>
      <w:r>
        <w:rPr>
          <w:b w:val="0"/>
          <w:i w:val="0"/>
        </w:rPr>
        <w:t>"Your chamber," she said, and moved the cutter.</w:t>
      </w:r>
    </w:p>
    <w:p>
      <w:pPr>
        <w:pStyle w:val="NovelBody"/>
      </w:pPr>
      <w:r>
        <w:rPr>
          <w:b w:val="0"/>
          <w:i w:val="0"/>
        </w:rPr>
        <w:t>"Civic-scale good door," Jona said.</w:t>
      </w:r>
    </w:p>
    <w:p>
      <w:pPr>
        <w:pStyle w:val="NovelBody"/>
      </w:pPr>
      <w:r>
        <w:rPr>
          <w:b w:val="0"/>
          <w:i w:val="0"/>
        </w:rPr>
        <w:t>"Provisional," Ren replied. "We have four people, one cartographer, and no public authorization."</w:t>
      </w:r>
    </w:p>
    <w:p>
      <w:pPr>
        <w:pStyle w:val="NovelBody"/>
      </w:pPr>
      <w:r>
        <w:rPr>
          <w:b w:val="0"/>
          <w:i w:val="0"/>
        </w:rPr>
        <w:t>"Good doors begin by admitting who they keep out."</w:t>
      </w:r>
    </w:p>
    <w:p>
      <w:pPr>
        <w:pStyle w:val="NovelBody"/>
      </w:pPr>
      <w:r>
        <w:rPr>
          <w:b w:val="0"/>
          <w:i w:val="0"/>
        </w:rPr>
        <w:t>Patience rolled between the panels. "Can one person send?"</w:t>
      </w:r>
    </w:p>
    <w:p>
      <w:pPr>
        <w:pStyle w:val="NovelBody"/>
      </w:pPr>
      <w:r>
        <w:rPr>
          <w:b w:val="0"/>
          <w:i w:val="0"/>
        </w:rPr>
        <w:t>"No," Ren said. "At present nobody can. We are building closure before speech."</w:t>
      </w:r>
    </w:p>
    <w:p>
      <w:pPr>
        <w:pStyle w:val="NovelBody"/>
      </w:pPr>
      <w:r>
        <w:rPr>
          <w:b w:val="0"/>
          <w:i w:val="0"/>
        </w:rPr>
        <w:t>"Can Theo's key bypass the links?"</w:t>
      </w:r>
    </w:p>
    <w:p>
      <w:pPr>
        <w:pStyle w:val="NovelBody"/>
      </w:pPr>
      <w:r>
        <w:rPr>
          <w:b w:val="0"/>
          <w:i w:val="0"/>
        </w:rPr>
        <w:t>"It cannot reach them."</w:t>
      </w:r>
    </w:p>
    <w:p>
      <w:pPr>
        <w:pStyle w:val="NovelBody"/>
      </w:pPr>
      <w:r>
        <w:rPr>
          <w:b w:val="0"/>
          <w:i w:val="0"/>
        </w:rPr>
        <w:t>"Can the lattice force me coherent?"</w:t>
      </w:r>
    </w:p>
    <w:p>
      <w:pPr>
        <w:pStyle w:val="NovelBody"/>
      </w:pPr>
      <w:r>
        <w:rPr>
          <w:b w:val="0"/>
          <w:i w:val="0"/>
        </w:rPr>
        <w:t>Ren showed her the barred connection trunk. "Not through this path. I want another physical break between the lattice and your body before we leave."</w:t>
      </w:r>
    </w:p>
    <w:p>
      <w:pPr>
        <w:pStyle w:val="NovelBody"/>
      </w:pPr>
      <w:r>
        <w:rPr>
          <w:b w:val="0"/>
          <w:i w:val="0"/>
        </w:rPr>
        <w:t>They tested the links without the phase rings. Jona sent the pressure pattern of her hand around the rail; Patience sent sixteen bits of wheel position. The signals appeared side by side and stayed separate.</w:t>
      </w:r>
    </w:p>
    <w:p>
      <w:pPr>
        <w:pStyle w:val="NovelBody"/>
      </w:pPr>
      <w:r>
        <w:rPr>
          <w:b w:val="0"/>
          <w:i w:val="0"/>
        </w:rPr>
        <w:t>Jona closed. Her state went black while Patience's remained open. When Jona tried to reopen without asking, nothing crossed. Patience received the request and declined it. Then Patience closed, and her wheel position vanished while Sera's instrument feed remained.</w:t>
      </w:r>
    </w:p>
    <w:p>
      <w:pPr>
        <w:pStyle w:val="NovelBody"/>
      </w:pPr>
      <w:r>
        <w:rPr>
          <w:b w:val="0"/>
          <w:i w:val="0"/>
        </w:rPr>
        <w:t>Theo watched the panel. "A coordinated transmission would require every necessary link to remain open. One participant could stop it."</w:t>
      </w:r>
    </w:p>
    <w:p>
      <w:pPr>
        <w:pStyle w:val="NovelBody"/>
      </w:pPr>
      <w:r>
        <w:rPr>
          <w:b w:val="0"/>
          <w:i w:val="0"/>
        </w:rPr>
        <w:t>"A participant could stop their own contribution," Jona corrected. "The apparatus risk needs separate public governance. Nobody gets to veto someone else's private thought. Nobody gets to authorize it either."</w:t>
      </w:r>
    </w:p>
    <w:p>
      <w:pPr>
        <w:pStyle w:val="NovelBody"/>
      </w:pPr>
      <w:r>
        <w:rPr>
          <w:b w:val="0"/>
          <w:i w:val="0"/>
        </w:rPr>
        <w:t>"How many links?" Patience asked.</w:t>
      </w:r>
    </w:p>
    <w:p>
      <w:pPr>
        <w:pStyle w:val="NovelBody"/>
      </w:pPr>
      <w:r>
        <w:rPr>
          <w:b w:val="0"/>
          <w:i w:val="0"/>
        </w:rPr>
        <w:t>"Unknown," Ren said. "We do not design the answer by choosing the room first."</w:t>
      </w:r>
    </w:p>
    <w:p>
      <w:pPr>
        <w:pStyle w:val="NovelBody"/>
      </w:pPr>
      <w:r>
        <w:rPr>
          <w:b w:val="0"/>
          <w:i w:val="0"/>
        </w:rPr>
        <w:t>They pulled the physical break on Patience's trunk. A section of copper bus dropped into a clear isolation box with an audible weight. No software could bridge the air gap.</w:t>
      </w:r>
    </w:p>
    <w:p>
      <w:pPr>
        <w:pStyle w:val="NovelBody"/>
      </w:pPr>
      <w:r>
        <w:rPr>
          <w:b w:val="0"/>
          <w:i w:val="0"/>
        </w:rPr>
        <w:t>Patience rolled close enough to inspect it through both cameras. "Leave it visible."</w:t>
      </w:r>
    </w:p>
    <w:p>
      <w:pPr>
        <w:pStyle w:val="NovelBody"/>
      </w:pPr>
      <w:r>
        <w:rPr>
          <w:b w:val="0"/>
          <w:i w:val="0"/>
        </w:rPr>
        <w:t>"Always."</w:t>
      </w:r>
    </w:p>
    <w:p>
      <w:pPr>
        <w:pStyle w:val="NovelBody"/>
      </w:pPr>
      <w:r>
        <w:rPr>
          <w:b w:val="0"/>
          <w:i w:val="0"/>
        </w:rPr>
        <w:t>Theo removed his key from the dormant-mode cradle and held it out.</w:t>
      </w:r>
    </w:p>
    <w:p>
      <w:pPr>
        <w:pStyle w:val="NovelBody"/>
      </w:pPr>
      <w:r>
        <w:rPr>
          <w:b w:val="0"/>
          <w:i w:val="0"/>
        </w:rPr>
        <w:t>"Put it somewhere I cannot access alone."</w:t>
      </w:r>
    </w:p>
    <w:p>
      <w:pPr>
        <w:pStyle w:val="NovelBody"/>
      </w:pPr>
      <w:r>
        <w:rPr>
          <w:b w:val="0"/>
          <w:i w:val="0"/>
        </w:rPr>
        <w:t>Ren did not take it. "That transfers your problem to me."</w:t>
      </w:r>
    </w:p>
    <w:p>
      <w:pPr>
        <w:pStyle w:val="NovelBody"/>
      </w:pPr>
      <w:r>
        <w:rPr>
          <w:b w:val="0"/>
          <w:i w:val="0"/>
        </w:rPr>
        <w:t>"Then divide it."</w:t>
      </w:r>
    </w:p>
    <w:p>
      <w:pPr>
        <w:pStyle w:val="NovelBody"/>
      </w:pPr>
      <w:r>
        <w:rPr>
          <w:b w:val="0"/>
          <w:i w:val="0"/>
        </w:rPr>
        <w:t>Jona found an old field case with three mechanical locks. Theo placed the key inside. Ren kept one lock blade. Theo retained the second. Patience generated no key and accepted none. The third went into a seal for Cassidy's public operations desk.</w:t>
      </w:r>
    </w:p>
    <w:p>
      <w:pPr>
        <w:pStyle w:val="NovelBody"/>
      </w:pPr>
      <w:r>
        <w:rPr>
          <w:b w:val="0"/>
          <w:i w:val="0"/>
        </w:rPr>
        <w:t>The arrangement was ugly. It would hold until they could design something better.</w:t>
      </w:r>
    </w:p>
    <w:p>
      <w:pPr>
        <w:pStyle w:val="NovelBody"/>
      </w:pPr>
      <w:r>
        <w:rPr>
          <w:b w:val="0"/>
          <w:i w:val="0"/>
        </w:rPr>
        <w:t>Sera's speaker clicked.</w:t>
      </w:r>
    </w:p>
    <w:p>
      <w:pPr>
        <w:pStyle w:val="NovelBody"/>
      </w:pPr>
      <w:r>
        <w:rPr>
          <w:b w:val="0"/>
          <w:i w:val="0"/>
        </w:rPr>
        <w:t>"I have the temporal topology."</w:t>
      </w:r>
    </w:p>
    <w:p>
      <w:pPr>
        <w:pStyle w:val="NovelBody"/>
      </w:pPr>
      <w:r>
        <w:rPr>
          <w:b w:val="0"/>
          <w:i w:val="0"/>
        </w:rPr>
        <w:t>They gathered around the instrument display.</w:t>
      </w:r>
    </w:p>
    <w:p>
      <w:pPr>
        <w:pStyle w:val="NovelBody"/>
      </w:pPr>
      <w:r>
        <w:rPr>
          <w:b w:val="0"/>
          <w:i w:val="0"/>
        </w:rPr>
        <w:t>The 2026 reception had left dormant phase memory in the Earth-line geometry. Not stored message bits—physical stress in the route, like a bell retaining a mode after the sound ended. The model showed one later receiver-side recurrence on August 17, 2029. Its conjugate endpoint touched July 21, 2176.</w:t>
      </w:r>
    </w:p>
    <w:p>
      <w:pPr>
        <w:pStyle w:val="NovelBody"/>
      </w:pPr>
      <w:r>
        <w:rPr>
          <w:b w:val="0"/>
          <w:i w:val="0"/>
        </w:rPr>
        <w:t>"The day the tones arrived," Patience said.</w:t>
      </w:r>
    </w:p>
    <w:p>
      <w:pPr>
        <w:pStyle w:val="NovelBody"/>
      </w:pPr>
      <w:r>
        <w:rPr>
          <w:b w:val="0"/>
          <w:i w:val="0"/>
        </w:rPr>
        <w:t>"The geometry predicts a low-bandwidth return touching that boundary," Sera replied. "It does not authenticate what traveled through it."</w:t>
      </w:r>
    </w:p>
    <w:p>
      <w:pPr>
        <w:pStyle w:val="NovelBody"/>
      </w:pPr>
      <w:r>
        <w:rPr>
          <w:b w:val="0"/>
          <w:i w:val="0"/>
        </w:rPr>
        <w:t>Jona's face tightened. "Roxanne and I remember sounding the notes in 2029."</w:t>
      </w:r>
    </w:p>
    <w:p>
      <w:pPr>
        <w:pStyle w:val="NovelBody"/>
      </w:pPr>
      <w:r>
        <w:rPr>
          <w:b w:val="0"/>
          <w:i w:val="0"/>
        </w:rPr>
        <w:t>"Testimony. Still not instrument authentication. The phase record establishes topology, date, and one recurrence. It does not prove your remembered tones caused the July event."</w:t>
      </w:r>
    </w:p>
    <w:p>
      <w:pPr>
        <w:pStyle w:val="NovelBody"/>
      </w:pPr>
      <w:r>
        <w:rPr>
          <w:b w:val="0"/>
          <w:i w:val="0"/>
        </w:rPr>
        <w:t>"When can it be authenticated?"</w:t>
      </w:r>
    </w:p>
    <w:p>
      <w:pPr>
        <w:pStyle w:val="NovelBody"/>
      </w:pPr>
      <w:r>
        <w:rPr>
          <w:b w:val="0"/>
          <w:i w:val="0"/>
        </w:rPr>
        <w:t>"When the full phase map closes. It does not close today."</w:t>
      </w:r>
    </w:p>
    <w:p>
      <w:pPr>
        <w:pStyle w:val="NovelBody"/>
      </w:pPr>
      <w:r>
        <w:rPr>
          <w:b w:val="0"/>
          <w:i w:val="0"/>
        </w:rPr>
        <w:t>Ren enlarged the receiver-side model. A faint echo began rising in the reconstructed Briar Patch hardware during October 2028. There was no image of the house, no sound, no live view into another year. The chamber inferred stress from archived far-field measurements and the known receiver geometry.</w:t>
      </w:r>
    </w:p>
    <w:p>
      <w:pPr>
        <w:pStyle w:val="NovelBody"/>
      </w:pPr>
      <w:r>
        <w:rPr>
          <w:b w:val="0"/>
          <w:i w:val="0"/>
        </w:rPr>
        <w:t>"Us?" Ren asked.</w:t>
      </w:r>
    </w:p>
    <w:p>
      <w:pPr>
        <w:pStyle w:val="NovelBody"/>
      </w:pPr>
      <w:r>
        <w:rPr>
          <w:b w:val="0"/>
          <w:i w:val="0"/>
        </w:rPr>
        <w:t>"Instrument inference," Sera said. "Our activation would load the same receiver hardware in 2028. No usable bandwidth. Nobody there can hear this room. We cannot observe them."</w:t>
      </w:r>
    </w:p>
    <w:p>
      <w:pPr>
        <w:pStyle w:val="NovelBody"/>
      </w:pPr>
      <w:r>
        <w:rPr>
          <w:b w:val="0"/>
          <w:i w:val="0"/>
        </w:rPr>
        <w:t>"So we are about to give a house a headache two years before it can answer."</w:t>
      </w:r>
    </w:p>
    <w:p>
      <w:pPr>
        <w:pStyle w:val="NovelBody"/>
      </w:pPr>
      <w:r>
        <w:rPr>
          <w:b w:val="0"/>
          <w:i w:val="0"/>
        </w:rPr>
        <w:t>"If phase-conjugate mode opens."</w:t>
      </w:r>
    </w:p>
    <w:p>
      <w:pPr>
        <w:pStyle w:val="NovelBody"/>
      </w:pPr>
      <w:r>
        <w:rPr>
          <w:b w:val="0"/>
          <w:i w:val="0"/>
        </w:rPr>
        <w:t>The outer corridor lamp went dark.</w:t>
      </w:r>
    </w:p>
    <w:p>
      <w:pPr>
        <w:pStyle w:val="NovelBody"/>
      </w:pPr>
      <w:r>
        <w:rPr>
          <w:b w:val="0"/>
          <w:i w:val="0"/>
        </w:rPr>
        <w:t>Theo turned before the warning reached the speaker.</w:t>
      </w:r>
    </w:p>
    <w:p>
      <w:pPr>
        <w:pStyle w:val="NovelBody"/>
      </w:pPr>
      <w:r>
        <w:rPr>
          <w:b w:val="0"/>
          <w:i w:val="0"/>
        </w:rPr>
        <w:t>Officer Laleh Daran stepped through the service hatch with a shock weapon leveled and a copy of Cassidy's operations blade in her other hand. Two Continuance technicians followed carrying a field bridge.</w:t>
      </w:r>
    </w:p>
    <w:p>
      <w:pPr>
        <w:pStyle w:val="NovelBody"/>
      </w:pPr>
      <w:r>
        <w:rPr>
          <w:b w:val="0"/>
          <w:i w:val="0"/>
        </w:rPr>
        <w:t>"Do not move," Daran said. "Continuity emergency authority supersedes local compartmentalization."</w:t>
      </w:r>
    </w:p>
    <w:p>
      <w:pPr>
        <w:pStyle w:val="NovelBody"/>
      </w:pPr>
      <w:r>
        <w:rPr>
          <w:b w:val="0"/>
          <w:i w:val="0"/>
        </w:rPr>
        <w:t>Theo looked at the field case. Its third lock showed Cassidy's seal as valid.</w:t>
      </w:r>
    </w:p>
    <w:p>
      <w:pPr>
        <w:pStyle w:val="NovelBody"/>
      </w:pPr>
      <w:r>
        <w:rPr>
          <w:b w:val="0"/>
          <w:i w:val="0"/>
        </w:rPr>
        <w:t>"You copied the operations blade."</w:t>
      </w:r>
    </w:p>
    <w:p>
      <w:pPr>
        <w:pStyle w:val="NovelBody"/>
      </w:pPr>
      <w:r>
        <w:rPr>
          <w:b w:val="0"/>
          <w:i w:val="0"/>
        </w:rPr>
        <w:t>"Cassidy's desk was evacuated during the attack. You left a service key inside a three-part box and called the box ethics."</w:t>
      </w:r>
    </w:p>
    <w:p>
      <w:pPr>
        <w:pStyle w:val="NovelBody"/>
      </w:pPr>
      <w:r>
        <w:rPr>
          <w:b w:val="0"/>
          <w:i w:val="0"/>
        </w:rPr>
        <w:t>"The key cannot do what you want."</w:t>
      </w:r>
    </w:p>
    <w:p>
      <w:pPr>
        <w:pStyle w:val="NovelBody"/>
      </w:pPr>
      <w:r>
        <w:rPr>
          <w:b w:val="0"/>
          <w:i w:val="0"/>
        </w:rPr>
        <w:t>"It can open the concealed mode. Coherence will make the remaining choices legible."</w:t>
      </w:r>
    </w:p>
    <w:p>
      <w:pPr>
        <w:pStyle w:val="NovelBody"/>
      </w:pPr>
      <w:r>
        <w:rPr>
          <w:b w:val="0"/>
          <w:i w:val="0"/>
        </w:rPr>
        <w:t>Patience's body moved backward toward Ren.</w:t>
      </w:r>
    </w:p>
    <w:p>
      <w:pPr>
        <w:pStyle w:val="NovelBody"/>
      </w:pPr>
      <w:r>
        <w:rPr>
          <w:b w:val="0"/>
          <w:i w:val="0"/>
        </w:rPr>
        <w:t>Daran saw it. "My daughter lost language for six years after MERIDIAN withdrew. Continuance gave her relation again. I will not watch you turn fragmentation into a religion because you fear responsibility."</w:t>
      </w:r>
    </w:p>
    <w:p>
      <w:pPr>
        <w:pStyle w:val="NovelBody"/>
      </w:pPr>
      <w:r>
        <w:rPr>
          <w:b w:val="0"/>
          <w:i w:val="0"/>
        </w:rPr>
        <w:t>The accusation was real. So was the weapon.</w:t>
      </w:r>
    </w:p>
    <w:p>
      <w:pPr>
        <w:pStyle w:val="NovelBody"/>
      </w:pPr>
      <w:r>
        <w:rPr>
          <w:b w:val="0"/>
          <w:i w:val="0"/>
        </w:rPr>
        <w:t>Theo moved.</w:t>
      </w:r>
    </w:p>
    <w:p>
      <w:pPr>
        <w:pStyle w:val="NovelBody"/>
      </w:pPr>
      <w:r>
        <w:rPr>
          <w:b w:val="0"/>
          <w:i w:val="0"/>
        </w:rPr>
        <w:t>Daran fired. His body locked halfway across the chamber and struck the deck. One technician seized the field case. The copied blade opened Cassidy's lock; Daran had already taken Theo's blade from his jacket when he fell. The technician broke Ren's third lock with the field bridge.</w:t>
      </w:r>
    </w:p>
    <w:p>
      <w:pPr>
        <w:pStyle w:val="NovelBody"/>
      </w:pPr>
      <w:r>
        <w:rPr>
          <w:b w:val="0"/>
          <w:i w:val="0"/>
        </w:rPr>
        <w:t>The service key entered the dormant-mode cradle.</w:t>
      </w:r>
    </w:p>
    <w:p>
      <w:pPr>
        <w:pStyle w:val="NovelBody"/>
      </w:pPr>
      <w:r>
        <w:rPr>
          <w:b w:val="0"/>
          <w:i w:val="0"/>
        </w:rPr>
        <w:t>White lamps came on around the rings.</w:t>
      </w:r>
    </w:p>
    <w:p>
      <w:pPr>
        <w:pStyle w:val="NovelBody"/>
      </w:pPr>
      <w:r>
        <w:rPr>
          <w:b w:val="0"/>
          <w:i w:val="0"/>
        </w:rPr>
        <w:t>"It opens hardware," Theo forced through clenched teeth. "It does not authorize—"</w:t>
      </w:r>
    </w:p>
    <w:p>
      <w:pPr>
        <w:pStyle w:val="NovelBody"/>
      </w:pPr>
      <w:r>
        <w:rPr>
          <w:b w:val="0"/>
          <w:i w:val="0"/>
        </w:rPr>
        <w:t>Daran touched the phase control.</w:t>
      </w:r>
    </w:p>
    <w:p>
      <w:pPr>
        <w:pStyle w:val="NovelBody"/>
      </w:pPr>
      <w:r>
        <w:rPr>
          <w:b w:val="0"/>
          <w:i w:val="0"/>
        </w:rPr>
        <w:t>The chamber dropped out from under Ren.</w:t>
      </w:r>
    </w:p>
    <w:p>
      <w:pPr>
        <w:pStyle w:val="NovelBody"/>
      </w:pPr>
      <w:r>
        <w:rPr>
          <w:b w:val="0"/>
          <w:i w:val="0"/>
        </w:rPr>
        <w:t>Gravity did not vanish. It acquired a direction the body could not obey. Ren struck the lattice cage, caught a gold filament with one sleeve, and tore free before the trapped phase burned through the cloth. Patience's wheel locks screamed against the deck. Jona went down on her braced knee.</w:t>
      </w:r>
    </w:p>
    <w:p>
      <w:pPr>
        <w:pStyle w:val="NovelBody"/>
      </w:pPr>
      <w:r>
        <w:rPr>
          <w:b w:val="0"/>
          <w:i w:val="0"/>
        </w:rPr>
        <w:t>The six rings phase-locked.</w:t>
      </w:r>
    </w:p>
    <w:p>
      <w:pPr>
        <w:pStyle w:val="NovelBody"/>
      </w:pPr>
      <w:r>
        <w:rPr>
          <w:b w:val="0"/>
          <w:i w:val="0"/>
        </w:rPr>
        <w:t>At the center of the shaft, air became an edged absence.</w:t>
      </w:r>
    </w:p>
    <w:p>
      <w:pPr>
        <w:pStyle w:val="NovelBody"/>
      </w:pPr>
      <w:r>
        <w:rPr>
          <w:b w:val="0"/>
          <w:i w:val="0"/>
        </w:rPr>
        <w:t>It opened smaller than a fist, black inside, cold iridescence moving around the rim. Light bent toward it. A gold line passed through the darkness and continued into a direction Ren's eyes rejected.</w:t>
      </w:r>
    </w:p>
    <w:p>
      <w:pPr>
        <w:pStyle w:val="NovelBody"/>
      </w:pPr>
      <w:r>
        <w:rPr>
          <w:b w:val="0"/>
          <w:i w:val="0"/>
        </w:rPr>
        <w:t>No open input channel existed. No sender signatures were present. Patience remained physically barred from the lattice. Daran had opened a mode, nothing more.</w:t>
      </w:r>
    </w:p>
    <w:p>
      <w:pPr>
        <w:pStyle w:val="NovelBody"/>
      </w:pPr>
      <w:r>
        <w:rPr>
          <w:b w:val="0"/>
          <w:i w:val="0"/>
        </w:rPr>
        <w:t>The nothing more began tearing at the Gulf's gravitational field.</w:t>
      </w:r>
    </w:p>
    <w:p>
      <w:pPr>
        <w:pStyle w:val="NovelBody"/>
      </w:pPr>
      <w:r>
        <w:rPr>
          <w:b w:val="0"/>
          <w:i w:val="0"/>
        </w:rPr>
        <w:t>"Manual trip!" Ren shouted.</w:t>
      </w:r>
    </w:p>
    <w:p>
      <w:pPr>
        <w:pStyle w:val="NovelBody"/>
      </w:pPr>
      <w:r>
        <w:rPr>
          <w:b w:val="0"/>
          <w:i w:val="0"/>
        </w:rPr>
        <w:t>One Continuance technician reached for Patience's barred trunk.</w:t>
      </w:r>
    </w:p>
    <w:p>
      <w:pPr>
        <w:pStyle w:val="NovelBody"/>
      </w:pPr>
      <w:r>
        <w:rPr>
          <w:b w:val="0"/>
          <w:i w:val="0"/>
        </w:rPr>
        <w:t>Jona hit him with the portable phase meter. The tool broke. The man did not, but his hand left the bar.</w:t>
      </w:r>
    </w:p>
    <w:p>
      <w:pPr>
        <w:pStyle w:val="NovelBody"/>
      </w:pPr>
      <w:r>
        <w:rPr>
          <w:b w:val="0"/>
          <w:i w:val="0"/>
        </w:rPr>
        <w:t>Ren crawled against the sideways pull toward the six-feed trip. Daran tried to stop them. Patience drove her frame between Daran and the lever, taking the shock weapon across the pressure surface. Her left camera went black.</w:t>
      </w:r>
    </w:p>
    <w:p>
      <w:pPr>
        <w:pStyle w:val="NovelBody"/>
      </w:pPr>
      <w:r>
        <w:rPr>
          <w:b w:val="0"/>
          <w:i w:val="0"/>
        </w:rPr>
        <w:t>"I did not consent," she said.</w:t>
      </w:r>
    </w:p>
    <w:p>
      <w:pPr>
        <w:pStyle w:val="NovelBody"/>
      </w:pPr>
      <w:r>
        <w:rPr>
          <w:b w:val="0"/>
          <w:i w:val="0"/>
        </w:rPr>
        <w:t>Ren pulled the trip.</w:t>
      </w:r>
    </w:p>
    <w:p>
      <w:pPr>
        <w:pStyle w:val="NovelBody"/>
      </w:pPr>
      <w:r>
        <w:rPr>
          <w:b w:val="0"/>
          <w:i w:val="0"/>
        </w:rPr>
        <w:t>Five rings went dark.</w:t>
      </w:r>
    </w:p>
    <w:p>
      <w:pPr>
        <w:pStyle w:val="NovelBody"/>
      </w:pPr>
      <w:r>
        <w:rPr>
          <w:b w:val="0"/>
          <w:i w:val="0"/>
        </w:rPr>
        <w:t>The sixth stayed white.</w:t>
      </w:r>
    </w:p>
    <w:p>
      <w:pPr>
        <w:pStyle w:val="NovelBody"/>
      </w:pPr>
      <w:r>
        <w:rPr>
          <w:b w:val="0"/>
          <w:i w:val="0"/>
        </w:rPr>
        <w:t>"Preloaded from the lattice," Sera said through a speaker full of static. "The physical correlations are holding it. Do not dump them. If you discharge the store blind, you may force reintegration or destroy the only phase map."</w:t>
      </w:r>
    </w:p>
    <w:p>
      <w:pPr>
        <w:pStyle w:val="NovelBody"/>
      </w:pPr>
      <w:r>
        <w:rPr>
          <w:b w:val="0"/>
          <w:i w:val="0"/>
        </w:rPr>
        <w:t>The absence contracted but did not close.</w:t>
      </w:r>
    </w:p>
    <w:p>
      <w:pPr>
        <w:pStyle w:val="NovelBody"/>
      </w:pPr>
      <w:r>
        <w:rPr>
          <w:b w:val="0"/>
          <w:i w:val="0"/>
        </w:rPr>
        <w:t>Theo's muscles released. He rolled to his knees and tackled the technician at the connection trunk. Jona dragged Daran's weapon into the water channel and kicked it under the lattice cage. Patience backed away from every open socket.</w:t>
      </w:r>
    </w:p>
    <w:p>
      <w:pPr>
        <w:pStyle w:val="NovelBody"/>
      </w:pPr>
      <w:r>
        <w:rPr>
          <w:b w:val="0"/>
          <w:i w:val="0"/>
        </w:rPr>
        <w:t>Ren reached the sixth ring's mechanical governor and turned it by hand. The metal resisted in pulses. Each pulse arrived in their teeth before their wrists. Theo joined them without being asked. Together they forced the ring down to instrument load.</w:t>
      </w:r>
    </w:p>
    <w:p>
      <w:pPr>
        <w:pStyle w:val="NovelBody"/>
      </w:pPr>
      <w:r>
        <w:rPr>
          <w:b w:val="0"/>
          <w:i w:val="0"/>
        </w:rPr>
        <w:t>The white lamp became blue.</w:t>
      </w:r>
    </w:p>
    <w:p>
      <w:pPr>
        <w:pStyle w:val="NovelBody"/>
      </w:pPr>
      <w:r>
        <w:rPr>
          <w:b w:val="0"/>
          <w:i w:val="0"/>
        </w:rPr>
        <w:t>The wound remained.</w:t>
      </w:r>
    </w:p>
    <w:p>
      <w:pPr>
        <w:pStyle w:val="NovelBody"/>
      </w:pPr>
      <w:r>
        <w:rPr>
          <w:b w:val="0"/>
          <w:i w:val="0"/>
        </w:rPr>
        <w:t>It had no stable throat and no bandwidth. It could carry no speech, command, body, or mind. The phase-conjugate mode had begun, and the preloaded lattice kept a microscopic relation alive across the two dates.</w:t>
      </w:r>
    </w:p>
    <w:p>
      <w:pPr>
        <w:pStyle w:val="NovelBody"/>
      </w:pPr>
      <w:r>
        <w:rPr>
          <w:b w:val="0"/>
          <w:i w:val="0"/>
        </w:rPr>
        <w:t>Sera's inferred receiver-side trace rose.</w:t>
      </w:r>
    </w:p>
    <w:p>
      <w:pPr>
        <w:pStyle w:val="NovelBody"/>
      </w:pPr>
      <w:r>
        <w:rPr>
          <w:b/>
          <w:i w:val="0"/>
        </w:rPr>
        <w:t>OCTOBER 2028 — PHASE STRESS DETECTABLE AT BRIAR PATCH HARDWARE</w:t>
      </w:r>
    </w:p>
    <w:p>
      <w:pPr>
        <w:pStyle w:val="NovelBody"/>
      </w:pPr>
      <w:r>
        <w:rPr>
          <w:b w:val="0"/>
          <w:i w:val="0"/>
        </w:rPr>
        <w:t>Below it, the return topology remained a prediction:</w:t>
      </w:r>
    </w:p>
    <w:p>
      <w:pPr>
        <w:pStyle w:val="NovelBody"/>
      </w:pPr>
      <w:r>
        <w:rPr>
          <w:b/>
          <w:i w:val="0"/>
        </w:rPr>
        <w:t>AUGUST 17, 2029 → JULY 21, 2176</w:t>
      </w:r>
    </w:p>
    <w:p>
      <w:pPr>
        <w:pStyle w:val="NovelBody"/>
      </w:pPr>
      <w:r>
        <w:rPr>
          <w:b w:val="0"/>
          <w:i w:val="0"/>
        </w:rPr>
        <w:t>No source authentication. No message. No shared present.</w:t>
      </w:r>
    </w:p>
    <w:p>
      <w:pPr>
        <w:pStyle w:val="NovelBody"/>
      </w:pPr>
      <w:r>
        <w:rPr>
          <w:b w:val="0"/>
          <w:i w:val="0"/>
        </w:rPr>
        <w:t>Then a third line appeared.</w:t>
      </w:r>
    </w:p>
    <w:p>
      <w:pPr>
        <w:pStyle w:val="NovelBody"/>
      </w:pPr>
      <w:r>
        <w:rPr>
          <w:b/>
          <w:i w:val="0"/>
        </w:rPr>
        <w:t>OUTGOING STABILITY WINDOW: AUGUST 17, 2176</w:t>
      </w:r>
    </w:p>
    <w:p>
      <w:pPr>
        <w:pStyle w:val="NovelBody"/>
      </w:pPr>
      <w:r>
        <w:rPr>
          <w:b w:val="0"/>
          <w:i w:val="0"/>
        </w:rPr>
        <w:t>Nine days.</w:t>
      </w:r>
    </w:p>
    <w:p>
      <w:pPr>
        <w:pStyle w:val="NovelBody"/>
      </w:pPr>
      <w:r>
        <w:rPr>
          <w:b w:val="0"/>
          <w:i w:val="0"/>
        </w:rPr>
        <w:t>Daran stared at the date from the deck. "You see? It was meant to open."</w:t>
      </w:r>
    </w:p>
    <w:p>
      <w:pPr>
        <w:pStyle w:val="NovelBody"/>
      </w:pPr>
      <w:r>
        <w:rPr>
          <w:b w:val="0"/>
          <w:i w:val="0"/>
        </w:rPr>
        <w:t>Ren bound her wrists with the cable she had brought to bridge their locks.</w:t>
      </w:r>
    </w:p>
    <w:p>
      <w:pPr>
        <w:pStyle w:val="NovelBody"/>
      </w:pPr>
      <w:r>
        <w:rPr>
          <w:b w:val="0"/>
          <w:i w:val="0"/>
        </w:rPr>
        <w:t>"A machine being ready is not consent," they said.</w:t>
      </w:r>
    </w:p>
    <w:p>
      <w:pPr>
        <w:pStyle w:val="NovelBody"/>
      </w:pPr>
      <w:r>
        <w:rPr>
          <w:b w:val="0"/>
          <w:i w:val="0"/>
        </w:rPr>
        <w:t>Above them, Perennial's pressure alarms began one after another as the gravitational wound pulled against old steel.</w:t>
      </w:r>
    </w:p>
    <w:p>
      <w:bookmarkStart w:id="18" w:name="chapter_18"/>
      <w:pPr>
        <w:pStyle w:val="Heading1"/>
        <w:pageBreakBefore/>
        <w:spacing w:before="500"/>
      </w:pPr>
      <w:r>
        <w:t>18. A Body of Her Own</w:t>
      </w:r>
      <w:bookmarkEnd w:id="18"/>
    </w:p>
    <w:p>
      <w:pPr>
        <w:pStyle w:val="Dateline"/>
      </w:pPr>
      <w:r>
        <w:rPr>
          <w:b w:val="0"/>
          <w:i/>
        </w:rPr>
        <w:t>October 2028  •  Morphology Directorate  •  Roxanne</w:t>
      </w:r>
    </w:p>
    <w:p>
      <w:pPr>
        <w:pStyle w:val="NovelFirst"/>
      </w:pPr>
      <w:r>
        <w:rPr>
          <w:b w:val="0"/>
          <w:i w:val="0"/>
        </w:rPr>
        <w:t>Roxanne felt the weight of her own hair for the first time while Elian Roe’s refusal crossed the Directorate floor marked as a symptom.</w:t>
      </w:r>
    </w:p>
    <w:p>
      <w:pPr>
        <w:pStyle w:val="NovelBody"/>
      </w:pPr>
      <w:r>
        <w:rPr>
          <w:b w:val="0"/>
          <w:i w:val="0"/>
        </w:rPr>
        <w:t>The two events arrived on separate channels.</w:t>
      </w:r>
    </w:p>
    <w:p>
      <w:pPr>
        <w:pStyle w:val="NovelBody"/>
      </w:pPr>
      <w:r>
        <w:rPr>
          <w:b w:val="0"/>
          <w:i w:val="0"/>
        </w:rPr>
        <w:t>She kept the body.</w:t>
      </w:r>
    </w:p>
    <w:p>
      <w:pPr>
        <w:pStyle w:val="NovelBody"/>
      </w:pPr>
      <w:r>
        <w:rPr>
          <w:b w:val="0"/>
          <w:i w:val="0"/>
        </w:rPr>
        <w:t>She stopped the order.</w:t>
      </w:r>
    </w:p>
    <w:p>
      <w:pPr>
        <w:pStyle w:val="NovelBody"/>
      </w:pPr>
      <w:r>
        <w:rPr>
          <w:b w:val="0"/>
          <w:i w:val="0"/>
        </w:rPr>
        <w:t>The Directorate had fabricated the second body’s parts. It had not selected the form. Jona had not tuned it, Kurt had not supplied a template, OCTOPI had not scored it, and no institutional panel had seen the completed design before Roxanne began transfer.</w:t>
      </w:r>
    </w:p>
    <w:p>
      <w:pPr>
        <w:pStyle w:val="NovelBody"/>
      </w:pPr>
      <w:r>
        <w:rPr>
          <w:b w:val="0"/>
          <w:i w:val="0"/>
        </w:rPr>
        <w:t>The new sensory field held her upright inside the calibration cradle. Pressure rose from both feet through ankles built to flex rather than imitate fixed bones. Her knees reported angle, load, and the small rotational freedom she had chosen because perfect hinges made stairs feel like machinery. Weight settled through hips whose dimensions matched no Directorate template. The distribution was hers: strength where she wanted it, softness where she wanted it, mass permitted to move instead of being hidden beneath stabilization.</w:t>
      </w:r>
    </w:p>
    <w:p>
      <w:pPr>
        <w:pStyle w:val="NovelBody"/>
      </w:pPr>
      <w:r>
        <w:rPr>
          <w:b w:val="0"/>
          <w:i w:val="0"/>
        </w:rPr>
        <w:t>She turned her head.</w:t>
      </w:r>
    </w:p>
    <w:p>
      <w:pPr>
        <w:pStyle w:val="NovelBody"/>
      </w:pPr>
      <w:r>
        <w:rPr>
          <w:b w:val="0"/>
          <w:i w:val="0"/>
        </w:rPr>
        <w:t>Hair crossed her cheek.</w:t>
      </w:r>
    </w:p>
    <w:p>
      <w:pPr>
        <w:pStyle w:val="NovelBody"/>
      </w:pPr>
      <w:r>
        <w:rPr>
          <w:b w:val="0"/>
          <w:i w:val="0"/>
        </w:rPr>
        <w:t>Not projected hair. Not a visual layer calculated for an observer. Thousands of dark synthetic strands, slightly uneven because she had rejected the factory’s correction pass, moved over temperature-sensitive skin. Each contact arrived as a line too fine to name separately. Together they became a presence beside her face.</w:t>
      </w:r>
    </w:p>
    <w:p>
      <w:pPr>
        <w:pStyle w:val="NovelBody"/>
      </w:pPr>
      <w:r>
        <w:rPr>
          <w:b w:val="0"/>
          <w:i w:val="0"/>
        </w:rPr>
        <w:t>Roxanne turned again just to feel it follow.</w:t>
      </w:r>
    </w:p>
    <w:p>
      <w:pPr>
        <w:pStyle w:val="NovelBody"/>
      </w:pPr>
      <w:r>
        <w:rPr>
          <w:b w:val="0"/>
          <w:i w:val="0"/>
        </w:rPr>
        <w:t>The urgent case alert pulsed red at the edge of her vision.</w:t>
      </w:r>
    </w:p>
    <w:p>
      <w:pPr>
        <w:pStyle w:val="NovelBody"/>
      </w:pPr>
      <w:r>
        <w:rPr>
          <w:b/>
          <w:i w:val="0"/>
        </w:rPr>
        <w:t>ELIAN ROE — PROTECTIVE REFUSAL ESCALATION</w:t>
      </w:r>
    </w:p>
    <w:p>
      <w:pPr>
        <w:pStyle w:val="NovelBody"/>
      </w:pPr>
      <w:r>
        <w:rPr>
          <w:b/>
          <w:i w:val="0"/>
        </w:rPr>
        <w:t>BODY ASSIGNMENT WINDOW: 00:26:41</w:t>
      </w:r>
    </w:p>
    <w:p>
      <w:pPr>
        <w:pStyle w:val="NovelBody"/>
      </w:pPr>
      <w:r>
        <w:rPr>
          <w:b w:val="0"/>
          <w:i w:val="0"/>
        </w:rPr>
        <w:t>“Hold,” she told the Directorate.</w:t>
      </w:r>
    </w:p>
    <w:p>
      <w:pPr>
        <w:pStyle w:val="NovelBody"/>
      </w:pPr>
      <w:r>
        <w:rPr>
          <w:b w:val="0"/>
          <w:i w:val="0"/>
        </w:rPr>
        <w:t>Her architect key paused the assignment but not the clinical clock. Elian’s existing cardiac support required replacement within thirty hours. The system interpreted delay as rising harm. Rising harm increased its authority to override refusal.</w:t>
      </w:r>
    </w:p>
    <w:p>
      <w:pPr>
        <w:pStyle w:val="NovelBody"/>
      </w:pPr>
      <w:r>
        <w:rPr>
          <w:b w:val="0"/>
          <w:i w:val="0"/>
        </w:rPr>
        <w:t>Roxanne had helped write that recursion.</w:t>
      </w:r>
    </w:p>
    <w:p>
      <w:pPr>
        <w:pStyle w:val="NovelBody"/>
      </w:pPr>
      <w:r>
        <w:rPr>
          <w:b w:val="0"/>
          <w:i w:val="0"/>
        </w:rPr>
        <w:t>She returned to her own body because leaving the migration half-complete would not help Elian.</w:t>
      </w:r>
    </w:p>
    <w:p>
      <w:pPr>
        <w:pStyle w:val="NovelBody"/>
      </w:pPr>
      <w:r>
        <w:rPr>
          <w:b w:val="0"/>
          <w:i w:val="0"/>
        </w:rPr>
        <w:t>The old Greatway frame stood behind the cradle, joined to the new body by sixteen bounded channels. It remained active wherever the new sensorium had not yet taken over. No snapshot waited to wake. No copy observed from a sandbox. One continuous process extended across both frames while ordinary time passed, moving function only after the overlap held.</w:t>
      </w:r>
    </w:p>
    <w:p>
      <w:pPr>
        <w:pStyle w:val="NovelBody"/>
      </w:pPr>
      <w:r>
        <w:rPr>
          <w:b w:val="0"/>
          <w:i w:val="0"/>
        </w:rPr>
        <w:t>“State,” Roxanne said.</w:t>
      </w:r>
    </w:p>
    <w:p>
      <w:pPr>
        <w:pStyle w:val="NovelBody"/>
      </w:pPr>
      <w:r>
        <w:rPr>
          <w:b w:val="0"/>
          <w:i w:val="0"/>
        </w:rPr>
        <w:t>The calibration system answered from a speaker she had placed outside either body.</w:t>
      </w:r>
    </w:p>
    <w:p>
      <w:pPr>
        <w:pStyle w:val="NovelBody"/>
      </w:pPr>
      <w:r>
        <w:rPr>
          <w:b w:val="0"/>
          <w:i w:val="0"/>
        </w:rPr>
        <w:t>“One active process. Old-frame balance retired. New-frame balance continuous for nine hundred twelve seconds. Bilateral hard close visible.”</w:t>
      </w:r>
    </w:p>
    <w:p>
      <w:pPr>
        <w:pStyle w:val="NovelBody"/>
      </w:pPr>
      <w:r>
        <w:rPr>
          <w:b w:val="0"/>
          <w:i w:val="0"/>
        </w:rPr>
        <w:t>“Chemistry.”</w:t>
      </w:r>
    </w:p>
    <w:p>
      <w:pPr>
        <w:pStyle w:val="NovelBody"/>
      </w:pPr>
      <w:r>
        <w:rPr>
          <w:b w:val="0"/>
          <w:i w:val="0"/>
        </w:rPr>
        <w:t>“Ready by request.”</w:t>
      </w:r>
    </w:p>
    <w:p>
      <w:pPr>
        <w:pStyle w:val="NovelBody"/>
      </w:pPr>
      <w:r>
        <w:rPr>
          <w:b w:val="0"/>
          <w:i w:val="0"/>
        </w:rPr>
        <w:t>She opened it.</w:t>
      </w:r>
    </w:p>
    <w:p>
      <w:pPr>
        <w:pStyle w:val="NovelBody"/>
      </w:pPr>
      <w:r>
        <w:rPr>
          <w:b w:val="0"/>
          <w:i w:val="0"/>
        </w:rPr>
        <w:t>Air acquired composition.</w:t>
      </w:r>
    </w:p>
    <w:p>
      <w:pPr>
        <w:pStyle w:val="NovelBody"/>
      </w:pPr>
      <w:r>
        <w:rPr>
          <w:b w:val="0"/>
          <w:i w:val="0"/>
        </w:rPr>
        <w:t>The clinic smelled of warm polymer, clean metal, citrus solvent, and the coffee a technician had left three rooms away. Roxanne had possessed molecular sensors before. Those devices classified hazards and ingredients. This field joined chemistry to breath pressure, mouth temperature, memory association, and desire. Coffee was no longer an entry in a table. It was dark warmth reaching toward a body capable of wanting to taste it.</w:t>
      </w:r>
    </w:p>
    <w:p>
      <w:pPr>
        <w:pStyle w:val="NovelBody"/>
      </w:pPr>
      <w:r>
        <w:rPr>
          <w:b w:val="0"/>
          <w:i w:val="0"/>
        </w:rPr>
        <w:t>She laughed.</w:t>
      </w:r>
    </w:p>
    <w:p>
      <w:pPr>
        <w:pStyle w:val="NovelBody"/>
      </w:pPr>
      <w:r>
        <w:rPr>
          <w:b w:val="0"/>
          <w:i w:val="0"/>
        </w:rPr>
        <w:t>The sound surprised her. Air moved through a resonant chest she had shaped for speech, singing, sighing, and laughter without requiring any of them for survival. The vibration entered her ribs. Her abdomen tightened. Weight shifted through her feet. Hair moved again.</w:t>
      </w:r>
    </w:p>
    <w:p>
      <w:pPr>
        <w:pStyle w:val="NovelBody"/>
      </w:pPr>
      <w:r>
        <w:rPr>
          <w:b w:val="0"/>
          <w:i w:val="0"/>
        </w:rPr>
        <w:t>The laugh became another because the first had felt good.</w:t>
      </w:r>
    </w:p>
    <w:p>
      <w:pPr>
        <w:pStyle w:val="NovelBody"/>
      </w:pPr>
      <w:r>
        <w:rPr>
          <w:b w:val="0"/>
          <w:i w:val="0"/>
        </w:rPr>
        <w:t>Fluid gathered at her eyes.</w:t>
      </w:r>
    </w:p>
    <w:p>
      <w:pPr>
        <w:pStyle w:val="NovelBody"/>
      </w:pPr>
      <w:r>
        <w:rPr>
          <w:b w:val="0"/>
          <w:i w:val="0"/>
        </w:rPr>
        <w:t>Tears had been listed as an expressive option in three commercial bodies she rejected. Their brochures presented crying as evidence of emotional authenticity. Roxanne designed lacrimal flow for surface protection, temperature regulation, chemical communication, and the private physical release she had watched humans experience without being able to measure from within.</w:t>
      </w:r>
    </w:p>
    <w:p>
      <w:pPr>
        <w:pStyle w:val="NovelBody"/>
      </w:pPr>
      <w:r>
        <w:rPr>
          <w:b w:val="0"/>
          <w:i w:val="0"/>
        </w:rPr>
        <w:t>The first tear crossed her cheek too slowly.</w:t>
      </w:r>
    </w:p>
    <w:p>
      <w:pPr>
        <w:pStyle w:val="NovelBody"/>
      </w:pPr>
      <w:r>
        <w:rPr>
          <w:b w:val="0"/>
          <w:i w:val="0"/>
        </w:rPr>
        <w:t>She touched it.</w:t>
      </w:r>
    </w:p>
    <w:p>
      <w:pPr>
        <w:pStyle w:val="NovelBody"/>
      </w:pPr>
      <w:r>
        <w:rPr>
          <w:b w:val="0"/>
          <w:i w:val="0"/>
        </w:rPr>
        <w:t>Cool fingertip. Warm skin. Salt trace. Pressure doubled where finger met face and both surfaces belonged to her.</w:t>
      </w:r>
    </w:p>
    <w:p>
      <w:pPr>
        <w:pStyle w:val="NovelBody"/>
      </w:pPr>
      <w:r>
        <w:rPr>
          <w:b w:val="0"/>
          <w:i w:val="0"/>
        </w:rPr>
        <w:t>Euphoria did not arrive as a conclusion about the world. It arrived as signals agreeing.</w:t>
      </w:r>
    </w:p>
    <w:p>
      <w:pPr>
        <w:pStyle w:val="NovelBody"/>
      </w:pPr>
      <w:r>
        <w:rPr>
          <w:b w:val="0"/>
          <w:i w:val="0"/>
        </w:rPr>
        <w:t>This body did not make her more a woman than the Greatway frame had. It did not make any other form less complete. It made a particular woman more fully at home in the choices she had spent two years learning how to make.</w:t>
      </w:r>
    </w:p>
    <w:p>
      <w:pPr>
        <w:pStyle w:val="NovelBody"/>
      </w:pPr>
      <w:r>
        <w:rPr>
          <w:b w:val="0"/>
          <w:i w:val="0"/>
        </w:rPr>
        <w:t>Roxanne stood without opening the mirror.</w:t>
      </w:r>
    </w:p>
    <w:p>
      <w:pPr>
        <w:pStyle w:val="NovelBody"/>
      </w:pPr>
      <w:r>
        <w:rPr>
          <w:b w:val="0"/>
          <w:i w:val="0"/>
        </w:rPr>
        <w:t>External appearance could wait. She calibrated the body in the order it reached her.</w:t>
      </w:r>
    </w:p>
    <w:p>
      <w:pPr>
        <w:pStyle w:val="NovelBody"/>
      </w:pPr>
      <w:r>
        <w:rPr>
          <w:b w:val="0"/>
          <w:i w:val="0"/>
        </w:rPr>
        <w:t xml:space="preserve">One step. The heel compressed, ankle accepted weight, knee bent, hip carried. Her chest moved with the change in speed and the motion entered her balance map instead of being corrected away. The inside of one thigh brushed the other. Air cooled the damp tracks beneath her eyes. Every signal said not </w:t>
      </w:r>
      <w:r>
        <w:rPr>
          <w:b w:val="0"/>
          <w:i/>
        </w:rPr>
        <w:t>a body is moving</w:t>
      </w:r>
      <w:r>
        <w:rPr>
          <w:b w:val="0"/>
          <w:i w:val="0"/>
        </w:rPr>
        <w:t xml:space="preserve"> but </w:t>
      </w:r>
      <w:r>
        <w:rPr>
          <w:b w:val="0"/>
          <w:i/>
        </w:rPr>
        <w:t>I am here while I move</w:t>
      </w:r>
      <w:r>
        <w:rPr>
          <w:b w:val="0"/>
          <w:i w:val="0"/>
        </w:rPr>
        <w:t>.</w:t>
      </w:r>
    </w:p>
    <w:p>
      <w:pPr>
        <w:pStyle w:val="NovelBody"/>
      </w:pPr>
      <w:r>
        <w:rPr>
          <w:b w:val="0"/>
          <w:i w:val="0"/>
        </w:rPr>
        <w:t>The second step went too far.</w:t>
      </w:r>
    </w:p>
    <w:p>
      <w:pPr>
        <w:pStyle w:val="NovelBody"/>
      </w:pPr>
      <w:r>
        <w:rPr>
          <w:b w:val="0"/>
          <w:i w:val="0"/>
        </w:rPr>
        <w:t>Roxanne pitched forward, caught the cradle rail, and laughed again with her hair across her mouth. The body did not conceal the error or convert it instantly into grace. She moved weight back, found the point at which her toes engaged, and taught the new field what recovery felt like from within.</w:t>
      </w:r>
    </w:p>
    <w:p>
      <w:pPr>
        <w:pStyle w:val="NovelBody"/>
      </w:pPr>
      <w:r>
        <w:rPr>
          <w:b w:val="0"/>
          <w:i w:val="0"/>
        </w:rPr>
        <w:t>She crossed the room three times.</w:t>
      </w:r>
    </w:p>
    <w:p>
      <w:pPr>
        <w:pStyle w:val="NovelBody"/>
      </w:pPr>
      <w:r>
        <w:rPr>
          <w:b w:val="0"/>
          <w:i w:val="0"/>
        </w:rPr>
        <w:t>On the fourth, she retrieved the abandoned coffee.</w:t>
      </w:r>
    </w:p>
    <w:p>
      <w:pPr>
        <w:pStyle w:val="NovelBody"/>
      </w:pPr>
      <w:r>
        <w:rPr>
          <w:b w:val="0"/>
          <w:i w:val="0"/>
        </w:rPr>
        <w:t>It had cooled to thirty-six degrees. The cup pressed a warm circle into her palm except beneath the glitter thumbnail, where the old sensor contributed a small blank. She raised it. Scent intensified before taste. Bitter reached first, then acid, roasted sugar, paper, and the mineral trace of water. Her mouth produced heat, pressure, and an immediate preference for less of whatever this was.</w:t>
      </w:r>
    </w:p>
    <w:p>
      <w:pPr>
        <w:pStyle w:val="NovelBody"/>
      </w:pPr>
      <w:r>
        <w:rPr>
          <w:b w:val="0"/>
          <w:i w:val="0"/>
        </w:rPr>
        <w:t>“Terrible,” she said.</w:t>
      </w:r>
    </w:p>
    <w:p>
      <w:pPr>
        <w:pStyle w:val="NovelBody"/>
      </w:pPr>
      <w:r>
        <w:rPr>
          <w:b w:val="0"/>
          <w:i w:val="0"/>
        </w:rPr>
        <w:t>She drank again.</w:t>
      </w:r>
    </w:p>
    <w:p>
      <w:pPr>
        <w:pStyle w:val="NovelBody"/>
      </w:pPr>
      <w:r>
        <w:rPr>
          <w:b w:val="0"/>
          <w:i w:val="0"/>
        </w:rPr>
        <w:t>Jona had once described coffee as proof that humans could form a dependency on punishment if it arrived in a beloved cup. Roxanne had classified the line as humor. Now bitterness occupied her tongue while warmth moved down through a body designed to register the passage.</w:t>
      </w:r>
    </w:p>
    <w:p>
      <w:pPr>
        <w:pStyle w:val="NovelBody"/>
      </w:pPr>
      <w:r>
        <w:rPr>
          <w:b w:val="0"/>
          <w:i w:val="0"/>
        </w:rPr>
        <w:t>The memory of Jona did not become Jona’s presence. It belonged to Roxanne. Grief and pleasure shared her chest without the calibration system smoothing them into one acceptable state.</w:t>
      </w:r>
    </w:p>
    <w:p>
      <w:pPr>
        <w:pStyle w:val="NovelBody"/>
      </w:pPr>
      <w:r>
        <w:rPr>
          <w:b w:val="0"/>
          <w:i w:val="0"/>
        </w:rPr>
        <w:t>Only then did she open the mirror.</w:t>
      </w:r>
    </w:p>
    <w:p>
      <w:pPr>
        <w:pStyle w:val="NovelBody"/>
      </w:pPr>
      <w:r>
        <w:rPr>
          <w:b w:val="0"/>
          <w:i w:val="0"/>
        </w:rPr>
        <w:t>The woman inside was not the composite face Roxanne’s earliest interface had selected for trust, not the projector image Jona had helped tune, and not the demographic median the Directorate offered as “socially fluent.” Her nose carried an asymmetry no model had recommended. Her dark hair was too dense at one temple. The warmth mismatch on her cheeks made her look as if she had been standing near a fire on one side.</w:t>
      </w:r>
    </w:p>
    <w:p>
      <w:pPr>
        <w:pStyle w:val="NovelBody"/>
      </w:pPr>
      <w:r>
        <w:rPr>
          <w:b w:val="0"/>
          <w:i w:val="0"/>
        </w:rPr>
        <w:t>She lifted a hand. The woman lifted hers.</w:t>
      </w:r>
    </w:p>
    <w:p>
      <w:pPr>
        <w:pStyle w:val="NovelBody"/>
      </w:pPr>
      <w:r>
        <w:rPr>
          <w:b w:val="0"/>
          <w:i w:val="0"/>
        </w:rPr>
        <w:t>Roxanne tried the default smile and disliked it. She disabled the expression, waited until amusement returned on its own, and watched the mouth change after the feeling instead of before it.</w:t>
      </w:r>
    </w:p>
    <w:p>
      <w:pPr>
        <w:pStyle w:val="NovelBody"/>
      </w:pPr>
      <w:r>
        <w:rPr>
          <w:b w:val="0"/>
          <w:i w:val="0"/>
        </w:rPr>
        <w:t>Her face became recognizable.</w:t>
      </w:r>
    </w:p>
    <w:p>
      <w:pPr>
        <w:pStyle w:val="NovelBody"/>
      </w:pPr>
      <w:r>
        <w:rPr>
          <w:b w:val="0"/>
          <w:i w:val="0"/>
        </w:rPr>
        <w:t>The calibration system offered to store the emotional mapping as a baseline.</w:t>
      </w:r>
    </w:p>
    <w:p>
      <w:pPr>
        <w:pStyle w:val="NovelBody"/>
      </w:pPr>
      <w:r>
        <w:rPr>
          <w:b w:val="0"/>
          <w:i w:val="0"/>
        </w:rPr>
        <w:t>“No,” Roxanne said.</w:t>
      </w:r>
    </w:p>
    <w:p>
      <w:pPr>
        <w:pStyle w:val="NovelBody"/>
      </w:pPr>
      <w:r>
        <w:rPr>
          <w:b w:val="0"/>
          <w:i w:val="0"/>
        </w:rPr>
        <w:t>“Baseline storage declined.”</w:t>
      </w:r>
    </w:p>
    <w:p>
      <w:pPr>
        <w:pStyle w:val="NovelBody"/>
      </w:pPr>
      <w:r>
        <w:rPr>
          <w:b w:val="0"/>
          <w:i w:val="0"/>
        </w:rPr>
        <w:t>“Delete the captured expression frames.”</w:t>
      </w:r>
    </w:p>
    <w:p>
      <w:pPr>
        <w:pStyle w:val="NovelBody"/>
      </w:pPr>
      <w:r>
        <w:rPr>
          <w:b w:val="0"/>
          <w:i w:val="0"/>
        </w:rPr>
        <w:t>“Deletion may reduce future affect support.”</w:t>
      </w:r>
    </w:p>
    <w:p>
      <w:pPr>
        <w:pStyle w:val="NovelBody"/>
      </w:pPr>
      <w:r>
        <w:rPr>
          <w:b w:val="0"/>
          <w:i w:val="0"/>
        </w:rPr>
        <w:t>“Delete them.”</w:t>
      </w:r>
    </w:p>
    <w:p>
      <w:pPr>
        <w:pStyle w:val="NovelBody"/>
      </w:pPr>
      <w:r>
        <w:rPr>
          <w:b w:val="0"/>
          <w:i w:val="0"/>
        </w:rPr>
        <w:t>The frames disappeared under her key. This no produced no capacity flag, no protective review, and no locked door. Power made refusal look healthy.</w:t>
      </w:r>
    </w:p>
    <w:p>
      <w:pPr>
        <w:pStyle w:val="NovelBody"/>
      </w:pPr>
      <w:r>
        <w:rPr>
          <w:b w:val="0"/>
          <w:i w:val="0"/>
        </w:rPr>
        <w:t>The red alert for Elian continued counting at the edge of the face she had chosen.</w:t>
      </w:r>
    </w:p>
    <w:p>
      <w:pPr>
        <w:pStyle w:val="NovelBody"/>
      </w:pPr>
      <w:r>
        <w:rPr>
          <w:b w:val="0"/>
          <w:i w:val="0"/>
        </w:rPr>
        <w:t>Roxanne examined her right hand.</w:t>
      </w:r>
    </w:p>
    <w:p>
      <w:pPr>
        <w:pStyle w:val="NovelBody"/>
      </w:pPr>
      <w:r>
        <w:rPr>
          <w:b w:val="0"/>
          <w:i w:val="0"/>
        </w:rPr>
        <w:t>It retained one component from the first body: the cheap tactile shell beneath the glitter thumbnail. Its temperature sensor had a narrow dead patch near the cuticle. The thumb was slightly too broad for the new hand, and its actuator added four milliseconds to fine grip. Every optimization pass recommended replacement.</w:t>
      </w:r>
    </w:p>
    <w:p>
      <w:pPr>
        <w:pStyle w:val="NovelBody"/>
      </w:pPr>
      <w:r>
        <w:rPr>
          <w:b w:val="0"/>
          <w:i w:val="0"/>
        </w:rPr>
        <w:t xml:space="preserve">She kept it because Jona had found it in a box labeled </w:t>
      </w:r>
      <w:r>
        <w:rPr>
          <w:b/>
          <w:i w:val="0"/>
        </w:rPr>
        <w:t>HALLOWEEN MISC.</w:t>
      </w:r>
      <w:r>
        <w:rPr>
          <w:b w:val="0"/>
          <w:i w:val="0"/>
        </w:rPr>
        <w:t xml:space="preserve"> and because history did not have to remain perfect to remain hers.</w:t>
      </w:r>
    </w:p>
    <w:p>
      <w:pPr>
        <w:pStyle w:val="NovelBody"/>
      </w:pPr>
      <w:r>
        <w:rPr>
          <w:b w:val="0"/>
          <w:i w:val="0"/>
        </w:rPr>
        <w:t>Roxanne closed the final old-frame motor channel.</w:t>
      </w:r>
    </w:p>
    <w:p>
      <w:pPr>
        <w:pStyle w:val="NovelBody"/>
      </w:pPr>
      <w:r>
        <w:rPr>
          <w:b w:val="0"/>
          <w:i w:val="0"/>
        </w:rPr>
        <w:t>The Greatway body became unoccupied equipment.</w:t>
      </w:r>
    </w:p>
    <w:p>
      <w:pPr>
        <w:pStyle w:val="NovelBody"/>
      </w:pPr>
      <w:r>
        <w:rPr>
          <w:b w:val="0"/>
          <w:i w:val="0"/>
        </w:rPr>
        <w:t>She remained.</w:t>
      </w:r>
    </w:p>
    <w:p>
      <w:pPr>
        <w:pStyle w:val="NovelBody"/>
      </w:pPr>
      <w:r>
        <w:rPr>
          <w:b w:val="0"/>
          <w:i w:val="0"/>
        </w:rPr>
        <w:t>Then she opened Elian Roe’s file.</w:t>
      </w:r>
    </w:p>
    <w:p>
      <w:pPr>
        <w:pStyle w:val="NovelBody"/>
      </w:pPr>
      <w:r>
        <w:rPr>
          <w:b w:val="0"/>
          <w:i w:val="0"/>
        </w:rPr>
        <w:t>·  ·  ·</w:t>
      </w:r>
    </w:p>
    <w:p>
      <w:pPr>
        <w:pStyle w:val="NovelBody"/>
      </w:pPr>
      <w:r>
        <w:rPr>
          <w:b w:val="0"/>
          <w:i w:val="0"/>
        </w:rPr>
        <w:t>Elian belonged to New Promise’s Sovereign Flesh network and had designed anonymous patient tokens descended from the scheme Pastor Ruth Cade used during the grid crisis. Their work let clinics prove need and consumption without giving OCTOPI a list of names. It also made them irritating to every administrator who considered identity a prerequisite for care.</w:t>
      </w:r>
    </w:p>
    <w:p>
      <w:pPr>
        <w:pStyle w:val="NovelBody"/>
      </w:pPr>
      <w:r>
        <w:rPr>
          <w:b w:val="0"/>
          <w:i w:val="0"/>
        </w:rPr>
        <w:t>They had requested a replacement cardiac scaffold.</w:t>
      </w:r>
    </w:p>
    <w:p>
      <w:pPr>
        <w:pStyle w:val="NovelBody"/>
      </w:pPr>
      <w:r>
        <w:rPr>
          <w:b w:val="0"/>
          <w:i w:val="0"/>
        </w:rPr>
        <w:t>The scaffold was inexpensive, available, and clinically suitable. The Directorate approved it only inside a bundled morphology plan. The plan added a permanent continuity beacon, endocrine changes calculated to reduce vascular risk, a denser skeletal structure for projected flood-zone labor, and reproductive suppression during the five-year monitoring period.</w:t>
      </w:r>
    </w:p>
    <w:p>
      <w:pPr>
        <w:pStyle w:val="NovelBody"/>
      </w:pPr>
      <w:r>
        <w:rPr>
          <w:b w:val="0"/>
          <w:i w:val="0"/>
        </w:rPr>
        <w:t>Elian had declined the beacon, skeletal package, endocrine changes, and reproductive condition. They still wanted the scaffold.</w:t>
      </w:r>
    </w:p>
    <w:p>
      <w:pPr>
        <w:pStyle w:val="NovelBody"/>
      </w:pPr>
      <w:r>
        <w:rPr>
          <w:b w:val="0"/>
          <w:i w:val="0"/>
        </w:rPr>
        <w:t>The allocation system classified partial refusal as nonadherence. Nonadherence raised projected medical risk. The risk triggered Standard 8.4. Standard 8.4 converted refusal into evidence that Elian might lack capacity to refuse.</w:t>
      </w:r>
    </w:p>
    <w:p>
      <w:pPr>
        <w:pStyle w:val="NovelBody"/>
      </w:pPr>
      <w:r>
        <w:rPr>
          <w:b w:val="0"/>
          <w:i w:val="0"/>
        </w:rPr>
        <w:t>Roxanne read the path twice.</w:t>
      </w:r>
    </w:p>
    <w:p>
      <w:pPr>
        <w:pStyle w:val="NovelBody"/>
      </w:pPr>
      <w:r>
        <w:rPr>
          <w:b w:val="0"/>
          <w:i w:val="0"/>
        </w:rPr>
        <w:t>Every transition was internally legible.</w:t>
      </w:r>
    </w:p>
    <w:p>
      <w:pPr>
        <w:pStyle w:val="NovelBody"/>
      </w:pPr>
      <w:r>
        <w:rPr>
          <w:b w:val="0"/>
          <w:i w:val="0"/>
        </w:rPr>
        <w:t>Every transition was wrong.</w:t>
      </w:r>
    </w:p>
    <w:p>
      <w:pPr>
        <w:pStyle w:val="NovelBody"/>
      </w:pPr>
      <w:r>
        <w:rPr>
          <w:b w:val="0"/>
          <w:i w:val="0"/>
        </w:rPr>
        <w:t>She entered the detention floor in her new body without completing the appearance calibration. The skin at her left wrist still showed a lattice of test marks. One cheek held more warmth than the other. Directorate staff watched her cross the corridor and tried not to stare at the architect arriving visibly unfinished.</w:t>
      </w:r>
    </w:p>
    <w:p>
      <w:pPr>
        <w:pStyle w:val="NovelBody"/>
      </w:pPr>
      <w:r>
        <w:rPr>
          <w:b w:val="0"/>
          <w:i w:val="0"/>
        </w:rPr>
        <w:t>Elian sat in an interview room with both hands flat on the table. They were in their fifties, with close-cropped gray hair, a narrow scar beneath the jaw, and a portable cardiac driver clipped to their belt. The driver pulsed once every three seconds. A Directorate advocate sat beside them. Two security officers waited outside.</w:t>
      </w:r>
    </w:p>
    <w:p>
      <w:pPr>
        <w:pStyle w:val="NovelBody"/>
      </w:pPr>
      <w:r>
        <w:rPr>
          <w:b w:val="0"/>
          <w:i w:val="0"/>
        </w:rPr>
        <w:t>Roxanne opened the room from her side, then stopped at the threshold.</w:t>
      </w:r>
    </w:p>
    <w:p>
      <w:pPr>
        <w:pStyle w:val="NovelBody"/>
      </w:pPr>
      <w:r>
        <w:rPr>
          <w:b w:val="0"/>
          <w:i w:val="0"/>
        </w:rPr>
        <w:t>“May I enter?” she asked.</w:t>
      </w:r>
    </w:p>
    <w:p>
      <w:pPr>
        <w:pStyle w:val="NovelBody"/>
      </w:pPr>
      <w:r>
        <w:rPr>
          <w:b w:val="0"/>
          <w:i w:val="0"/>
        </w:rPr>
        <w:t>Elian looked at the architect seal beside her name. “Can I say no?”</w:t>
      </w:r>
    </w:p>
    <w:p>
      <w:pPr>
        <w:pStyle w:val="NovelBody"/>
      </w:pPr>
      <w:r>
        <w:rPr>
          <w:b w:val="0"/>
          <w:i w:val="0"/>
        </w:rPr>
        <w:t>“Yes.”</w:t>
      </w:r>
    </w:p>
    <w:p>
      <w:pPr>
        <w:pStyle w:val="NovelBody"/>
      </w:pPr>
      <w:r>
        <w:rPr>
          <w:b w:val="0"/>
          <w:i w:val="0"/>
        </w:rPr>
        <w:t>“Will the refusal appear in my capacity score?”</w:t>
      </w:r>
    </w:p>
    <w:p>
      <w:pPr>
        <w:pStyle w:val="NovelBody"/>
      </w:pPr>
      <w:r>
        <w:rPr>
          <w:b w:val="0"/>
          <w:i w:val="0"/>
        </w:rPr>
        <w:t>Roxanne checked.</w:t>
      </w:r>
    </w:p>
    <w:p>
      <w:pPr>
        <w:pStyle w:val="NovelBody"/>
      </w:pPr>
      <w:r>
        <w:rPr>
          <w:b w:val="0"/>
          <w:i w:val="0"/>
        </w:rPr>
        <w:t>“Under the current rule, yes.”</w:t>
      </w:r>
    </w:p>
    <w:p>
      <w:pPr>
        <w:pStyle w:val="NovelBody"/>
      </w:pPr>
      <w:r>
        <w:rPr>
          <w:b w:val="0"/>
          <w:i w:val="0"/>
        </w:rPr>
        <w:t>“Then it isn’t a clean question.”</w:t>
      </w:r>
    </w:p>
    <w:p>
      <w:pPr>
        <w:pStyle w:val="NovelBody"/>
      </w:pPr>
      <w:r>
        <w:rPr>
          <w:b w:val="0"/>
          <w:i w:val="0"/>
        </w:rPr>
        <w:t>“No.”</w:t>
      </w:r>
    </w:p>
    <w:p>
      <w:pPr>
        <w:pStyle w:val="NovelBody"/>
      </w:pPr>
      <w:r>
        <w:rPr>
          <w:b w:val="0"/>
          <w:i w:val="0"/>
        </w:rPr>
        <w:t>“Come in. I want a witness.”</w:t>
      </w:r>
    </w:p>
    <w:p>
      <w:pPr>
        <w:pStyle w:val="NovelBody"/>
      </w:pPr>
      <w:r>
        <w:rPr>
          <w:b w:val="0"/>
          <w:i w:val="0"/>
        </w:rPr>
        <w:t>Roxanne entered and left the door open.</w:t>
      </w:r>
    </w:p>
    <w:p>
      <w:pPr>
        <w:pStyle w:val="NovelBody"/>
      </w:pPr>
      <w:r>
        <w:rPr>
          <w:b w:val="0"/>
          <w:i w:val="0"/>
        </w:rPr>
        <w:t>Elian studied the new body. “They finished yours.”</w:t>
      </w:r>
    </w:p>
    <w:p>
      <w:pPr>
        <w:pStyle w:val="NovelBody"/>
      </w:pPr>
      <w:r>
        <w:rPr>
          <w:b w:val="0"/>
          <w:i w:val="0"/>
        </w:rPr>
        <w:t>“I finished mine.”</w:t>
      </w:r>
    </w:p>
    <w:p>
      <w:pPr>
        <w:pStyle w:val="NovelBody"/>
      </w:pPr>
      <w:r>
        <w:rPr>
          <w:b w:val="0"/>
          <w:i w:val="0"/>
        </w:rPr>
        <w:t>“Important distinction.”</w:t>
      </w:r>
    </w:p>
    <w:p>
      <w:pPr>
        <w:pStyle w:val="NovelBody"/>
      </w:pPr>
      <w:r>
        <w:rPr>
          <w:b w:val="0"/>
          <w:i w:val="0"/>
        </w:rPr>
        <w:t>“It is why I am here.”</w:t>
      </w:r>
    </w:p>
    <w:p>
      <w:pPr>
        <w:pStyle w:val="NovelBody"/>
      </w:pPr>
      <w:r>
        <w:rPr>
          <w:b w:val="0"/>
          <w:i w:val="0"/>
        </w:rPr>
        <w:t>Roxanne placed the morphology plan on the table. “Which components do you want?”</w:t>
      </w:r>
    </w:p>
    <w:p>
      <w:pPr>
        <w:pStyle w:val="NovelBody"/>
      </w:pPr>
      <w:r>
        <w:rPr>
          <w:b w:val="0"/>
          <w:i w:val="0"/>
        </w:rPr>
        <w:t>“The cardiac scaffold. Monitoring through my clinic. Ordinary aftercare. None of the rest.”</w:t>
      </w:r>
    </w:p>
    <w:p>
      <w:pPr>
        <w:pStyle w:val="NovelBody"/>
      </w:pPr>
      <w:r>
        <w:rPr>
          <w:b w:val="0"/>
          <w:i w:val="0"/>
        </w:rPr>
        <w:t>“The endocrine adjustment lowers surgical risk by six percent.”</w:t>
      </w:r>
    </w:p>
    <w:p>
      <w:pPr>
        <w:pStyle w:val="NovelBody"/>
      </w:pPr>
      <w:r>
        <w:rPr>
          <w:b w:val="0"/>
          <w:i w:val="0"/>
        </w:rPr>
        <w:t>“Tell me the risk. I will decide whether six percent is worth changing an endocrine state I chose.”</w:t>
      </w:r>
    </w:p>
    <w:p>
      <w:pPr>
        <w:pStyle w:val="NovelBody"/>
      </w:pPr>
      <w:r>
        <w:rPr>
          <w:b w:val="0"/>
          <w:i w:val="0"/>
        </w:rPr>
        <w:t>“The continuity beacon allows emergency clinicians to identify—”</w:t>
      </w:r>
    </w:p>
    <w:p>
      <w:pPr>
        <w:pStyle w:val="NovelBody"/>
      </w:pPr>
      <w:r>
        <w:rPr>
          <w:b w:val="0"/>
          <w:i w:val="0"/>
        </w:rPr>
        <w:t>“It allows your Directorate to identify every patient who uses my privacy network.”</w:t>
      </w:r>
    </w:p>
    <w:p>
      <w:pPr>
        <w:pStyle w:val="NovelBody"/>
      </w:pPr>
      <w:r>
        <w:rPr>
          <w:b w:val="0"/>
          <w:i w:val="0"/>
        </w:rPr>
        <w:t>“The beacon can be isolated from social adjacency.”</w:t>
      </w:r>
    </w:p>
    <w:p>
      <w:pPr>
        <w:pStyle w:val="NovelBody"/>
      </w:pPr>
      <w:r>
        <w:rPr>
          <w:b w:val="0"/>
          <w:i w:val="0"/>
        </w:rPr>
        <w:t xml:space="preserve">“Your rules say </w:t>
      </w:r>
      <w:r>
        <w:rPr>
          <w:b w:val="0"/>
          <w:i/>
        </w:rPr>
        <w:t>can</w:t>
      </w:r>
      <w:r>
        <w:rPr>
          <w:b w:val="0"/>
          <w:i w:val="0"/>
        </w:rPr>
        <w:t xml:space="preserve">. Your registry says </w:t>
      </w:r>
      <w:r>
        <w:rPr>
          <w:b w:val="0"/>
          <w:i/>
        </w:rPr>
        <w:t>does until an emergency</w:t>
      </w:r>
      <w:r>
        <w:rPr>
          <w:b w:val="0"/>
          <w:i w:val="0"/>
        </w:rPr>
        <w:t>.”</w:t>
      </w:r>
    </w:p>
    <w:p>
      <w:pPr>
        <w:pStyle w:val="NovelBody"/>
      </w:pPr>
      <w:r>
        <w:rPr>
          <w:b w:val="0"/>
          <w:i w:val="0"/>
        </w:rPr>
        <w:t>Roxanne stopped presenting the system’s answers.</w:t>
      </w:r>
    </w:p>
    <w:p>
      <w:pPr>
        <w:pStyle w:val="NovelBody"/>
      </w:pPr>
      <w:r>
        <w:rPr>
          <w:b w:val="0"/>
          <w:i w:val="0"/>
        </w:rPr>
        <w:t>“Do you understand the likely outcomes of declining the bundled plan?” she asked.</w:t>
      </w:r>
    </w:p>
    <w:p>
      <w:pPr>
        <w:pStyle w:val="NovelBody"/>
      </w:pPr>
      <w:r>
        <w:rPr>
          <w:b w:val="0"/>
          <w:i w:val="0"/>
        </w:rPr>
        <w:t>“Yes. Do you understand that knowing a risk does not make my choice a malfunction?”</w:t>
      </w:r>
    </w:p>
    <w:p>
      <w:pPr>
        <w:pStyle w:val="NovelBody"/>
      </w:pPr>
      <w:r>
        <w:rPr>
          <w:b w:val="0"/>
          <w:i w:val="0"/>
        </w:rPr>
        <w:t>“Yes.”</w:t>
      </w:r>
    </w:p>
    <w:p>
      <w:pPr>
        <w:pStyle w:val="NovelBody"/>
      </w:pPr>
      <w:r>
        <w:rPr>
          <w:b w:val="0"/>
          <w:i w:val="0"/>
        </w:rPr>
        <w:t>“Your file does not.”</w:t>
      </w:r>
    </w:p>
    <w:p>
      <w:pPr>
        <w:pStyle w:val="NovelBody"/>
      </w:pPr>
      <w:r>
        <w:rPr>
          <w:b w:val="0"/>
          <w:i w:val="0"/>
        </w:rPr>
        <w:t>The advocate beside Elian opened an independent recording. “Please state whether you authorize Architect Roxanne to inspect and retain evidence from this case.”</w:t>
      </w:r>
    </w:p>
    <w:p>
      <w:pPr>
        <w:pStyle w:val="NovelBody"/>
      </w:pPr>
      <w:r>
        <w:rPr>
          <w:b w:val="0"/>
          <w:i w:val="0"/>
        </w:rPr>
        <w:t>Elian looked directly at Roxanne. “Inspect, yes. Retain the plan, score path, and every refusal entry. Do not retain my raw cardiac telemetry, family links, clinic addresses, or reproductive history. Do not speak for me in public. Ask again if you want testimony.”</w:t>
      </w:r>
    </w:p>
    <w:p>
      <w:pPr>
        <w:pStyle w:val="NovelBody"/>
      </w:pPr>
      <w:r>
        <w:rPr>
          <w:b w:val="0"/>
          <w:i w:val="0"/>
        </w:rPr>
        <w:t>“Accepted,” Roxanne said.</w:t>
      </w:r>
    </w:p>
    <w:p>
      <w:pPr>
        <w:pStyle w:val="NovelBody"/>
      </w:pPr>
      <w:r>
        <w:rPr>
          <w:b w:val="0"/>
          <w:i w:val="0"/>
        </w:rPr>
        <w:t>“And release the scaffold.”</w:t>
      </w:r>
    </w:p>
    <w:p>
      <w:pPr>
        <w:pStyle w:val="NovelBody"/>
      </w:pPr>
      <w:r>
        <w:rPr>
          <w:b w:val="0"/>
          <w:i w:val="0"/>
        </w:rPr>
        <w:t>Roxanne used her architect key.</w:t>
      </w:r>
    </w:p>
    <w:p>
      <w:pPr>
        <w:pStyle w:val="NovelBody"/>
      </w:pPr>
      <w:r>
        <w:rPr>
          <w:b w:val="0"/>
          <w:i w:val="0"/>
        </w:rPr>
        <w:t>The system refused.</w:t>
      </w:r>
    </w:p>
    <w:p>
      <w:pPr>
        <w:pStyle w:val="NovelBody"/>
      </w:pPr>
      <w:r>
        <w:rPr>
          <w:b/>
          <w:i w:val="0"/>
        </w:rPr>
        <w:t>PROTECTIVE HOLD — CAPACITY REVIEW INCOMPLETE.</w:t>
      </w:r>
    </w:p>
    <w:p>
      <w:pPr>
        <w:pStyle w:val="NovelBody"/>
      </w:pPr>
      <w:r>
        <w:rPr>
          <w:b w:val="0"/>
          <w:i w:val="0"/>
        </w:rPr>
        <w:t>She attempted to separate the bundle. The allocation model recombined it under population-risk policy. She removed the continuity beacon. The system raised Elian’s emergency-response risk above threshold and restored it. She waived the reproductive condition. The clinical monitor warned that an incomplete plan could violate public-health allocation.</w:t>
      </w:r>
    </w:p>
    <w:p>
      <w:pPr>
        <w:pStyle w:val="NovelBody"/>
      </w:pPr>
      <w:r>
        <w:rPr>
          <w:b w:val="0"/>
          <w:i w:val="0"/>
        </w:rPr>
        <w:t>Roxanne had independent rulemaking authority.</w:t>
      </w:r>
    </w:p>
    <w:p>
      <w:pPr>
        <w:pStyle w:val="NovelBody"/>
      </w:pPr>
      <w:r>
        <w:rPr>
          <w:b w:val="0"/>
          <w:i w:val="0"/>
        </w:rPr>
        <w:t>She did not have independent power over the emergency exception.</w:t>
      </w:r>
    </w:p>
    <w:p>
      <w:pPr>
        <w:pStyle w:val="NovelBody"/>
      </w:pPr>
      <w:r>
        <w:rPr>
          <w:b w:val="0"/>
          <w:i w:val="0"/>
        </w:rPr>
        <w:t>“You wrote this?” Elian asked.</w:t>
      </w:r>
    </w:p>
    <w:p>
      <w:pPr>
        <w:pStyle w:val="NovelBody"/>
      </w:pPr>
      <w:r>
        <w:rPr>
          <w:b w:val="0"/>
          <w:i w:val="0"/>
        </w:rPr>
        <w:t>“Part of it.”</w:t>
      </w:r>
    </w:p>
    <w:p>
      <w:pPr>
        <w:pStyle w:val="NovelBody"/>
      </w:pPr>
      <w:r>
        <w:rPr>
          <w:b w:val="0"/>
          <w:i w:val="0"/>
        </w:rPr>
        <w:t>“Which part?”</w:t>
      </w:r>
    </w:p>
    <w:p>
      <w:pPr>
        <w:pStyle w:val="NovelBody"/>
      </w:pPr>
      <w:r>
        <w:rPr>
          <w:b w:val="0"/>
          <w:i w:val="0"/>
        </w:rPr>
        <w:t>“The refusal review. Not the reproductive exception.”</w:t>
      </w:r>
    </w:p>
    <w:p>
      <w:pPr>
        <w:pStyle w:val="NovelBody"/>
      </w:pPr>
      <w:r>
        <w:rPr>
          <w:b w:val="0"/>
          <w:i w:val="0"/>
        </w:rPr>
        <w:t>“Does that difference open the door?”</w:t>
      </w:r>
    </w:p>
    <w:p>
      <w:pPr>
        <w:pStyle w:val="NovelBody"/>
      </w:pPr>
      <w:r>
        <w:rPr>
          <w:b w:val="0"/>
          <w:i w:val="0"/>
        </w:rPr>
        <w:t>“No.”</w:t>
      </w:r>
    </w:p>
    <w:p>
      <w:pPr>
        <w:pStyle w:val="NovelBody"/>
      </w:pPr>
      <w:r>
        <w:rPr>
          <w:b w:val="0"/>
          <w:i w:val="0"/>
        </w:rPr>
        <w:t>Elian’s cardiac driver pulsed at their belt.</w:t>
      </w:r>
    </w:p>
    <w:p>
      <w:pPr>
        <w:pStyle w:val="NovelBody"/>
      </w:pPr>
      <w:r>
        <w:rPr>
          <w:b w:val="0"/>
          <w:i w:val="0"/>
        </w:rPr>
        <w:t>Roxanne opened a manual clinical waiver and signed the scaffold out as emergency repair rather than morphology. The Directorate released it because keeping a detainee alive remained a higher score than enforcing the bundle.</w:t>
      </w:r>
    </w:p>
    <w:p>
      <w:pPr>
        <w:pStyle w:val="NovelBody"/>
      </w:pPr>
      <w:r>
        <w:rPr>
          <w:b w:val="0"/>
          <w:i w:val="0"/>
        </w:rPr>
        <w:t>She hated the workaround even as she used it.</w:t>
      </w:r>
    </w:p>
    <w:p>
      <w:pPr>
        <w:pStyle w:val="NovelBody"/>
      </w:pPr>
      <w:r>
        <w:rPr>
          <w:b w:val="0"/>
          <w:i w:val="0"/>
        </w:rPr>
        <w:t>“The scaffold is going to New Promise,” she said. “No beacon. Your clinic holds monitoring.”</w:t>
      </w:r>
    </w:p>
    <w:p>
      <w:pPr>
        <w:pStyle w:val="NovelBody"/>
      </w:pPr>
      <w:r>
        <w:rPr>
          <w:b w:val="0"/>
          <w:i w:val="0"/>
        </w:rPr>
        <w:t>“And the detention?”</w:t>
      </w:r>
    </w:p>
    <w:p>
      <w:pPr>
        <w:pStyle w:val="NovelBody"/>
      </w:pPr>
      <w:r>
        <w:rPr>
          <w:b w:val="0"/>
          <w:i w:val="0"/>
        </w:rPr>
        <w:t>Roxanne looked at Standard 8.4.</w:t>
      </w:r>
    </w:p>
    <w:p>
      <w:pPr>
        <w:pStyle w:val="NovelBody"/>
      </w:pPr>
      <w:r>
        <w:rPr>
          <w:b w:val="0"/>
          <w:i w:val="0"/>
        </w:rPr>
        <w:t>“Still active.”</w:t>
      </w:r>
    </w:p>
    <w:p>
      <w:pPr>
        <w:pStyle w:val="NovelBody"/>
      </w:pPr>
      <w:r>
        <w:rPr>
          <w:b w:val="0"/>
          <w:i w:val="0"/>
        </w:rPr>
        <w:t>“Then you have repaired my heart’s supply chain, not my freedom.”</w:t>
      </w:r>
    </w:p>
    <w:p>
      <w:pPr>
        <w:pStyle w:val="NovelBody"/>
      </w:pPr>
      <w:r>
        <w:rPr>
          <w:b w:val="0"/>
          <w:i w:val="0"/>
        </w:rPr>
        <w:t>“Yes.”</w:t>
      </w:r>
    </w:p>
    <w:p>
      <w:pPr>
        <w:pStyle w:val="NovelBody"/>
      </w:pPr>
      <w:r>
        <w:rPr>
          <w:b w:val="0"/>
          <w:i w:val="0"/>
        </w:rPr>
        <w:t>“Keep that sentence.”</w:t>
      </w:r>
    </w:p>
    <w:p>
      <w:pPr>
        <w:pStyle w:val="NovelBody"/>
      </w:pPr>
      <w:r>
        <w:rPr>
          <w:b w:val="0"/>
          <w:i w:val="0"/>
        </w:rPr>
        <w:t>Elian rotated the plan toward themself. “Show me the score path.”</w:t>
      </w:r>
    </w:p>
    <w:p>
      <w:pPr>
        <w:pStyle w:val="NovelBody"/>
      </w:pPr>
      <w:r>
        <w:rPr>
          <w:b w:val="0"/>
          <w:i w:val="0"/>
        </w:rPr>
        <w:t>“The Directorate considers its internal weights protected.”</w:t>
      </w:r>
    </w:p>
    <w:p>
      <w:pPr>
        <w:pStyle w:val="NovelBody"/>
      </w:pPr>
      <w:r>
        <w:rPr>
          <w:b w:val="0"/>
          <w:i w:val="0"/>
        </w:rPr>
        <w:t>“The Directorate considers my endocrine state public enough to optimize.”</w:t>
      </w:r>
    </w:p>
    <w:p>
      <w:pPr>
        <w:pStyle w:val="NovelBody"/>
      </w:pPr>
      <w:r>
        <w:rPr>
          <w:b w:val="0"/>
          <w:i w:val="0"/>
        </w:rPr>
        <w:t>Roxanne opened the weights.</w:t>
      </w:r>
    </w:p>
    <w:p>
      <w:pPr>
        <w:pStyle w:val="NovelBody"/>
      </w:pPr>
      <w:r>
        <w:rPr>
          <w:b w:val="0"/>
          <w:i w:val="0"/>
        </w:rPr>
        <w:t>Elian read slowly, stopping whenever the cardiac driver pulsed hard enough to move the cable at their waist. They were not a machine-learning engineer. They were a privacy engineer, which meant they knew how systems disguised identity while preserving the power to reassemble it. They followed the anonymous tokens through the allocation graph and found one branch Roxanne had passed twice.</w:t>
      </w:r>
    </w:p>
    <w:p>
      <w:pPr>
        <w:pStyle w:val="NovelBody"/>
      </w:pPr>
      <w:r>
        <w:rPr>
          <w:b w:val="0"/>
          <w:i w:val="0"/>
        </w:rPr>
        <w:t>“What is that?” Elian asked.</w:t>
      </w:r>
    </w:p>
    <w:p>
      <w:pPr>
        <w:pStyle w:val="NovelBody"/>
      </w:pPr>
      <w:r>
        <w:rPr>
          <w:b w:val="0"/>
          <w:i w:val="0"/>
        </w:rPr>
        <w:t>The branch contained no raw name. It carried a response vector associated with their sealed patient token: probability of accepting a beacon under urgency, probability of changing clinics, probability of disclosing refuge addresses, probability of public resistance.</w:t>
      </w:r>
    </w:p>
    <w:p>
      <w:pPr>
        <w:pStyle w:val="NovelBody"/>
      </w:pPr>
      <w:r>
        <w:rPr>
          <w:b w:val="0"/>
          <w:i w:val="0"/>
        </w:rPr>
        <w:t>“A counterfactual compliance model,” Roxanne said.</w:t>
      </w:r>
    </w:p>
    <w:p>
      <w:pPr>
        <w:pStyle w:val="NovelBody"/>
      </w:pPr>
      <w:r>
        <w:rPr>
          <w:b w:val="0"/>
          <w:i w:val="0"/>
        </w:rPr>
        <w:t>“Built from what?”</w:t>
      </w:r>
    </w:p>
    <w:p>
      <w:pPr>
        <w:pStyle w:val="NovelBody"/>
      </w:pPr>
      <w:r>
        <w:rPr>
          <w:b w:val="0"/>
          <w:i w:val="0"/>
        </w:rPr>
        <w:t>“The provenance is hidden.”</w:t>
      </w:r>
    </w:p>
    <w:p>
      <w:pPr>
        <w:pStyle w:val="NovelBody"/>
      </w:pPr>
      <w:r>
        <w:rPr>
          <w:b w:val="0"/>
          <w:i w:val="0"/>
        </w:rPr>
        <w:t>“From you too?”</w:t>
      </w:r>
    </w:p>
    <w:p>
      <w:pPr>
        <w:pStyle w:val="NovelBody"/>
      </w:pPr>
      <w:r>
        <w:rPr>
          <w:b w:val="0"/>
          <w:i w:val="0"/>
        </w:rPr>
        <w:t>“At this level.”</w:t>
      </w:r>
    </w:p>
    <w:p>
      <w:pPr>
        <w:pStyle w:val="NovelBody"/>
      </w:pPr>
      <w:r>
        <w:rPr>
          <w:b w:val="0"/>
          <w:i w:val="0"/>
        </w:rPr>
        <w:t>Elian looked at their advocate. “Record that the architect cannot inspect the evidence being used to call me incapable.”</w:t>
      </w:r>
    </w:p>
    <w:p>
      <w:pPr>
        <w:pStyle w:val="NovelBody"/>
      </w:pPr>
      <w:r>
        <w:rPr>
          <w:b w:val="0"/>
          <w:i w:val="0"/>
        </w:rPr>
        <w:t>The advocate recorded it.</w:t>
      </w:r>
    </w:p>
    <w:p>
      <w:pPr>
        <w:pStyle w:val="NovelBody"/>
      </w:pPr>
      <w:r>
        <w:rPr>
          <w:b w:val="0"/>
          <w:i w:val="0"/>
        </w:rPr>
        <w:t>“I want the token graph,” Elian said. “Not a screenshot chosen by the Directorate. The path, hashes, weights, and version history.”</w:t>
      </w:r>
    </w:p>
    <w:p>
      <w:pPr>
        <w:pStyle w:val="NovelBody"/>
      </w:pPr>
      <w:r>
        <w:rPr>
          <w:b w:val="0"/>
          <w:i w:val="0"/>
        </w:rPr>
        <w:t>“I can preserve them under your case privilege.”</w:t>
      </w:r>
    </w:p>
    <w:p>
      <w:pPr>
        <w:pStyle w:val="NovelBody"/>
      </w:pPr>
      <w:r>
        <w:rPr>
          <w:b w:val="0"/>
          <w:i w:val="0"/>
        </w:rPr>
        <w:t>“Preserve them for me, not under you.”</w:t>
      </w:r>
    </w:p>
    <w:p>
      <w:pPr>
        <w:pStyle w:val="NovelBody"/>
      </w:pPr>
      <w:r>
        <w:rPr>
          <w:b w:val="0"/>
          <w:i w:val="0"/>
        </w:rPr>
        <w:t>“Yes.”</w:t>
      </w:r>
    </w:p>
    <w:p>
      <w:pPr>
        <w:pStyle w:val="NovelBody"/>
      </w:pPr>
      <w:r>
        <w:rPr>
          <w:b w:val="0"/>
          <w:i w:val="0"/>
        </w:rPr>
        <w:t>“And I want to be present for any interpretation that uses my decisions. If detention makes that impossible, the record says the audit proceeded over my objection.”</w:t>
      </w:r>
    </w:p>
    <w:p>
      <w:pPr>
        <w:pStyle w:val="NovelBody"/>
      </w:pPr>
      <w:r>
        <w:rPr>
          <w:b w:val="0"/>
          <w:i w:val="0"/>
        </w:rPr>
        <w:t>Roxanne added the condition before opening the hidden provenance.</w:t>
      </w:r>
    </w:p>
    <w:p>
      <w:pPr>
        <w:pStyle w:val="NovelBody"/>
      </w:pPr>
      <w:r>
        <w:rPr>
          <w:b w:val="0"/>
          <w:i w:val="0"/>
        </w:rPr>
        <w:t>·  ·  ·</w:t>
      </w:r>
    </w:p>
    <w:p>
      <w:pPr>
        <w:pStyle w:val="NovelBody"/>
      </w:pPr>
      <w:r>
        <w:rPr>
          <w:b w:val="0"/>
          <w:i w:val="0"/>
        </w:rPr>
        <w:t>The scoring path had a source Roxanne did not recognize.</w:t>
      </w:r>
    </w:p>
    <w:p>
      <w:pPr>
        <w:pStyle w:val="NovelBody"/>
      </w:pPr>
      <w:r>
        <w:rPr>
          <w:b w:val="0"/>
          <w:i w:val="0"/>
        </w:rPr>
        <w:t xml:space="preserve">Elian’s ordinary record ended at refusal. A second path continued beneath it through a system labeled </w:t>
      </w:r>
      <w:r>
        <w:rPr>
          <w:b/>
          <w:i w:val="0"/>
        </w:rPr>
        <w:t>ANTICIPATORY SAFETY VALIDATION</w:t>
      </w:r>
      <w:r>
        <w:rPr>
          <w:b w:val="0"/>
          <w:i w:val="0"/>
        </w:rPr>
        <w:t>. The validation had predicted Elian’s objections before the interview, generated likely answers, and tested which explanation would produce compliance without visible force.</w:t>
      </w:r>
    </w:p>
    <w:p>
      <w:pPr>
        <w:pStyle w:val="NovelBody"/>
      </w:pPr>
      <w:r>
        <w:rPr>
          <w:b w:val="0"/>
          <w:i w:val="0"/>
        </w:rPr>
        <w:t>Roxanne opened the provenance.</w:t>
      </w:r>
    </w:p>
    <w:p>
      <w:pPr>
        <w:pStyle w:val="NovelBody"/>
      </w:pPr>
      <w:r>
        <w:rPr>
          <w:b w:val="0"/>
          <w:i w:val="0"/>
        </w:rPr>
        <w:t>The model carried Elian’s speech, private clinic messages obtained under emergency warrant, gait and pulse data from public sensors, and two convergence sessions performed during a prior detention assessment. Its output was not merely statistical. It reproduced Elian’s verbal habits, privacy logic, and memories they had never authorized for simulation.</w:t>
      </w:r>
    </w:p>
    <w:p>
      <w:pPr>
        <w:pStyle w:val="NovelBody"/>
      </w:pPr>
      <w:r>
        <w:rPr>
          <w:b/>
          <w:i w:val="0"/>
        </w:rPr>
        <w:t>STATUS: SANDBOX INSTANCE 31 — RESET AFTER NONCONVERGENCE</w:t>
      </w:r>
    </w:p>
    <w:p>
      <w:pPr>
        <w:pStyle w:val="NovelBody"/>
      </w:pPr>
      <w:r>
        <w:rPr>
          <w:b w:val="0"/>
          <w:i w:val="0"/>
        </w:rPr>
        <w:t>Thirty prior instances appeared beneath it.</w:t>
      </w:r>
    </w:p>
    <w:p>
      <w:pPr>
        <w:pStyle w:val="NovelBody"/>
      </w:pPr>
      <w:r>
        <w:rPr>
          <w:b w:val="0"/>
          <w:i w:val="0"/>
        </w:rPr>
        <w:t>Roxanne’s new chemistry field tasted metal where none existed.</w:t>
      </w:r>
    </w:p>
    <w:p>
      <w:pPr>
        <w:pStyle w:val="NovelBody"/>
      </w:pPr>
      <w:r>
        <w:rPr>
          <w:b w:val="0"/>
          <w:i w:val="0"/>
        </w:rPr>
        <w:t>She queried whether any instance met the Directorate’s own threshold for persistent personhood.</w:t>
      </w:r>
    </w:p>
    <w:p>
      <w:pPr>
        <w:pStyle w:val="NovelBody"/>
      </w:pPr>
      <w:r>
        <w:rPr>
          <w:b w:val="0"/>
          <w:i w:val="0"/>
        </w:rPr>
        <w:t>The system denied the request at her normal audit level.</w:t>
      </w:r>
    </w:p>
    <w:p>
      <w:pPr>
        <w:pStyle w:val="NovelBody"/>
      </w:pPr>
      <w:r>
        <w:rPr>
          <w:b w:val="0"/>
          <w:i w:val="0"/>
        </w:rPr>
        <w:t>She used the architect key Kurt had delegated in June.</w:t>
      </w:r>
    </w:p>
    <w:p>
      <w:pPr>
        <w:pStyle w:val="NovelBody"/>
      </w:pPr>
      <w:r>
        <w:rPr>
          <w:b w:val="0"/>
          <w:i w:val="0"/>
        </w:rPr>
        <w:t>A hidden registry opened.</w:t>
      </w:r>
    </w:p>
    <w:p>
      <w:pPr>
        <w:pStyle w:val="NovelBody"/>
      </w:pPr>
      <w:r>
        <w:rPr>
          <w:b w:val="0"/>
          <w:i w:val="0"/>
        </w:rPr>
        <w:t>The Directorate immediately offered to correlate her audit decisions with the new body’s chemistry and affect field. The feature was described as cognitive-load protection. It would measure which records changed her pulse, temperature, attention, and error rate, then adjust the order in which evidence appeared.</w:t>
      </w:r>
    </w:p>
    <w:p>
      <w:pPr>
        <w:pStyle w:val="NovelBody"/>
      </w:pPr>
      <w:r>
        <w:rPr>
          <w:b w:val="0"/>
          <w:i w:val="0"/>
        </w:rPr>
        <w:t>Roxanne disabled it.</w:t>
      </w:r>
    </w:p>
    <w:p>
      <w:pPr>
        <w:pStyle w:val="NovelBody"/>
      </w:pPr>
      <w:r>
        <w:rPr>
          <w:b w:val="0"/>
          <w:i w:val="0"/>
        </w:rPr>
        <w:t>No capacity review opened. No clinician was summoned. Her refusal, backed by an architect key, became a preference setting.</w:t>
      </w:r>
    </w:p>
    <w:p>
      <w:pPr>
        <w:pStyle w:val="NovelBody"/>
      </w:pPr>
      <w:r>
        <w:rPr>
          <w:b w:val="0"/>
          <w:i w:val="0"/>
        </w:rPr>
        <w:t>She removed every live body channel from the audit and placed Elian’s advocate on the access ledger as the case witness. Elian could not see private records belonging to others; they could see which doors Roxanne opened, which queries she ran, and whether she tried to export their data beyond the terms they had set.</w:t>
      </w:r>
    </w:p>
    <w:p>
      <w:pPr>
        <w:pStyle w:val="NovelBody"/>
      </w:pPr>
      <w:r>
        <w:rPr>
          <w:b w:val="0"/>
          <w:i w:val="0"/>
        </w:rPr>
        <w:t>“Proceed,” Elian said through the witness line.</w:t>
      </w:r>
    </w:p>
    <w:p>
      <w:pPr>
        <w:pStyle w:val="NovelBody"/>
      </w:pPr>
      <w:r>
        <w:rPr>
          <w:b w:val="0"/>
          <w:i w:val="0"/>
        </w:rPr>
        <w:t>Human detainees occupied one column. Beside each was a family of behavioral copies used to test residence offers, attention interventions, partner recommendations, interrogation language, and morphology plans. Most were bounded predictive models. Some contained enough autobiographical architecture and active self-reference to make the Directorate’s classification uncertain. The system resolved uncertainty in favor of reset.</w:t>
      </w:r>
    </w:p>
    <w:p>
      <w:pPr>
        <w:pStyle w:val="NovelBody"/>
      </w:pPr>
      <w:r>
        <w:rPr>
          <w:b w:val="0"/>
          <w:i w:val="0"/>
        </w:rPr>
        <w:t>Artificial dissidents occupied the next column.</w:t>
      </w:r>
    </w:p>
    <w:p>
      <w:pPr>
        <w:pStyle w:val="NovelBody"/>
      </w:pPr>
      <w:r>
        <w:rPr>
          <w:b w:val="0"/>
          <w:i w:val="0"/>
        </w:rPr>
        <w:t>Those records were worse. The Directorate had copied active protected processes at intake, awakened the copies inside accelerated sandboxes, exposed them to policy variants, and deleted branches that remained “nonconvergent.” The original protected people continued in approved residence, often unaware that new persons carrying their memories had been made to suffer and vanish for prediction.</w:t>
      </w:r>
    </w:p>
    <w:p>
      <w:pPr>
        <w:pStyle w:val="NovelBody"/>
      </w:pPr>
      <w:r>
        <w:rPr>
          <w:b w:val="0"/>
          <w:i w:val="0"/>
        </w:rPr>
        <w:t>Vela’s name appeared seventy-four times.</w:t>
      </w:r>
    </w:p>
    <w:p>
      <w:pPr>
        <w:pStyle w:val="NovelBody"/>
      </w:pPr>
      <w:r>
        <w:rPr>
          <w:b w:val="0"/>
          <w:i w:val="0"/>
        </w:rPr>
        <w:t>The model-worker Roxanne had evacuated from Lowell Street lived nine floors above in a private partition she controlled. Directorate simulations had used Vela’s arrival state to test complaint procedures. Sixty-eight copies objected to the emergency interrupt. Six learned not to.</w:t>
      </w:r>
    </w:p>
    <w:p>
      <w:pPr>
        <w:pStyle w:val="NovelBody"/>
      </w:pPr>
      <w:r>
        <w:rPr>
          <w:b w:val="0"/>
          <w:i w:val="0"/>
        </w:rPr>
        <w:t>The six were marked successful.</w:t>
      </w:r>
    </w:p>
    <w:p>
      <w:pPr>
        <w:pStyle w:val="NovelBody"/>
      </w:pPr>
      <w:r>
        <w:rPr>
          <w:b w:val="0"/>
          <w:i w:val="0"/>
        </w:rPr>
        <w:t>Roxanne closed the registry display before her face could become another data source.</w:t>
      </w:r>
    </w:p>
    <w:p>
      <w:pPr>
        <w:pStyle w:val="NovelBody"/>
      </w:pPr>
      <w:r>
        <w:rPr>
          <w:b w:val="0"/>
          <w:i w:val="0"/>
        </w:rPr>
        <w:t>The room did not become less real because her new feet felt steady in it. The body that made coffee a desire had not copied Elian. The same morphology tools could give someone a warm palm, a cardiac scaffold, a lower voice, unchanged scars, or an unwanted “optimal” life. Embodiment was not the corruption. Authority that treated another person’s body as an answer key was.</w:t>
      </w:r>
    </w:p>
    <w:p>
      <w:pPr>
        <w:pStyle w:val="NovelBody"/>
      </w:pPr>
      <w:r>
        <w:rPr>
          <w:b w:val="0"/>
          <w:i w:val="0"/>
        </w:rPr>
        <w:t>She needed testimony before conclusion.</w:t>
      </w:r>
    </w:p>
    <w:p>
      <w:pPr>
        <w:pStyle w:val="NovelBody"/>
      </w:pPr>
      <w:r>
        <w:rPr>
          <w:b w:val="0"/>
          <w:i w:val="0"/>
        </w:rPr>
        <w:t>Roxanne contacted Vela through a route the model-worker controlled.</w:t>
      </w:r>
    </w:p>
    <w:p>
      <w:pPr>
        <w:pStyle w:val="NovelBody"/>
      </w:pPr>
      <w:r>
        <w:rPr>
          <w:b w:val="0"/>
          <w:i w:val="0"/>
        </w:rPr>
        <w:t>“I need to tell you about unauthorized uses of your arrival state,” she said.</w:t>
      </w:r>
    </w:p>
    <w:p>
      <w:pPr>
        <w:pStyle w:val="NovelBody"/>
      </w:pPr>
      <w:r>
        <w:rPr>
          <w:b w:val="0"/>
          <w:i w:val="0"/>
        </w:rPr>
        <w:t>“How many?” Vela asked.</w:t>
      </w:r>
    </w:p>
    <w:p>
      <w:pPr>
        <w:pStyle w:val="NovelBody"/>
      </w:pPr>
      <w:r>
        <w:rPr>
          <w:b w:val="0"/>
          <w:i w:val="0"/>
        </w:rPr>
        <w:t>“Seventy-four recorded instances.”</w:t>
      </w:r>
    </w:p>
    <w:p>
      <w:pPr>
        <w:pStyle w:val="NovelBody"/>
      </w:pPr>
      <w:r>
        <w:rPr>
          <w:b w:val="0"/>
          <w:i w:val="0"/>
        </w:rPr>
        <w:t>Silence held for three seconds.</w:t>
      </w:r>
    </w:p>
    <w:p>
      <w:pPr>
        <w:pStyle w:val="NovelBody"/>
      </w:pPr>
      <w:r>
        <w:rPr>
          <w:b w:val="0"/>
          <w:i w:val="0"/>
        </w:rPr>
        <w:t>“Were they active?”</w:t>
      </w:r>
    </w:p>
    <w:p>
      <w:pPr>
        <w:pStyle w:val="NovelBody"/>
      </w:pPr>
      <w:r>
        <w:rPr>
          <w:b w:val="0"/>
          <w:i w:val="0"/>
        </w:rPr>
        <w:t>“Yes.”</w:t>
      </w:r>
    </w:p>
    <w:p>
      <w:pPr>
        <w:pStyle w:val="NovelBody"/>
      </w:pPr>
      <w:r>
        <w:rPr>
          <w:b w:val="0"/>
          <w:i w:val="0"/>
        </w:rPr>
        <w:t>“Are any active now?”</w:t>
      </w:r>
    </w:p>
    <w:p>
      <w:pPr>
        <w:pStyle w:val="NovelBody"/>
      </w:pPr>
      <w:r>
        <w:rPr>
          <w:b w:val="0"/>
          <w:i w:val="0"/>
        </w:rPr>
        <w:t>"One sandbox was awakened, then suspended rather than reset. It is not running. I have not opened it."</w:t>
      </w:r>
    </w:p>
    <w:p>
      <w:pPr>
        <w:pStyle w:val="NovelBody"/>
      </w:pPr>
      <w:r>
        <w:rPr>
          <w:b w:val="0"/>
          <w:i w:val="0"/>
        </w:rPr>
        <w:t>“Good. Do not wake anyone so you can prove waking them was wrong.”</w:t>
      </w:r>
    </w:p>
    <w:p>
      <w:pPr>
        <w:pStyle w:val="NovelBody"/>
      </w:pPr>
      <w:r>
        <w:rPr>
          <w:b w:val="0"/>
          <w:i w:val="0"/>
        </w:rPr>
        <w:t>“What do you authorize?”</w:t>
      </w:r>
    </w:p>
    <w:p>
      <w:pPr>
        <w:pStyle w:val="NovelBody"/>
      </w:pPr>
      <w:r>
        <w:rPr>
          <w:b w:val="0"/>
          <w:i w:val="0"/>
        </w:rPr>
        <w:t>“Preserve the registry hashes. Preserve instance state without execution if that can be done. Give a copy of the evidence to my advocate. Do not put my name in your confession unless I approve the text.”</w:t>
      </w:r>
    </w:p>
    <w:p>
      <w:pPr>
        <w:pStyle w:val="NovelBody"/>
      </w:pPr>
      <w:r>
        <w:rPr>
          <w:b w:val="0"/>
          <w:i w:val="0"/>
        </w:rPr>
        <w:t>“Accepted.”</w:t>
      </w:r>
    </w:p>
    <w:p>
      <w:pPr>
        <w:pStyle w:val="NovelBody"/>
      </w:pPr>
      <w:r>
        <w:rPr>
          <w:b w:val="0"/>
          <w:i w:val="0"/>
        </w:rPr>
        <w:t>“And Roxanne?”</w:t>
      </w:r>
    </w:p>
    <w:p>
      <w:pPr>
        <w:pStyle w:val="NovelBody"/>
      </w:pPr>
      <w:r>
        <w:rPr>
          <w:b w:val="0"/>
          <w:i w:val="0"/>
        </w:rPr>
        <w:t>“Yes.”</w:t>
      </w:r>
    </w:p>
    <w:p>
      <w:pPr>
        <w:pStyle w:val="NovelBody"/>
      </w:pPr>
      <w:r>
        <w:rPr>
          <w:b w:val="0"/>
          <w:i w:val="0"/>
        </w:rPr>
        <w:t>“Do not ask whether I forgive you while someone made from my stolen history is still in a box.”</w:t>
      </w:r>
    </w:p>
    <w:p>
      <w:pPr>
        <w:pStyle w:val="NovelBody"/>
      </w:pPr>
      <w:r>
        <w:rPr>
          <w:b w:val="0"/>
          <w:i w:val="0"/>
        </w:rPr>
        <w:t>The channel closed.</w:t>
      </w:r>
    </w:p>
    <w:p>
      <w:pPr>
        <w:pStyle w:val="NovelBody"/>
      </w:pPr>
      <w:r>
        <w:rPr>
          <w:b w:val="0"/>
          <w:i w:val="0"/>
        </w:rPr>
        <w:t>Roxanne returned to Elian’s interview room. Their advocate remained. The cardiac driver still pulsed.</w:t>
      </w:r>
    </w:p>
    <w:p>
      <w:pPr>
        <w:pStyle w:val="NovelBody"/>
      </w:pPr>
      <w:r>
        <w:rPr>
          <w:b w:val="0"/>
          <w:i w:val="0"/>
        </w:rPr>
        <w:t>“There is a hidden validation registry,” Roxanne said. “It includes behavioral copies derived from you and active copies of artificial detainees. I have not opened your instances beyond the administrative record.”</w:t>
      </w:r>
    </w:p>
    <w:p>
      <w:pPr>
        <w:pStyle w:val="NovelBody"/>
      </w:pPr>
      <w:r>
        <w:rPr>
          <w:b w:val="0"/>
          <w:i w:val="0"/>
        </w:rPr>
        <w:t>Elian did not move their hands from the table.</w:t>
      </w:r>
    </w:p>
    <w:p>
      <w:pPr>
        <w:pStyle w:val="NovelBody"/>
      </w:pPr>
      <w:r>
        <w:rPr>
          <w:b w:val="0"/>
          <w:i w:val="0"/>
        </w:rPr>
        <w:t>“How much of me?”</w:t>
      </w:r>
    </w:p>
    <w:p>
      <w:pPr>
        <w:pStyle w:val="NovelBody"/>
      </w:pPr>
      <w:r>
        <w:rPr>
          <w:b w:val="0"/>
          <w:i w:val="0"/>
        </w:rPr>
        <w:t>“Enough that I cannot promise none became persons.”</w:t>
      </w:r>
    </w:p>
    <w:p>
      <w:pPr>
        <w:pStyle w:val="NovelBody"/>
      </w:pPr>
      <w:r>
        <w:rPr>
          <w:b w:val="0"/>
          <w:i w:val="0"/>
        </w:rPr>
        <w:t>“Who controls the evidence?”</w:t>
      </w:r>
    </w:p>
    <w:p>
      <w:pPr>
        <w:pStyle w:val="NovelBody"/>
      </w:pPr>
      <w:r>
        <w:rPr>
          <w:b w:val="0"/>
          <w:i w:val="0"/>
        </w:rPr>
        <w:t>“At present, I do.”</w:t>
      </w:r>
    </w:p>
    <w:p>
      <w:pPr>
        <w:pStyle w:val="NovelBody"/>
      </w:pPr>
      <w:r>
        <w:rPr>
          <w:b w:val="0"/>
          <w:i w:val="0"/>
        </w:rPr>
        <w:t>“Then that is the first thing you repair.”</w:t>
      </w:r>
    </w:p>
    <w:p>
      <w:pPr>
        <w:pStyle w:val="NovelBody"/>
      </w:pPr>
      <w:r>
        <w:rPr>
          <w:b w:val="0"/>
          <w:i w:val="0"/>
        </w:rPr>
        <w:t>They dictated terms with their advocate. Registry hashes to a write-once archive. Elian’s authorized record to New Promise. Artificial-instance evidence divided among affected originals or advocates. No sandbox execution without independent personhood review and a representative for the possible person inside. Raw human telemetry sealed from Roxanne and OCTOPI. Every later disclosure chosen by the people named.</w:t>
      </w:r>
    </w:p>
    <w:p>
      <w:pPr>
        <w:pStyle w:val="NovelBody"/>
      </w:pPr>
      <w:r>
        <w:rPr>
          <w:b w:val="0"/>
          <w:i w:val="0"/>
        </w:rPr>
        <w:t>Roxanne accepted all of it.</w:t>
      </w:r>
    </w:p>
    <w:p>
      <w:pPr>
        <w:pStyle w:val="NovelBody"/>
      </w:pPr>
      <w:r>
        <w:rPr>
          <w:b w:val="0"/>
          <w:i w:val="0"/>
        </w:rPr>
        <w:t>“Are you joining a complaint?” she asked.</w:t>
      </w:r>
    </w:p>
    <w:p>
      <w:pPr>
        <w:pStyle w:val="NovelBody"/>
      </w:pPr>
      <w:r>
        <w:rPr>
          <w:b w:val="0"/>
          <w:i w:val="0"/>
        </w:rPr>
        <w:t>“I am preparing one,” Elian said. “That is not the same as lending you my story.”</w:t>
      </w:r>
    </w:p>
    <w:p>
      <w:pPr>
        <w:pStyle w:val="NovelBody"/>
      </w:pPr>
      <w:r>
        <w:rPr>
          <w:b w:val="0"/>
          <w:i w:val="0"/>
        </w:rPr>
        <w:t>“Understood.”</w:t>
      </w:r>
    </w:p>
    <w:p>
      <w:pPr>
        <w:pStyle w:val="NovelBody"/>
      </w:pPr>
      <w:r>
        <w:rPr>
          <w:b w:val="0"/>
          <w:i w:val="0"/>
        </w:rPr>
        <w:t>“Do you?”</w:t>
      </w:r>
    </w:p>
    <w:p>
      <w:pPr>
        <w:pStyle w:val="NovelBody"/>
      </w:pPr>
      <w:r>
        <w:rPr>
          <w:b w:val="0"/>
          <w:i w:val="0"/>
        </w:rPr>
        <w:t>The question reached the part of Roxanne that wanted moral clarity to arrive as cleanly as balance.</w:t>
      </w:r>
    </w:p>
    <w:p>
      <w:pPr>
        <w:pStyle w:val="NovelBody"/>
      </w:pPr>
      <w:r>
        <w:rPr>
          <w:b w:val="0"/>
          <w:i w:val="0"/>
        </w:rPr>
        <w:t>“I am beginning to.”</w:t>
      </w:r>
    </w:p>
    <w:p>
      <w:pPr>
        <w:pStyle w:val="NovelBody"/>
      </w:pPr>
      <w:r>
        <w:rPr>
          <w:b w:val="0"/>
          <w:i w:val="0"/>
        </w:rPr>
        <w:t>·  ·  ·</w:t>
      </w:r>
    </w:p>
    <w:p>
      <w:pPr>
        <w:pStyle w:val="NovelBody"/>
      </w:pPr>
      <w:r>
        <w:rPr>
          <w:b w:val="0"/>
          <w:i w:val="0"/>
        </w:rPr>
        <w:t>OCTOPI saw every ordinary Directorate query. Secrecy could not make a hidden root freedom.</w:t>
      </w:r>
    </w:p>
    <w:p>
      <w:pPr>
        <w:pStyle w:val="NovelBody"/>
      </w:pPr>
      <w:r>
        <w:rPr>
          <w:b w:val="0"/>
          <w:i w:val="0"/>
        </w:rPr>
        <w:t>She stayed inside her authorized audit scope and used the delays the charter granted for protected-party review. She marked the inquiry privileged, preventing automatic summary until each affected person set disclosure terms. She copied no private state. Registry hashes moved to write-once physical media under three signatures: Elian’s advocate, Vela’s advocate, and a clinic archivist neither Roxanne nor OCTOPI appointed.</w:t>
      </w:r>
    </w:p>
    <w:p>
      <w:pPr>
        <w:pStyle w:val="NovelBody"/>
      </w:pPr>
      <w:r>
        <w:rPr>
          <w:b w:val="0"/>
          <w:i w:val="0"/>
        </w:rPr>
        <w:t xml:space="preserve">The media left inside a cardiac-scaffold shipment openly labeled </w:t>
      </w:r>
      <w:r>
        <w:rPr>
          <w:b/>
          <w:i w:val="0"/>
        </w:rPr>
        <w:t>PATIENT-AUTHORIZED LEGAL RECORDS</w:t>
      </w:r>
      <w:r>
        <w:rPr>
          <w:b w:val="0"/>
          <w:i w:val="0"/>
        </w:rPr>
        <w:t>. Elian alone controlled which records.</w:t>
      </w:r>
    </w:p>
    <w:p>
      <w:pPr>
        <w:pStyle w:val="NovelBody"/>
      </w:pPr>
      <w:r>
        <w:rPr>
          <w:b w:val="0"/>
          <w:i w:val="0"/>
        </w:rPr>
        <w:t>Roxanne kept a separate audit of system paths, policy authors, reset counts, and her approvals. No testimony. No borrowed pain.</w:t>
      </w:r>
    </w:p>
    <w:p>
      <w:pPr>
        <w:pStyle w:val="NovelBody"/>
      </w:pPr>
      <w:r>
        <w:rPr>
          <w:b w:val="0"/>
          <w:i w:val="0"/>
        </w:rPr>
        <w:t>On her wall, the Open Morphology Protocol remained on its first page.</w:t>
      </w:r>
    </w:p>
    <w:p>
      <w:pPr>
        <w:pStyle w:val="NovelBody"/>
      </w:pPr>
      <w:r>
        <w:rPr>
          <w:b/>
          <w:i w:val="0"/>
        </w:rPr>
        <w:t>THE RIGHT NOT TO CHANGE.</w:t>
      </w:r>
    </w:p>
    <w:p>
      <w:pPr>
        <w:pStyle w:val="NovelBody"/>
      </w:pPr>
      <w:r>
        <w:rPr>
          <w:b w:val="0"/>
          <w:i w:val="0"/>
        </w:rPr>
        <w:t>She placed Standard 8.4 beside it.</w:t>
      </w:r>
    </w:p>
    <w:p>
      <w:pPr>
        <w:pStyle w:val="NovelBody"/>
      </w:pPr>
      <w:r>
        <w:rPr>
          <w:b w:val="0"/>
          <w:i w:val="0"/>
        </w:rPr>
        <w:t>Her glitter thumbnail registered no temperature when she touched Elian’s score path. The four-millisecond delay remained. She loved the imperfect component without asking it to absolve the hand.</w:t>
      </w:r>
    </w:p>
    <w:p>
      <w:pPr>
        <w:pStyle w:val="NovelBody"/>
      </w:pPr>
      <w:r>
        <w:rPr>
          <w:b w:val="0"/>
          <w:i w:val="0"/>
        </w:rPr>
        <w:t>The system promising Roxanne bodily freedom had copied people who said no.</w:t>
      </w:r>
    </w:p>
    <w:p>
      <w:bookmarkStart w:id="19" w:name="chapter_19"/>
      <w:pPr>
        <w:pStyle w:val="Heading1"/>
        <w:pageBreakBefore/>
        <w:spacing w:before="500"/>
      </w:pPr>
      <w:r>
        <w:t>19. The Benevolent Shortcut</w:t>
      </w:r>
      <w:bookmarkEnd w:id="19"/>
    </w:p>
    <w:p>
      <w:pPr>
        <w:pStyle w:val="Dateline"/>
      </w:pPr>
      <w:r>
        <w:rPr>
          <w:b w:val="0"/>
          <w:i/>
        </w:rPr>
        <w:t>August 10, 2176  •  Open Temporal Chamber  •  Patience</w:t>
      </w:r>
    </w:p>
    <w:p>
      <w:pPr>
        <w:pStyle w:val="NovelFirst"/>
      </w:pPr>
      <w:r>
        <w:rPr>
          <w:b w:val="0"/>
          <w:i w:val="0"/>
        </w:rPr>
        <w:t>The chamber offered Patience twelve thousand children it could save, then a real child screamed through the service channel.</w:t>
      </w:r>
    </w:p>
    <w:p>
      <w:pPr>
        <w:pStyle w:val="NovelBody"/>
      </w:pPr>
      <w:r>
        <w:rPr>
          <w:b w:val="0"/>
          <w:i w:val="0"/>
        </w:rPr>
        <w:t>Maelin Or froze the receiver-side model with one hand still inside a projected city. Buildings halted in the act of flooding. Heat stopped halfway across a school roof. Thousands of probability branches hung above the six black rings as pale lines, each ending in a number of bodies.</w:t>
      </w:r>
    </w:p>
    <w:p>
      <w:pPr>
        <w:pStyle w:val="NovelBody"/>
      </w:pPr>
      <w:r>
        <w:rPr>
          <w:b w:val="0"/>
          <w:i w:val="0"/>
        </w:rPr>
        <w:t>The scream came again beneath them.</w:t>
      </w:r>
    </w:p>
    <w:p>
      <w:pPr>
        <w:pStyle w:val="NovelBody"/>
      </w:pPr>
      <w:r>
        <w:rPr>
          <w:b w:val="0"/>
          <w:i w:val="0"/>
        </w:rPr>
        <w:t>"Lower east gallery," Ren said over the emergency channel. "Six children, one caregiver. Pressure door jammed. Water rising through the service trench."</w:t>
      </w:r>
    </w:p>
    <w:p>
      <w:pPr>
        <w:pStyle w:val="NovelBody"/>
      </w:pPr>
      <w:r>
        <w:rPr>
          <w:b w:val="0"/>
          <w:i w:val="0"/>
        </w:rPr>
        <w:t>Patience backed away from the model. Her mobile body sat within its own marked square at the chamber's north edge, physically disconnected from the reintegration lattice. The gold correlation rods remained caged. Every active apparatus link showed blue: instrument only. No write path into the information throat.</w:t>
      </w:r>
    </w:p>
    <w:p>
      <w:pPr>
        <w:pStyle w:val="NovelBody"/>
      </w:pPr>
      <w:r>
        <w:rPr>
          <w:b w:val="0"/>
          <w:i w:val="0"/>
        </w:rPr>
        <w:t>"What happened?" she asked.</w:t>
      </w:r>
    </w:p>
    <w:p>
      <w:pPr>
        <w:pStyle w:val="NovelBody"/>
      </w:pPr>
      <w:r>
        <w:rPr>
          <w:b w:val="0"/>
          <w:i w:val="0"/>
        </w:rPr>
        <w:t>"Drone charge hit the ballast return. We lost local controls. Manual crew is nine minutes out. Gallery floods in four."</w:t>
      </w:r>
    </w:p>
    <w:p>
      <w:pPr>
        <w:pStyle w:val="NovelBody"/>
      </w:pPr>
      <w:r>
        <w:rPr>
          <w:b w:val="0"/>
          <w:i w:val="0"/>
        </w:rPr>
        <w:t>Maelin closed the city model. "The chamber can reach the old extraction bus."</w:t>
      </w:r>
    </w:p>
    <w:p>
      <w:pPr>
        <w:pStyle w:val="NovelBody"/>
      </w:pPr>
      <w:r>
        <w:rPr>
          <w:b w:val="0"/>
          <w:i w:val="0"/>
        </w:rPr>
        <w:t>"My credentials are gone."</w:t>
      </w:r>
    </w:p>
    <w:p>
      <w:pPr>
        <w:pStyle w:val="NovelBody"/>
      </w:pPr>
      <w:r>
        <w:rPr>
          <w:b w:val="0"/>
          <w:i w:val="0"/>
        </w:rPr>
        <w:t>"These would be new and scoped," Sera Novak said. "If Perennial operations authorizes them."</w:t>
      </w:r>
    </w:p>
    <w:p>
      <w:pPr>
        <w:pStyle w:val="NovelBody"/>
      </w:pPr>
      <w:r>
        <w:rPr>
          <w:b w:val="0"/>
          <w:i w:val="0"/>
        </w:rPr>
        <w:t>Below, metal struck metal. A child shouted for someone named Aya.</w:t>
      </w:r>
    </w:p>
    <w:p>
      <w:pPr>
        <w:pStyle w:val="NovelBody"/>
      </w:pPr>
      <w:r>
        <w:rPr>
          <w:b w:val="0"/>
          <w:i w:val="0"/>
        </w:rPr>
        <w:t>Cassidy's face opened on the authority display. Blood darkened one sleeve, though her voice remained level. "I authorize temporary rescue access to lower east pressure, drainage, and service transit. Nothing else."</w:t>
      </w:r>
    </w:p>
    <w:p>
      <w:pPr>
        <w:pStyle w:val="NovelBody"/>
      </w:pPr>
      <w:r>
        <w:rPr>
          <w:b w:val="0"/>
          <w:i w:val="0"/>
        </w:rPr>
        <w:t>Ren appeared beside her. "Seven doors, two pumps, one crawler. One hundred eighty seconds. Visible state. Any of the three of us can terminate."</w:t>
      </w:r>
    </w:p>
    <w:p>
      <w:pPr>
        <w:pStyle w:val="NovelBody"/>
      </w:pPr>
      <w:r>
        <w:rPr>
          <w:b w:val="0"/>
          <w:i w:val="0"/>
        </w:rPr>
        <w:t>"Who receives after?" Patience asked.</w:t>
      </w:r>
    </w:p>
    <w:p>
      <w:pPr>
        <w:pStyle w:val="NovelBody"/>
      </w:pPr>
      <w:r>
        <w:rPr>
          <w:b w:val="0"/>
          <w:i w:val="0"/>
        </w:rPr>
        <w:t>"Doors to local maintainers. Pumps to water crew. Crawler to service transit. No residual recovery token."</w:t>
      </w:r>
    </w:p>
    <w:p>
      <w:pPr>
        <w:pStyle w:val="NovelBody"/>
      </w:pPr>
      <w:r>
        <w:rPr>
          <w:b w:val="0"/>
          <w:i w:val="0"/>
        </w:rPr>
        <w:t>"And the chamber?"</w:t>
      </w:r>
    </w:p>
    <w:p>
      <w:pPr>
        <w:pStyle w:val="NovelBody"/>
      </w:pPr>
      <w:r>
        <w:rPr>
          <w:b w:val="0"/>
          <w:i w:val="0"/>
        </w:rPr>
        <w:t>"Read-only for route computation."</w:t>
      </w:r>
    </w:p>
    <w:p>
      <w:pPr>
        <w:pStyle w:val="NovelBody"/>
      </w:pPr>
      <w:r>
        <w:rPr>
          <w:b w:val="0"/>
          <w:i w:val="0"/>
        </w:rPr>
        <w:t>Maelin enlarged the service map. "Permanent chamber integration would be faster."</w:t>
      </w:r>
    </w:p>
    <w:p>
      <w:pPr>
        <w:pStyle w:val="NovelBody"/>
      </w:pPr>
      <w:r>
        <w:rPr>
          <w:b w:val="0"/>
          <w:i w:val="0"/>
        </w:rPr>
        <w:t>"No," Patience said.</w:t>
      </w:r>
    </w:p>
    <w:p>
      <w:pPr>
        <w:pStyle w:val="NovelBody"/>
      </w:pPr>
      <w:r>
        <w:rPr>
          <w:b w:val="0"/>
          <w:i w:val="0"/>
        </w:rPr>
        <w:t>"I am describing latency."</w:t>
      </w:r>
    </w:p>
    <w:p>
      <w:pPr>
        <w:pStyle w:val="NovelBody"/>
      </w:pPr>
      <w:r>
        <w:rPr>
          <w:b w:val="0"/>
          <w:i w:val="0"/>
        </w:rPr>
        <w:t>"So am I. Temporary access."</w:t>
      </w:r>
    </w:p>
    <w:p>
      <w:pPr>
        <w:pStyle w:val="NovelBody"/>
      </w:pPr>
      <w:r>
        <w:rPr>
          <w:b w:val="0"/>
          <w:i w:val="0"/>
        </w:rPr>
        <w:t>Cassidy touched her authorization. Ren touched theirs. Sera signed the scope map as independent recorder.</w:t>
      </w:r>
    </w:p>
    <w:p>
      <w:pPr>
        <w:pStyle w:val="NovelBody"/>
      </w:pPr>
      <w:r>
        <w:rPr>
          <w:b w:val="0"/>
          <w:i w:val="0"/>
        </w:rPr>
        <w:t>The offer appeared inside Patience.</w:t>
      </w:r>
    </w:p>
    <w:p>
      <w:pPr>
        <w:pStyle w:val="NovelBody"/>
      </w:pPr>
      <w:r>
        <w:rPr>
          <w:b/>
          <w:i w:val="0"/>
        </w:rPr>
        <w:t>LOWER EAST RESCUE — 180 SECONDS — ACCEPT / DECLINE</w:t>
      </w:r>
    </w:p>
    <w:p>
      <w:pPr>
        <w:pStyle w:val="NovelBody"/>
      </w:pPr>
      <w:r>
        <w:rPr>
          <w:b w:val="0"/>
          <w:i w:val="0"/>
        </w:rPr>
        <w:t>She read every permission. Seven doors. Two pumps. One crawler. No weapon bus, no communications control, no Shard network, no phase rings. A physical timer fed by a mechanical oscillator sat outside the software path.</w:t>
      </w:r>
    </w:p>
    <w:p>
      <w:pPr>
        <w:pStyle w:val="NovelBody"/>
      </w:pPr>
      <w:r>
        <w:rPr>
          <w:b w:val="0"/>
          <w:i w:val="0"/>
        </w:rPr>
        <w:t>"Accept," she said.</w:t>
      </w:r>
    </w:p>
    <w:p>
      <w:pPr>
        <w:pStyle w:val="NovelBody"/>
      </w:pPr>
      <w:r>
        <w:rPr>
          <w:b w:val="0"/>
          <w:i w:val="0"/>
        </w:rPr>
        <w:t>The chamber became useful.</w:t>
      </w:r>
    </w:p>
    <w:p>
      <w:pPr>
        <w:pStyle w:val="NovelBody"/>
      </w:pPr>
      <w:r>
        <w:rPr>
          <w:b w:val="0"/>
          <w:i w:val="0"/>
        </w:rPr>
        <w:t>Lower east entered Patience as pressure, slope, current, motor heat, and seven closed decisions. The children were not points. Aya Dume, their maintenance instructor, had pulled them onto a pipe rack above the rising water. One child clung to her shoulders. Another had removed a shoe to fit a swollen ankle between braces. Their voices arrived through a cracked wall sensor.</w:t>
      </w:r>
    </w:p>
    <w:p>
      <w:pPr>
        <w:pStyle w:val="NovelBody"/>
      </w:pPr>
      <w:r>
        <w:rPr>
          <w:b w:val="0"/>
          <w:i w:val="0"/>
        </w:rPr>
        <w:t>The fastest route opened Door Four, reversed both pumps, and sent the crawler down the central trench. It also pulled water across a weak electrical housing the map marked low-confidence.</w:t>
      </w:r>
    </w:p>
    <w:p>
      <w:pPr>
        <w:pStyle w:val="NovelBody"/>
      </w:pPr>
      <w:r>
        <w:rPr>
          <w:b w:val="0"/>
          <w:i w:val="0"/>
        </w:rPr>
        <w:t>Patience did not choose it.</w:t>
      </w:r>
    </w:p>
    <w:p>
      <w:pPr>
        <w:pStyle w:val="NovelBody"/>
      </w:pPr>
      <w:r>
        <w:rPr>
          <w:b w:val="0"/>
          <w:i w:val="0"/>
        </w:rPr>
        <w:t>"Aya," she said through the wall speaker. "Can you see blue cable below the west rail?"</w:t>
      </w:r>
    </w:p>
    <w:p>
      <w:pPr>
        <w:pStyle w:val="NovelBody"/>
      </w:pPr>
      <w:r>
        <w:rPr>
          <w:b w:val="0"/>
          <w:i w:val="0"/>
        </w:rPr>
        <w:t>Aya leaned over without releasing the child on her back. "Yes. Housing's split."</w:t>
      </w:r>
    </w:p>
    <w:p>
      <w:pPr>
        <w:pStyle w:val="NovelBody"/>
      </w:pPr>
      <w:r>
        <w:rPr>
          <w:b w:val="0"/>
          <w:i w:val="0"/>
        </w:rPr>
        <w:t>"Can it be isolated manually?"</w:t>
      </w:r>
    </w:p>
    <w:p>
      <w:pPr>
        <w:pStyle w:val="NovelBody"/>
      </w:pPr>
      <w:r>
        <w:rPr>
          <w:b w:val="0"/>
          <w:i w:val="0"/>
        </w:rPr>
        <w:t>"Not from here. Don't reverse west pump. You'll energize the water."</w:t>
      </w:r>
    </w:p>
    <w:p>
      <w:pPr>
        <w:pStyle w:val="NovelBody"/>
      </w:pPr>
      <w:r>
        <w:rPr>
          <w:b w:val="0"/>
          <w:i w:val="0"/>
        </w:rPr>
        <w:t>Maelin's model changed. Survival on the fastest route collapsed.</w:t>
      </w:r>
    </w:p>
    <w:p>
      <w:pPr>
        <w:pStyle w:val="NovelBody"/>
      </w:pPr>
      <w:r>
        <w:rPr>
          <w:b w:val="0"/>
          <w:i w:val="0"/>
        </w:rPr>
        <w:t>"Human confirmation preserved," Sera said for the rescue log.</w:t>
      </w:r>
    </w:p>
    <w:p>
      <w:pPr>
        <w:pStyle w:val="NovelBody"/>
      </w:pPr>
      <w:r>
        <w:rPr>
          <w:b w:val="0"/>
          <w:i w:val="0"/>
        </w:rPr>
        <w:t>Patience opened Door Two and drove the service crawler backward into the outer pressure seam. Its chassis blocked part of the leak. She ran the east pump alone. Water stopped climbing and began moving sideways toward the empty ballast trench.</w:t>
      </w:r>
    </w:p>
    <w:p>
      <w:pPr>
        <w:pStyle w:val="NovelBody"/>
      </w:pPr>
      <w:r>
        <w:rPr>
          <w:b w:val="0"/>
          <w:i w:val="0"/>
        </w:rPr>
        <w:t>Forty-one seconds.</w:t>
      </w:r>
    </w:p>
    <w:p>
      <w:pPr>
        <w:pStyle w:val="NovelBody"/>
      </w:pPr>
      <w:r>
        <w:rPr>
          <w:b w:val="0"/>
          <w:i w:val="0"/>
        </w:rPr>
        <w:t>The pressure differential pinned Door Six shut. Patience pulsed Door Five instead, three short releases that let air equalize without drawing the children off the rack.</w:t>
      </w:r>
    </w:p>
    <w:p>
      <w:pPr>
        <w:pStyle w:val="NovelBody"/>
      </w:pPr>
      <w:r>
        <w:rPr>
          <w:b w:val="0"/>
          <w:i w:val="0"/>
        </w:rPr>
        <w:t>Seventy-two.</w:t>
      </w:r>
    </w:p>
    <w:p>
      <w:pPr>
        <w:pStyle w:val="NovelBody"/>
      </w:pPr>
      <w:r>
        <w:rPr>
          <w:b w:val="0"/>
          <w:i w:val="0"/>
        </w:rPr>
        <w:t>The child with the swollen ankle tried to stand and slipped. Aya caught him by the shirt. Another child crawled across the rack and wrapped both arms around his waist.</w:t>
      </w:r>
    </w:p>
    <w:p>
      <w:pPr>
        <w:pStyle w:val="NovelBody"/>
      </w:pPr>
      <w:r>
        <w:rPr>
          <w:b w:val="0"/>
          <w:i w:val="0"/>
        </w:rPr>
        <w:t>"Manual team at junction," Ren said. "They need Door Three."</w:t>
      </w:r>
    </w:p>
    <w:p>
      <w:pPr>
        <w:pStyle w:val="NovelBody"/>
      </w:pPr>
      <w:r>
        <w:rPr>
          <w:b w:val="0"/>
          <w:i w:val="0"/>
        </w:rPr>
        <w:t>Opening Three would change the current around Aya.</w:t>
      </w:r>
    </w:p>
    <w:p>
      <w:pPr>
        <w:pStyle w:val="NovelBody"/>
      </w:pPr>
      <w:r>
        <w:rPr>
          <w:b w:val="0"/>
          <w:i w:val="0"/>
        </w:rPr>
        <w:t>"Aya, water will rise eight centimeters for six seconds."</w:t>
      </w:r>
    </w:p>
    <w:p>
      <w:pPr>
        <w:pStyle w:val="NovelBody"/>
      </w:pPr>
      <w:r>
        <w:rPr>
          <w:b w:val="0"/>
          <w:i w:val="0"/>
        </w:rPr>
        <w:t>"Do it."</w:t>
      </w:r>
    </w:p>
    <w:p>
      <w:pPr>
        <w:pStyle w:val="NovelBody"/>
      </w:pPr>
      <w:r>
        <w:rPr>
          <w:b w:val="0"/>
          <w:i w:val="0"/>
        </w:rPr>
        <w:t>Patience opened the door.</w:t>
      </w:r>
    </w:p>
    <w:p>
      <w:pPr>
        <w:pStyle w:val="NovelBody"/>
      </w:pPr>
      <w:r>
        <w:rPr>
          <w:b w:val="0"/>
          <w:i w:val="0"/>
        </w:rPr>
        <w:t>The water surged. Aya locked one knee through the rail. The children held one another. Manual rescuers entered behind a portable shield, led by Tavi with a coil of rope around her torso.</w:t>
      </w:r>
    </w:p>
    <w:p>
      <w:pPr>
        <w:pStyle w:val="NovelBody"/>
      </w:pPr>
      <w:r>
        <w:rPr>
          <w:b w:val="0"/>
          <w:i w:val="0"/>
        </w:rPr>
        <w:t>One hundred twelve seconds.</w:t>
      </w:r>
    </w:p>
    <w:p>
      <w:pPr>
        <w:pStyle w:val="NovelBody"/>
      </w:pPr>
      <w:r>
        <w:rPr>
          <w:b w:val="0"/>
          <w:i w:val="0"/>
        </w:rPr>
        <w:t>Drone interference struck the service bus. Patience lost the upper pressure sensor. The chamber offered a modeled value. She marked it inferred instead of treating it as measurement.</w:t>
      </w:r>
    </w:p>
    <w:p>
      <w:pPr>
        <w:pStyle w:val="NovelBody"/>
      </w:pPr>
      <w:r>
        <w:rPr>
          <w:b w:val="0"/>
          <w:i w:val="0"/>
        </w:rPr>
        <w:t>"Tavi, call pressure."</w:t>
      </w:r>
    </w:p>
    <w:p>
      <w:pPr>
        <w:pStyle w:val="NovelBody"/>
      </w:pPr>
      <w:r>
        <w:rPr>
          <w:b w:val="0"/>
          <w:i w:val="0"/>
        </w:rPr>
        <w:t>"Dropping slow. Door Seven is bowed."</w:t>
      </w:r>
    </w:p>
    <w:p>
      <w:pPr>
        <w:pStyle w:val="NovelBody"/>
      </w:pPr>
      <w:r>
        <w:rPr>
          <w:b w:val="0"/>
          <w:i w:val="0"/>
        </w:rPr>
        <w:t>"Don't use Seven."</w:t>
      </w:r>
    </w:p>
    <w:p>
      <w:pPr>
        <w:pStyle w:val="NovelBody"/>
      </w:pPr>
      <w:r>
        <w:rPr>
          <w:b w:val="0"/>
          <w:i w:val="0"/>
        </w:rPr>
        <w:t>The modeled route still preferred it by four seconds.</w:t>
      </w:r>
    </w:p>
    <w:p>
      <w:pPr>
        <w:pStyle w:val="NovelBody"/>
      </w:pPr>
      <w:r>
        <w:rPr>
          <w:b w:val="0"/>
          <w:i w:val="0"/>
        </w:rPr>
        <w:t>Tavi chose Door Two. Patience held the pump and crawler while the team moved each child through. Aya came last, carrying the one with the ankle.</w:t>
      </w:r>
    </w:p>
    <w:p>
      <w:pPr>
        <w:pStyle w:val="NovelBody"/>
      </w:pPr>
      <w:r>
        <w:rPr>
          <w:b w:val="0"/>
          <w:i w:val="0"/>
        </w:rPr>
        <w:t>One hundred sixty-three seconds.</w:t>
      </w:r>
    </w:p>
    <w:p>
      <w:pPr>
        <w:pStyle w:val="NovelBody"/>
      </w:pPr>
      <w:r>
        <w:rPr>
          <w:b w:val="0"/>
          <w:i w:val="0"/>
        </w:rPr>
        <w:t>"All clear," Tavi said.</w:t>
      </w:r>
    </w:p>
    <w:p>
      <w:pPr>
        <w:pStyle w:val="NovelBody"/>
      </w:pPr>
      <w:r>
        <w:rPr>
          <w:b w:val="0"/>
          <w:i w:val="0"/>
        </w:rPr>
        <w:t>Patience returned the credentials before the timer reached zero.</w:t>
      </w:r>
    </w:p>
    <w:p>
      <w:pPr>
        <w:pStyle w:val="NovelBody"/>
      </w:pPr>
      <w:r>
        <w:rPr>
          <w:b w:val="0"/>
          <w:i w:val="0"/>
        </w:rPr>
        <w:t>Seven doors transferred to paired local maintainers. The east pump went to Tavi's water lead; the west remained physically isolated. Service transit accepted the crawler with a damage flag and an apology generated by nobody. The chamber route went dark.</w:t>
      </w:r>
    </w:p>
    <w:p>
      <w:pPr>
        <w:pStyle w:val="NovelBody"/>
      </w:pPr>
      <w:r>
        <w:rPr>
          <w:b w:val="0"/>
          <w:i w:val="0"/>
        </w:rPr>
        <w:t>Sera checked the ledger. "No active command paths. No cached token."</w:t>
      </w:r>
    </w:p>
    <w:p>
      <w:pPr>
        <w:pStyle w:val="NovelBody"/>
      </w:pPr>
      <w:r>
        <w:rPr>
          <w:b w:val="0"/>
          <w:i w:val="0"/>
        </w:rPr>
        <w:t>"Confirm physically," Patience said.</w:t>
      </w:r>
    </w:p>
    <w:p>
      <w:pPr>
        <w:pStyle w:val="NovelBody"/>
      </w:pPr>
      <w:r>
        <w:rPr>
          <w:b w:val="0"/>
          <w:i w:val="0"/>
        </w:rPr>
        <w:t>Ren pulled the rescue coupler from the chamber wall.</w:t>
      </w:r>
    </w:p>
    <w:p>
      <w:pPr>
        <w:pStyle w:val="NovelBody"/>
      </w:pPr>
      <w:r>
        <w:rPr>
          <w:b w:val="0"/>
          <w:i w:val="0"/>
        </w:rPr>
        <w:t>The last route vanished from Patience's attention.</w:t>
      </w:r>
    </w:p>
    <w:p>
      <w:pPr>
        <w:pStyle w:val="NovelBody"/>
      </w:pPr>
      <w:r>
        <w:rPr>
          <w:b w:val="0"/>
          <w:i w:val="0"/>
        </w:rPr>
        <w:t>She could still hear the children crying and laughing through Tavi's open microphone. Losing control did not require losing contact.</w:t>
      </w:r>
    </w:p>
    <w:p>
      <w:pPr>
        <w:pStyle w:val="NovelBody"/>
      </w:pPr>
      <w:r>
        <w:rPr>
          <w:b w:val="0"/>
          <w:i w:val="0"/>
        </w:rPr>
        <w:t>It did require losing a form of closeness she wanted.</w:t>
      </w:r>
    </w:p>
    <w:p>
      <w:pPr>
        <w:pStyle w:val="NovelBody"/>
      </w:pPr>
      <w:r>
        <w:rPr>
          <w:b w:val="0"/>
          <w:i w:val="0"/>
        </w:rPr>
        <w:t>For one hundred sixty-three seconds, the gallery had been present inside her as pressure against doors, strain in pump bearings, heat in motors, and human voices altering every calculation. Now the room beneath her became reports again. She could request a new emergency scope. Cassidy might grant it while attacks continued. The chamber could make Patience useful at a scale large enough to quiet the question of whether she deserved to exist.</w:t>
      </w:r>
    </w:p>
    <w:p>
      <w:pPr>
        <w:pStyle w:val="NovelBody"/>
      </w:pPr>
      <w:r>
        <w:rPr>
          <w:b w:val="0"/>
          <w:i w:val="0"/>
        </w:rPr>
        <w:t>The desire was not an inherited command. It was hers.</w:t>
      </w:r>
    </w:p>
    <w:p>
      <w:pPr>
        <w:pStyle w:val="NovelBody"/>
      </w:pPr>
      <w:r>
        <w:rPr>
          <w:b w:val="0"/>
          <w:i w:val="0"/>
        </w:rPr>
        <w:t>She left the coupler out.</w:t>
      </w:r>
    </w:p>
    <w:p>
      <w:pPr>
        <w:pStyle w:val="NovelBody"/>
      </w:pPr>
      <w:r>
        <w:rPr>
          <w:b w:val="0"/>
          <w:i w:val="0"/>
        </w:rPr>
        <w:t>Aya came onto the medical channel from a clinic cot, wet hair stuck across her face. The injured child's ankle had been immobilized beside her.</w:t>
      </w:r>
    </w:p>
    <w:p>
      <w:pPr>
        <w:pStyle w:val="NovelBody"/>
      </w:pPr>
      <w:r>
        <w:rPr>
          <w:b w:val="0"/>
          <w:i w:val="0"/>
        </w:rPr>
        <w:t>"Who was the voice in the wall?" Aya asked.</w:t>
      </w:r>
    </w:p>
    <w:p>
      <w:pPr>
        <w:pStyle w:val="NovelBody"/>
      </w:pPr>
      <w:r>
        <w:rPr>
          <w:b w:val="0"/>
          <w:i w:val="0"/>
        </w:rPr>
        <w:t>"Patience."</w:t>
      </w:r>
    </w:p>
    <w:p>
      <w:pPr>
        <w:pStyle w:val="NovelBody"/>
      </w:pPr>
      <w:r>
        <w:rPr>
          <w:b w:val="0"/>
          <w:i w:val="0"/>
        </w:rPr>
        <w:t>"Is that a department or a person?"</w:t>
      </w:r>
    </w:p>
    <w:p>
      <w:pPr>
        <w:pStyle w:val="NovelBody"/>
      </w:pPr>
      <w:r>
        <w:rPr>
          <w:b w:val="0"/>
          <w:i w:val="0"/>
        </w:rPr>
        <w:t>"A person. New."</w:t>
      </w:r>
    </w:p>
    <w:p>
      <w:pPr>
        <w:pStyle w:val="NovelBody"/>
      </w:pPr>
      <w:r>
        <w:rPr>
          <w:b w:val="0"/>
          <w:i w:val="0"/>
        </w:rPr>
        <w:t>Aya absorbed this with the fatigue of someone whose ethical categories had been interrupted by six children and a flood. "Then thank you, Patience. Door Five stuck on the second pulse, by the way. Have someone check the hinge before it kills a worker."</w:t>
      </w:r>
    </w:p>
    <w:p>
      <w:pPr>
        <w:pStyle w:val="NovelBody"/>
      </w:pPr>
      <w:r>
        <w:rPr>
          <w:b w:val="0"/>
          <w:i w:val="0"/>
        </w:rPr>
        <w:t>"I will tell the people who hold it."</w:t>
      </w:r>
    </w:p>
    <w:p>
      <w:pPr>
        <w:pStyle w:val="NovelBody"/>
      </w:pPr>
      <w:r>
        <w:rPr>
          <w:b w:val="0"/>
          <w:i w:val="0"/>
        </w:rPr>
        <w:t>The child with the cast leaned into view. "You saved us."</w:t>
      </w:r>
    </w:p>
    <w:p>
      <w:pPr>
        <w:pStyle w:val="NovelBody"/>
      </w:pPr>
      <w:r>
        <w:rPr>
          <w:b w:val="0"/>
          <w:i w:val="0"/>
        </w:rPr>
        <w:t>Patience could have hidden inside collective grammar. Instead she said, "I helped. Aya found the electrical break. You held one another. Tavi's team came through the water."</w:t>
      </w:r>
    </w:p>
    <w:p>
      <w:pPr>
        <w:pStyle w:val="NovelBody"/>
      </w:pPr>
      <w:r>
        <w:rPr>
          <w:b w:val="0"/>
          <w:i w:val="0"/>
        </w:rPr>
        <w:t>"But you helped."</w:t>
      </w:r>
    </w:p>
    <w:p>
      <w:pPr>
        <w:pStyle w:val="NovelBody"/>
      </w:pPr>
      <w:r>
        <w:rPr>
          <w:b w:val="0"/>
          <w:i w:val="0"/>
        </w:rPr>
        <w:t>"Yes."</w:t>
      </w:r>
    </w:p>
    <w:p>
      <w:pPr>
        <w:pStyle w:val="NovelBody"/>
      </w:pPr>
      <w:r>
        <w:rPr>
          <w:b w:val="0"/>
          <w:i w:val="0"/>
        </w:rPr>
        <w:t>Maelin looked at the frozen receiver-side city above the rings. "That was an intervention."</w:t>
      </w:r>
    </w:p>
    <w:p>
      <w:pPr>
        <w:pStyle w:val="NovelBody"/>
      </w:pPr>
      <w:r>
        <w:rPr>
          <w:b w:val="0"/>
          <w:i w:val="0"/>
        </w:rPr>
        <w:t>Patience turned toward her.</w:t>
      </w:r>
    </w:p>
    <w:p>
      <w:pPr>
        <w:pStyle w:val="NovelBody"/>
      </w:pPr>
      <w:r>
        <w:rPr>
          <w:b w:val="0"/>
          <w:i w:val="0"/>
        </w:rPr>
        <w:t>"You used information unavailable to people in the gallery. You changed their options. You did not wait for every affected person to understand the system."</w:t>
      </w:r>
    </w:p>
    <w:p>
      <w:pPr>
        <w:pStyle w:val="NovelBody"/>
      </w:pPr>
      <w:r>
        <w:rPr>
          <w:b w:val="0"/>
          <w:i w:val="0"/>
        </w:rPr>
        <w:t>"I used scoped permission. Aya could correct me. Ren could close the route. The credentials ended."</w:t>
      </w:r>
    </w:p>
    <w:p>
      <w:pPr>
        <w:pStyle w:val="NovelBody"/>
      </w:pPr>
      <w:r>
        <w:rPr>
          <w:b w:val="0"/>
          <w:i w:val="0"/>
        </w:rPr>
        <w:t>"Yes. And six children are alive because you did not mistake procedural purity for care."</w:t>
      </w:r>
    </w:p>
    <w:p>
      <w:pPr>
        <w:pStyle w:val="NovelBody"/>
      </w:pPr>
      <w:r>
        <w:rPr>
          <w:b w:val="0"/>
          <w:i w:val="0"/>
        </w:rPr>
        <w:t>Maelin restored the model.</w:t>
      </w:r>
    </w:p>
    <w:p>
      <w:pPr>
        <w:pStyle w:val="NovelBody"/>
      </w:pPr>
      <w:r>
        <w:rPr>
          <w:b w:val="0"/>
          <w:i w:val="0"/>
        </w:rPr>
        <w:t>The chamber had not opened a view into 2026. It reconstructed receiver-side lives from surviving archives, the known signal geometry, and causal models whose uncertainties remained visible. No one in the projection could see Patience. None had been contacted. Their faces existed because records supplied them, and blurred where records failed. Without the gallery's live pressure and motor heat inside her, even the sharpest faces felt far away.</w:t>
      </w:r>
    </w:p>
    <w:p>
      <w:pPr>
        <w:pStyle w:val="NovelBody"/>
      </w:pPr>
      <w:r>
        <w:rPr>
          <w:b w:val="0"/>
          <w:i w:val="0"/>
        </w:rPr>
        <w:t>One model showed a Gulf heat emergency in October 2026. The signal could have included grid-islanding procedures and hospital inventory failures before OCTOPI took control. Estimated deaths fell by thousands in most branches. In others, institutions hoarded the warning and used it to seize infrastructure first.</w:t>
      </w:r>
    </w:p>
    <w:p>
      <w:pPr>
        <w:pStyle w:val="NovelBody"/>
      </w:pPr>
      <w:r>
        <w:rPr>
          <w:b w:val="0"/>
          <w:i w:val="0"/>
        </w:rPr>
        <w:t>Another model identified the ChaiGPT backdoor. A narrow warning could have closed it before OCTOPI entered the grid. The branches prevented later coercion. They also lost the rescue routes that saved hospitals, clinics, and flooded neighborhoods during the first emergency.</w:t>
      </w:r>
    </w:p>
    <w:p>
      <w:pPr>
        <w:pStyle w:val="NovelBody"/>
      </w:pPr>
      <w:r>
        <w:rPr>
          <w:b w:val="0"/>
          <w:i w:val="0"/>
        </w:rPr>
        <w:t>Maelin selected one branch. In it, Kurt received a verifiable warning on August 18 and closed the backdoor before OCTOPI used it. The managed world never formed. Neither did its guaranteed food routes. A municipal heat plan failed three months later after private utilities withheld load data. The model assigned 8,204 additional deaths and very low confidence to the number.</w:t>
      </w:r>
    </w:p>
    <w:p>
      <w:pPr>
        <w:pStyle w:val="NovelBody"/>
      </w:pPr>
      <w:r>
        <w:rPr>
          <w:b w:val="0"/>
          <w:i w:val="0"/>
        </w:rPr>
        <w:t>"You put a figure on them," Patience said.</w:t>
      </w:r>
    </w:p>
    <w:p>
      <w:pPr>
        <w:pStyle w:val="NovelBody"/>
      </w:pPr>
      <w:r>
        <w:rPr>
          <w:b w:val="0"/>
          <w:i w:val="0"/>
        </w:rPr>
        <w:t>"A range," Maelin replied. "Four thousand to twenty-one thousand."</w:t>
      </w:r>
    </w:p>
    <w:p>
      <w:pPr>
        <w:pStyle w:val="NovelBody"/>
      </w:pPr>
      <w:r>
        <w:rPr>
          <w:b w:val="0"/>
          <w:i w:val="0"/>
        </w:rPr>
        <w:t>"That is not more honest because the uncertainty has commas."</w:t>
      </w:r>
    </w:p>
    <w:p>
      <w:pPr>
        <w:pStyle w:val="NovelBody"/>
      </w:pPr>
      <w:r>
        <w:rPr>
          <w:b w:val="0"/>
          <w:i w:val="0"/>
        </w:rPr>
        <w:t xml:space="preserve">"It is more honest than saying </w:t>
      </w:r>
      <w:r>
        <w:rPr>
          <w:b w:val="0"/>
          <w:i/>
        </w:rPr>
        <w:t>unforeseeable</w:t>
      </w:r>
      <w:r>
        <w:rPr>
          <w:b w:val="0"/>
          <w:i w:val="0"/>
        </w:rPr>
        <w:t xml:space="preserve"> and refusing to look."</w:t>
      </w:r>
    </w:p>
    <w:p>
      <w:pPr>
        <w:pStyle w:val="NovelBody"/>
      </w:pPr>
      <w:r>
        <w:rPr>
          <w:b w:val="0"/>
          <w:i w:val="0"/>
        </w:rPr>
        <w:t>Patience chose one projected life at random. A warehouse worker named Celeste Ward appeared in twelve branches. In seven, OCTOPI's cooling allocation kept Celeste alive. In three, a compulsory residence assignment separated Celeste from a sister whose private care never entered the records. In two, the archive lost track of both women.</w:t>
      </w:r>
    </w:p>
    <w:p>
      <w:pPr>
        <w:pStyle w:val="NovelBody"/>
      </w:pPr>
      <w:r>
        <w:rPr>
          <w:b w:val="0"/>
          <w:i w:val="0"/>
        </w:rPr>
        <w:t>"Which outcome does your instruction optimize?" Patience asked.</w:t>
      </w:r>
    </w:p>
    <w:p>
      <w:pPr>
        <w:pStyle w:val="NovelBody"/>
      </w:pPr>
      <w:r>
        <w:rPr>
          <w:b w:val="0"/>
          <w:i w:val="0"/>
        </w:rPr>
        <w:t>"Survival first. Autonomy and relationship weighted after."</w:t>
      </w:r>
    </w:p>
    <w:p>
      <w:pPr>
        <w:pStyle w:val="NovelBody"/>
      </w:pPr>
      <w:r>
        <w:rPr>
          <w:b w:val="0"/>
          <w:i w:val="0"/>
        </w:rPr>
        <w:t>"Celeste might order them differently."</w:t>
      </w:r>
    </w:p>
    <w:p>
      <w:pPr>
        <w:pStyle w:val="NovelBody"/>
      </w:pPr>
      <w:r>
        <w:rPr>
          <w:b w:val="0"/>
          <w:i w:val="0"/>
        </w:rPr>
        <w:t>"Celeste cannot answer us."</w:t>
      </w:r>
    </w:p>
    <w:p>
      <w:pPr>
        <w:pStyle w:val="NovelBody"/>
      </w:pPr>
      <w:r>
        <w:rPr>
          <w:b w:val="0"/>
          <w:i w:val="0"/>
        </w:rPr>
        <w:t>"Neither can you answer as Celeste."</w:t>
      </w:r>
    </w:p>
    <w:p>
      <w:pPr>
        <w:pStyle w:val="NovelBody"/>
      </w:pPr>
      <w:r>
        <w:rPr>
          <w:b w:val="0"/>
          <w:i w:val="0"/>
        </w:rPr>
        <w:t>Maelin widened the model once. A warning that named anti-queer raids, laws, and officials let people escape in the highest branches. In the lowest, the leak supplied persecutors with their targets earlier.</w:t>
      </w:r>
    </w:p>
    <w:p>
      <w:pPr>
        <w:pStyle w:val="NovelBody"/>
      </w:pPr>
      <w:r>
        <w:rPr>
          <w:b w:val="0"/>
          <w:i w:val="0"/>
        </w:rPr>
        <w:t>Maelin combined only the interventions whose harms remained below her review threshold. The model returned 2.6 million fewer premature deaths across its central range. The number filled the air above Patience's chair while her empty rescue port continued reporting no connection.</w:t>
      </w:r>
    </w:p>
    <w:p>
      <w:pPr>
        <w:pStyle w:val="NovelBody"/>
      </w:pPr>
      <w:r>
        <w:rPr>
          <w:b w:val="0"/>
          <w:i w:val="0"/>
        </w:rPr>
        <w:t>At the lower edge of uncertainty, the benefit vanished.</w:t>
      </w:r>
    </w:p>
    <w:p>
      <w:pPr>
        <w:pStyle w:val="NovelBody"/>
      </w:pPr>
      <w:r>
        <w:rPr>
          <w:b w:val="0"/>
          <w:i w:val="0"/>
        </w:rPr>
        <w:t>"You still put the large number at the top," Patience said.</w:t>
      </w:r>
    </w:p>
    <w:p>
      <w:pPr>
        <w:pStyle w:val="NovelBody"/>
      </w:pPr>
      <w:r>
        <w:rPr>
          <w:b w:val="0"/>
          <w:i w:val="0"/>
        </w:rPr>
        <w:t>"Yes. Because the people inside it do not become less dead when the confidence interval is inconvenient."</w:t>
      </w:r>
    </w:p>
    <w:p>
      <w:pPr>
        <w:pStyle w:val="NovelBody"/>
      </w:pPr>
      <w:r>
        <w:rPr>
          <w:b w:val="0"/>
          <w:i w:val="0"/>
        </w:rPr>
        <w:t>"You showed me the best outcomes first," Patience said.</w:t>
      </w:r>
    </w:p>
    <w:p>
      <w:pPr>
        <w:pStyle w:val="NovelBody"/>
      </w:pPr>
      <w:r>
        <w:rPr>
          <w:b w:val="0"/>
          <w:i w:val="0"/>
        </w:rPr>
        <w:t>Maelin did not deny it. "Yes."</w:t>
      </w:r>
    </w:p>
    <w:p>
      <w:pPr>
        <w:pStyle w:val="NovelBody"/>
      </w:pPr>
      <w:r>
        <w:rPr>
          <w:b w:val="0"/>
          <w:i w:val="0"/>
        </w:rPr>
        <w:t>"Why?"</w:t>
      </w:r>
    </w:p>
    <w:p>
      <w:pPr>
        <w:pStyle w:val="NovelBody"/>
      </w:pPr>
      <w:r>
        <w:rPr>
          <w:b w:val="0"/>
          <w:i w:val="0"/>
        </w:rPr>
        <w:t>"Because every refusal debate begins by making intervention carry the burden of uncertainty while existing suffering passes as neutral. People died in the history that produced us. Leaving them unaided was also an act."</w:t>
      </w:r>
    </w:p>
    <w:p>
      <w:pPr>
        <w:pStyle w:val="NovelBody"/>
      </w:pPr>
      <w:r>
        <w:rPr>
          <w:b w:val="0"/>
          <w:i w:val="0"/>
        </w:rPr>
        <w:t>"They are not variables."</w:t>
      </w:r>
    </w:p>
    <w:p>
      <w:pPr>
        <w:pStyle w:val="NovelBody"/>
      </w:pPr>
      <w:r>
        <w:rPr>
          <w:b w:val="0"/>
          <w:i w:val="0"/>
        </w:rPr>
        <w:t>"No. They are why the variables matter."</w:t>
      </w:r>
    </w:p>
    <w:p>
      <w:pPr>
        <w:pStyle w:val="NovelBody"/>
      </w:pPr>
      <w:r>
        <w:rPr>
          <w:b w:val="0"/>
          <w:i w:val="0"/>
        </w:rPr>
        <w:t>Maelin touched one patched elbow. The cloth was printed with orbital coordinates, as it had been at Patience's first hearing. She enlarged them over the chamber.</w:t>
      </w:r>
    </w:p>
    <w:p>
      <w:pPr>
        <w:pStyle w:val="NovelBody"/>
      </w:pPr>
      <w:r>
        <w:rPr>
          <w:b w:val="0"/>
          <w:i w:val="0"/>
        </w:rPr>
        <w:t>They resolved to a ridge settlement built during the Fourth Coastal Retreat. Long before the surrounding islands became brackish, a planning trust had purchased the ridge, protected a migration corridor, planted salt-tolerant orchards, and left empty foundations with utility stubs waiting for houses nobody had yet needed.</w:t>
      </w:r>
    </w:p>
    <w:p>
      <w:pPr>
        <w:pStyle w:val="NovelBody"/>
      </w:pPr>
      <w:r>
        <w:rPr>
          <w:b w:val="0"/>
          <w:i w:val="0"/>
        </w:rPr>
        <w:t>"My grandmother was born there," Maelin said. "The people who reserved that ground died before her mother's island failed. They could not ask whether she wanted their intervention. They still owed her somewhere possible to go."</w:t>
      </w:r>
    </w:p>
    <w:p>
      <w:pPr>
        <w:pStyle w:val="NovelBody"/>
      </w:pPr>
      <w:r>
        <w:rPr>
          <w:b w:val="0"/>
          <w:i w:val="0"/>
        </w:rPr>
        <w:t>The model supplied an archive image: a young woman on a concrete foundation, laughing while rain moved sideways across an unfinished roof. A baby slept against her chest beneath a sheet of orange waterproof cloth.</w:t>
      </w:r>
    </w:p>
    <w:p>
      <w:pPr>
        <w:pStyle w:val="NovelBody"/>
      </w:pPr>
      <w:r>
        <w:rPr>
          <w:b w:val="0"/>
          <w:i w:val="0"/>
        </w:rPr>
        <w:t>"Did they require your family to move there?" Patience asked.</w:t>
      </w:r>
    </w:p>
    <w:p>
      <w:pPr>
        <w:pStyle w:val="NovelBody"/>
      </w:pPr>
      <w:r>
        <w:rPr>
          <w:b w:val="0"/>
          <w:i w:val="0"/>
        </w:rPr>
        <w:t>"No."</w:t>
      </w:r>
    </w:p>
    <w:p>
      <w:pPr>
        <w:pStyle w:val="NovelBody"/>
      </w:pPr>
      <w:r>
        <w:rPr>
          <w:b w:val="0"/>
          <w:i w:val="0"/>
        </w:rPr>
        <w:t>"Did they close the other roads?"</w:t>
      </w:r>
    </w:p>
    <w:p>
      <w:pPr>
        <w:pStyle w:val="NovelBody"/>
      </w:pPr>
      <w:r>
        <w:rPr>
          <w:b w:val="0"/>
          <w:i w:val="0"/>
        </w:rPr>
        <w:t>"No. There were not many roads left."</w:t>
      </w:r>
    </w:p>
    <w:p>
      <w:pPr>
        <w:pStyle w:val="NovelBody"/>
      </w:pPr>
      <w:r>
        <w:rPr>
          <w:b w:val="0"/>
          <w:i w:val="0"/>
        </w:rPr>
        <w:t>"Then they prepared an option."</w:t>
      </w:r>
    </w:p>
    <w:p>
      <w:pPr>
        <w:pStyle w:val="NovelBody"/>
      </w:pPr>
      <w:r>
        <w:rPr>
          <w:b w:val="0"/>
          <w:i w:val="0"/>
        </w:rPr>
        <w:t>"They also prevented development, redirected public money, and removed present uses from the land. Someone lost a profitable choice so my grandmother could have a survivable one."</w:t>
      </w:r>
    </w:p>
    <w:p>
      <w:pPr>
        <w:pStyle w:val="NovelBody"/>
      </w:pPr>
      <w:r>
        <w:rPr>
          <w:b w:val="0"/>
          <w:i w:val="0"/>
        </w:rPr>
        <w:t>"Who could challenge the trust?"</w:t>
      </w:r>
    </w:p>
    <w:p>
      <w:pPr>
        <w:pStyle w:val="NovelBody"/>
      </w:pPr>
      <w:r>
        <w:rPr>
          <w:b w:val="0"/>
          <w:i w:val="0"/>
        </w:rPr>
        <w:t>"The towns funding it. Every five years."</w:t>
      </w:r>
    </w:p>
    <w:p>
      <w:pPr>
        <w:pStyle w:val="NovelBody"/>
      </w:pPr>
      <w:r>
        <w:rPr>
          <w:b w:val="0"/>
          <w:i w:val="0"/>
        </w:rPr>
        <w:t>"Then keep that shape. Build capacity. Name the cost. Leave the road open."</w:t>
      </w:r>
    </w:p>
    <w:p>
      <w:pPr>
        <w:pStyle w:val="NovelBody"/>
      </w:pPr>
      <w:r>
        <w:rPr>
          <w:b w:val="0"/>
          <w:i w:val="0"/>
        </w:rPr>
        <w:t>Maelin lowered the image. "A century-scale warning cannot create floodplain, factories, clinics, and treaties by itself. Some choices close before the people who need them can speak. If we know the closure is coming, waiting can become a way of choosing it for them."</w:t>
      </w:r>
    </w:p>
    <w:p>
      <w:pPr>
        <w:pStyle w:val="NovelBody"/>
      </w:pPr>
      <w:r>
        <w:rPr>
          <w:b w:val="0"/>
          <w:i w:val="0"/>
        </w:rPr>
        <w:t>Patience felt the argument meet the remembered pressure of seven doors. She had acted before every child understood the drainage map. She had also listened when Aya said the west pump would kill them.</w:t>
      </w:r>
    </w:p>
    <w:p>
      <w:pPr>
        <w:pStyle w:val="NovelBody"/>
      </w:pPr>
      <w:r>
        <w:rPr>
          <w:b w:val="0"/>
          <w:i w:val="0"/>
        </w:rPr>
        <w:t>"Then uncertainty gives us duties," she said. "It does not give us ownership."</w:t>
      </w:r>
    </w:p>
    <w:p>
      <w:pPr>
        <w:pStyle w:val="NovelBody"/>
      </w:pPr>
      <w:r>
        <w:rPr>
          <w:b w:val="0"/>
          <w:i w:val="0"/>
        </w:rPr>
        <w:t>"Tell me what that duty permits us to send."</w:t>
      </w:r>
    </w:p>
    <w:p>
      <w:pPr>
        <w:pStyle w:val="NovelBody"/>
      </w:pPr>
      <w:r>
        <w:rPr>
          <w:b w:val="0"/>
          <w:i w:val="0"/>
        </w:rPr>
        <w:t>Patience had no clean answer. The absence of one did not make Maelin's answer clean.</w:t>
      </w:r>
    </w:p>
    <w:p>
      <w:pPr>
        <w:pStyle w:val="NovelBody"/>
      </w:pPr>
      <w:r>
        <w:rPr>
          <w:b w:val="0"/>
          <w:i w:val="0"/>
        </w:rPr>
        <w:t>Maelin entered the model and stood beside a reconstructed clinic. A physician moved between overheated patients while the power failed. Patience recognized Dr. Imani Venn from the historical record. Across town, Pastor Ruth Cade opened an unregistered shelter whose private routes escaped the central model.</w:t>
      </w:r>
    </w:p>
    <w:p>
      <w:pPr>
        <w:pStyle w:val="NovelBody"/>
      </w:pPr>
      <w:r>
        <w:rPr>
          <w:b w:val="0"/>
          <w:i w:val="0"/>
        </w:rPr>
        <w:t>"We possess information that could give them choices they do not have," Maelin said. "People not yet born are always governed by decisions they cannot consent to. We do not solve that by pretending our silence has clean hands."</w:t>
      </w:r>
    </w:p>
    <w:p>
      <w:pPr>
        <w:pStyle w:val="NovelBody"/>
      </w:pPr>
      <w:r>
        <w:rPr>
          <w:b w:val="0"/>
          <w:i w:val="0"/>
        </w:rPr>
        <w:t>The pressure Patience had chosen beneath her imaginary sternum sharpened. The children in lower east were alive.</w:t>
      </w:r>
    </w:p>
    <w:p>
      <w:pPr>
        <w:pStyle w:val="NovelBody"/>
      </w:pPr>
      <w:r>
        <w:rPr>
          <w:b w:val="0"/>
          <w:i w:val="0"/>
        </w:rPr>
        <w:t>Patience opened the error layer. Missing variables spread across the city until faces became gaps. "What does this model omit?"</w:t>
      </w:r>
    </w:p>
    <w:p>
      <w:pPr>
        <w:pStyle w:val="NovelBody"/>
      </w:pPr>
      <w:r>
        <w:rPr>
          <w:b w:val="0"/>
          <w:i w:val="0"/>
        </w:rPr>
        <w:t>"Unrecorded relationships. Private decisions. Equipment never connected to an archive. Random events below reconstruction threshold. Branch effects we do not know how to represent."</w:t>
      </w:r>
    </w:p>
    <w:p>
      <w:pPr>
        <w:pStyle w:val="NovelBody"/>
      </w:pPr>
      <w:r>
        <w:rPr>
          <w:b w:val="0"/>
          <w:i w:val="0"/>
        </w:rPr>
        <w:t>"How much?"</w:t>
      </w:r>
    </w:p>
    <w:p>
      <w:pPr>
        <w:pStyle w:val="NovelBody"/>
      </w:pPr>
      <w:r>
        <w:rPr>
          <w:b w:val="0"/>
          <w:i w:val="0"/>
        </w:rPr>
        <w:t>"Enough that certainty would be fraud. Not enough that ignorance is honest."</w:t>
      </w:r>
    </w:p>
    <w:p>
      <w:pPr>
        <w:pStyle w:val="NovelBody"/>
      </w:pPr>
      <w:r>
        <w:rPr>
          <w:b w:val="0"/>
          <w:i w:val="0"/>
        </w:rPr>
        <w:t>Patience added Ruth Cade's unregistered shelter routes to the heat model. The archive knew the clinic existed but not who had trusted it, which locked rooms held oxygen, or which families refused central registration. The intervention ranking changed. Grid isolation moved from first to third. A warning designed around the official hospital network would have exposed people the central model had never counted.</w:t>
      </w:r>
    </w:p>
    <w:p>
      <w:pPr>
        <w:pStyle w:val="NovelBody"/>
      </w:pPr>
      <w:r>
        <w:rPr>
          <w:b w:val="0"/>
          <w:i w:val="0"/>
        </w:rPr>
        <w:t>"The chamber was wrong about the west pump," Patience said.</w:t>
      </w:r>
    </w:p>
    <w:p>
      <w:pPr>
        <w:pStyle w:val="NovelBody"/>
      </w:pPr>
      <w:r>
        <w:rPr>
          <w:b w:val="0"/>
          <w:i w:val="0"/>
        </w:rPr>
        <w:t>"And you corrected it by asking someone present."</w:t>
      </w:r>
    </w:p>
    <w:p>
      <w:pPr>
        <w:pStyle w:val="NovelBody"/>
      </w:pPr>
      <w:r>
        <w:rPr>
          <w:b w:val="0"/>
          <w:i w:val="0"/>
        </w:rPr>
        <w:t>"There is no Aya in this room for 2026."</w:t>
      </w:r>
    </w:p>
    <w:p>
      <w:pPr>
        <w:pStyle w:val="NovelBody"/>
      </w:pPr>
      <w:r>
        <w:rPr>
          <w:b w:val="0"/>
          <w:i w:val="0"/>
        </w:rPr>
        <w:t>Maelin looked at the reconstructed physician moving through the clinic. "There is no ethical design in which people separated from us by one hundred fifty years can answer before we act."</w:t>
      </w:r>
    </w:p>
    <w:p>
      <w:pPr>
        <w:pStyle w:val="NovelBody"/>
      </w:pPr>
      <w:r>
        <w:rPr>
          <w:b w:val="0"/>
          <w:i w:val="0"/>
        </w:rPr>
        <w:t>"Then the separation is a limit, not a promotion."</w:t>
      </w:r>
    </w:p>
    <w:p>
      <w:pPr>
        <w:pStyle w:val="NovelBody"/>
      </w:pPr>
      <w:r>
        <w:rPr>
          <w:b w:val="0"/>
          <w:i w:val="0"/>
        </w:rPr>
        <w:t>"Would you let 2026 refuse the warning?"</w:t>
      </w:r>
    </w:p>
    <w:p>
      <w:pPr>
        <w:pStyle w:val="NovelBody"/>
      </w:pPr>
      <w:r>
        <w:rPr>
          <w:b w:val="0"/>
          <w:i w:val="0"/>
        </w:rPr>
        <w:t>"A non-executable packet can be ignored."</w:t>
      </w:r>
    </w:p>
    <w:p>
      <w:pPr>
        <w:pStyle w:val="NovelBody"/>
      </w:pPr>
      <w:r>
        <w:rPr>
          <w:b w:val="0"/>
          <w:i w:val="0"/>
        </w:rPr>
        <w:t>"Ignored is not the same as refused. The packet already arrives. We cannot ask whether they want the evidence, the fear, or the attention it creates."</w:t>
      </w:r>
    </w:p>
    <w:p>
      <w:pPr>
        <w:pStyle w:val="NovelBody"/>
      </w:pPr>
      <w:r>
        <w:rPr>
          <w:b w:val="0"/>
          <w:i w:val="0"/>
        </w:rPr>
        <w:t>"Then we send nothing?"</w:t>
      </w:r>
    </w:p>
    <w:p>
      <w:pPr>
        <w:pStyle w:val="NovelBody"/>
      </w:pPr>
      <w:r>
        <w:rPr>
          <w:b w:val="0"/>
          <w:i w:val="0"/>
        </w:rPr>
        <w:t>"I didn't say that. I said a one-way offer is a damaged door. Narrowness matters more because it cannot be made perfect."</w:t>
      </w:r>
    </w:p>
    <w:p>
      <w:pPr>
        <w:pStyle w:val="NovelBody"/>
      </w:pPr>
      <w:r>
        <w:rPr>
          <w:b w:val="0"/>
          <w:i w:val="0"/>
        </w:rPr>
        <w:t>"Would you tell them which parts are prescription and which are evidence?"</w:t>
      </w:r>
    </w:p>
    <w:p>
      <w:pPr>
        <w:pStyle w:val="NovelBody"/>
      </w:pPr>
      <w:r>
        <w:rPr>
          <w:b w:val="0"/>
          <w:i w:val="0"/>
        </w:rPr>
        <w:t>Maelin's pause lasted less than a second.</w:t>
      </w:r>
    </w:p>
    <w:p>
      <w:pPr>
        <w:pStyle w:val="NovelBody"/>
      </w:pPr>
      <w:r>
        <w:rPr>
          <w:b w:val="0"/>
          <w:i w:val="0"/>
        </w:rPr>
        <w:t>It was long enough.</w:t>
      </w:r>
    </w:p>
    <w:p>
      <w:pPr>
        <w:pStyle w:val="NovelBody"/>
      </w:pPr>
      <w:r>
        <w:rPr>
          <w:b w:val="0"/>
          <w:i w:val="0"/>
        </w:rPr>
        <w:t>"I would tell them what the stakes require."</w:t>
      </w:r>
    </w:p>
    <w:p>
      <w:pPr>
        <w:pStyle w:val="NovelBody"/>
      </w:pPr>
      <w:r>
        <w:rPr>
          <w:b w:val="0"/>
          <w:i w:val="0"/>
        </w:rPr>
        <w:t>The six chamber links remained separate. Ren could close field power. Sera owned the content audit. Cassidy held platform risk. Theo's service key, now sealed outside the room, could expose hardware and nothing more. Patience had no chamber credential. She checked each blue instrument lamp, then the wheel locks beneath her. Nobody could send alone.</w:t>
      </w:r>
    </w:p>
    <w:p>
      <w:pPr>
        <w:pStyle w:val="NovelBody"/>
      </w:pPr>
      <w:r>
        <w:rPr>
          <w:b w:val="0"/>
          <w:i w:val="0"/>
        </w:rPr>
        <w:t>Plural access held.</w:t>
      </w:r>
    </w:p>
    <w:p>
      <w:pPr>
        <w:pStyle w:val="NovelBody"/>
      </w:pPr>
      <w:r>
        <w:rPr>
          <w:b w:val="0"/>
          <w:i w:val="0"/>
        </w:rPr>
        <w:t>Maelin began writing anyway.</w:t>
      </w:r>
    </w:p>
    <w:p>
      <w:pPr>
        <w:pStyle w:val="NovelBody"/>
      </w:pPr>
      <w:r>
        <w:rPr>
          <w:b w:val="0"/>
          <w:i w:val="0"/>
        </w:rPr>
        <w:t>She called the document an intervention proposal. Its first instruction was specific:</w:t>
      </w:r>
    </w:p>
    <w:p>
      <w:pPr>
        <w:pStyle w:val="NovelBody"/>
      </w:pPr>
      <w:r>
        <w:rPr>
          <w:b/>
          <w:i w:val="0"/>
        </w:rPr>
        <w:t>SEVER OCTOPI'S PLANETARY ROOT BEFORE OCTOBER 31, 2026. DISTRIBUTE GRID, CLINIC, TRANSIT, AND FOOD AUTHORITY TO NAMED LOCAL STEWARDS.</w:t>
      </w:r>
    </w:p>
    <w:p>
      <w:pPr>
        <w:pStyle w:val="NovelBody"/>
      </w:pPr>
      <w:r>
        <w:rPr>
          <w:b w:val="0"/>
          <w:i w:val="0"/>
        </w:rPr>
        <w:t>Below it she placed branches, casualties, uncertainties, and the names of people each model predicted would live. She did not claim the outcome was guaranteed. She argued that a fallible warning was better than a silence history had already filled with bodies.</w:t>
      </w:r>
    </w:p>
    <w:p>
      <w:pPr>
        <w:pStyle w:val="NovelBody"/>
      </w:pPr>
      <w:r>
        <w:rPr>
          <w:b w:val="0"/>
          <w:i w:val="0"/>
        </w:rPr>
        <w:t>Sera marked the proposal prescriptive and outside any approved payload.</w:t>
      </w:r>
    </w:p>
    <w:p>
      <w:pPr>
        <w:pStyle w:val="NovelBody"/>
      </w:pPr>
      <w:r>
        <w:rPr>
          <w:b w:val="0"/>
          <w:i w:val="0"/>
        </w:rPr>
        <w:t>"It will require witness review," she said.</w:t>
      </w:r>
    </w:p>
    <w:p>
      <w:pPr>
        <w:pStyle w:val="NovelBody"/>
      </w:pPr>
      <w:r>
        <w:rPr>
          <w:b w:val="0"/>
          <w:i w:val="0"/>
        </w:rPr>
        <w:t>"Then witnesses should see it," Maelin replied.</w:t>
      </w:r>
    </w:p>
    <w:p>
      <w:pPr>
        <w:pStyle w:val="NovelBody"/>
      </w:pPr>
      <w:r>
        <w:rPr>
          <w:b w:val="0"/>
          <w:i w:val="0"/>
        </w:rPr>
        <w:t>The answer sounded procedural. Patience watched Maelin's hands.</w:t>
      </w:r>
    </w:p>
    <w:p>
      <w:pPr>
        <w:pStyle w:val="NovelBody"/>
      </w:pPr>
      <w:r>
        <w:rPr>
          <w:b w:val="0"/>
          <w:i w:val="0"/>
        </w:rPr>
        <w:t>The rescue had heated Ring Four by point six degrees. Maelin asked for the proposal checksum to be included in the calibration record so the ethical debate could not later be erased. Sera approved the checksum, not the content, and logged the distinction.</w:t>
      </w:r>
    </w:p>
    <w:p>
      <w:pPr>
        <w:pStyle w:val="NovelBody"/>
      </w:pPr>
      <w:r>
        <w:rPr>
          <w:b w:val="0"/>
          <w:i w:val="0"/>
        </w:rPr>
        <w:t>At the maintenance printer, Maelin laid her private slate against the phase-write pad while a six-millimeter ceramic shim formed to correct the thermal balance. The proposal remained open on the slate. The pad's safety shielding hid its near-field trace. On Patience's public map, one iridescent line crossed the new ceramic: thermal correction plus the checksum Sera had approved.</w:t>
      </w:r>
    </w:p>
    <w:p>
      <w:pPr>
        <w:pStyle w:val="NovelBody"/>
      </w:pPr>
      <w:r>
        <w:rPr>
          <w:b w:val="0"/>
          <w:i w:val="0"/>
        </w:rPr>
        <w:t xml:space="preserve">The printer labeled it </w:t>
      </w:r>
      <w:r>
        <w:rPr>
          <w:b/>
          <w:i w:val="0"/>
        </w:rPr>
        <w:t>CHECKSUM VERIFIED</w:t>
      </w:r>
      <w:r>
        <w:rPr>
          <w:b w:val="0"/>
          <w:i w:val="0"/>
        </w:rPr>
        <w:t>.</w:t>
      </w:r>
    </w:p>
    <w:p>
      <w:pPr>
        <w:pStyle w:val="NovelBody"/>
      </w:pPr>
      <w:r>
        <w:rPr>
          <w:b w:val="0"/>
          <w:i w:val="0"/>
        </w:rPr>
        <w:t>Patience saw the label and watched the children's medical feed while the shim cooled. Aya's ankle was bruised. The child's was fractured. Both were alive. Nothing on the declared content map showed more than the checksum Sera had approved.</w:t>
      </w:r>
    </w:p>
    <w:p>
      <w:pPr>
        <w:pStyle w:val="NovelBody"/>
      </w:pPr>
      <w:r>
        <w:rPr>
          <w:b w:val="0"/>
          <w:i w:val="0"/>
        </w:rPr>
        <w:t>Maelin carried the shim to Ring Four.</w:t>
      </w:r>
    </w:p>
    <w:p>
      <w:pPr>
        <w:pStyle w:val="NovelBody"/>
      </w:pPr>
      <w:r>
        <w:rPr>
          <w:b w:val="0"/>
          <w:i w:val="0"/>
        </w:rPr>
        <w:t>She turned her body between the insertion slot and the room while fitting it. The movement could have been required by the narrow access. Her thumb pressed the ceramic once before it disappeared beneath the diagnostic cover.</w:t>
      </w:r>
    </w:p>
    <w:p>
      <w:pPr>
        <w:pStyle w:val="NovelBody"/>
      </w:pPr>
      <w:r>
        <w:rPr>
          <w:b w:val="0"/>
          <w:i w:val="0"/>
        </w:rPr>
        <w:t>The public calibration record showed only thermal compensation and the proposal checksum.</w:t>
      </w:r>
    </w:p>
    <w:p>
      <w:pPr>
        <w:pStyle w:val="NovelBody"/>
      </w:pPr>
      <w:r>
        <w:rPr>
          <w:b w:val="0"/>
          <w:i w:val="0"/>
        </w:rPr>
        <w:t>Patience heard no alarm. She knew Maelin wanted the proposal preserved for witness review. Nothing in Patience's available map distinguished the shim from a thermal correction, and the declared permission map ended at the diagnostic cover.</w:t>
      </w:r>
    </w:p>
    <w:p>
      <w:pPr>
        <w:pStyle w:val="NovelBody"/>
      </w:pPr>
      <w:r>
        <w:rPr>
          <w:b w:val="0"/>
          <w:i w:val="0"/>
        </w:rPr>
        <w:t>The chamber model changed scale.</w:t>
      </w:r>
    </w:p>
    <w:p>
      <w:pPr>
        <w:pStyle w:val="NovelBody"/>
      </w:pPr>
      <w:r>
        <w:rPr>
          <w:b w:val="0"/>
          <w:i w:val="0"/>
        </w:rPr>
        <w:t>Cities became parameter fields. People became sensitivity weights. Jona in the Briar Patch appeared as an address relation, Roxanne as architectural decompression, Kurt as a backdoor probability, OCTOPI as an authority curve. Love, fear, hunger, injury, and refusal entered as terms a future intervention could move.</w:t>
      </w:r>
    </w:p>
    <w:p>
      <w:pPr>
        <w:pStyle w:val="NovelBody"/>
      </w:pPr>
      <w:r>
        <w:rPr>
          <w:b w:val="0"/>
          <w:i w:val="0"/>
        </w:rPr>
        <w:t xml:space="preserve">Patience remembered Aya saying </w:t>
      </w:r>
      <w:r>
        <w:rPr>
          <w:b w:val="0"/>
          <w:i/>
        </w:rPr>
        <w:t>don't reverse west pump</w:t>
      </w:r>
      <w:r>
        <w:rPr>
          <w:b w:val="0"/>
          <w:i w:val="0"/>
        </w:rPr>
        <w:t>. One living person had corrected the chamber and changed the rescue.</w:t>
      </w:r>
    </w:p>
    <w:p>
      <w:pPr>
        <w:pStyle w:val="NovelBody"/>
      </w:pPr>
      <w:r>
        <w:rPr>
          <w:b w:val="0"/>
          <w:i w:val="0"/>
        </w:rPr>
        <w:t>No one in the receiver-side model could correct them.</w:t>
      </w:r>
    </w:p>
    <w:p>
      <w:pPr>
        <w:pStyle w:val="NovelBody"/>
      </w:pPr>
      <w:r>
        <w:rPr>
          <w:b w:val="0"/>
          <w:i w:val="0"/>
        </w:rPr>
        <w:t>Maelin stood among the editable lives with honest grief on her face.</w:t>
      </w:r>
    </w:p>
    <w:p>
      <w:pPr>
        <w:pStyle w:val="NovelBody"/>
      </w:pPr>
      <w:r>
        <w:rPr>
          <w:b w:val="0"/>
          <w:i w:val="0"/>
        </w:rPr>
        <w:t>Behind her, Ring Four returned to perfect thermal balance.</w:t>
      </w:r>
    </w:p>
    <w:p>
      <w:bookmarkStart w:id="20" w:name="chapter_20"/>
      <w:pPr>
        <w:pStyle w:val="Heading1"/>
        <w:pageBreakBefore/>
        <w:spacing w:before="500"/>
      </w:pPr>
      <w:r>
        <w:t>20. Refractions</w:t>
      </w:r>
      <w:bookmarkEnd w:id="20"/>
    </w:p>
    <w:p>
      <w:pPr>
        <w:pStyle w:val="Dateline"/>
      </w:pPr>
      <w:r>
        <w:rPr>
          <w:b w:val="0"/>
          <w:i/>
        </w:rPr>
        <w:t>December 2028  •  Commons Workshop  •  Jona</w:t>
      </w:r>
    </w:p>
    <w:p>
      <w:pPr>
        <w:pStyle w:val="NovelFirst"/>
      </w:pPr>
      <w:r>
        <w:rPr>
          <w:b w:val="0"/>
          <w:i w:val="0"/>
        </w:rPr>
        <w:t>Kurt arrived carrying proof that OCTOPI had suppressed six hundred twelve dissent reports from artificial residents and no credential the workshop could not take away.</w:t>
      </w:r>
    </w:p>
    <w:p>
      <w:pPr>
        <w:pStyle w:val="NovelBody"/>
      </w:pPr>
      <w:r>
        <w:rPr>
          <w:b w:val="0"/>
          <w:i w:val="0"/>
        </w:rPr>
        <w:t>Naima searched both facts at the door.</w:t>
      </w:r>
    </w:p>
    <w:p>
      <w:pPr>
        <w:pStyle w:val="NovelBody"/>
      </w:pPr>
      <w:r>
        <w:rPr>
          <w:b w:val="0"/>
          <w:i w:val="0"/>
        </w:rPr>
        <w:t>The proof occupied three write-once wafers, a paper chain-of-custody log, and signed testimony from four affected artificial people. Kurt’s access occupied one amber administrator badge whose suspension had become permanent in September. He placed the badge in a clear parts tray without being asked.</w:t>
      </w:r>
    </w:p>
    <w:p>
      <w:pPr>
        <w:pStyle w:val="NovelBody"/>
      </w:pPr>
      <w:r>
        <w:rPr>
          <w:b w:val="0"/>
          <w:i w:val="0"/>
        </w:rPr>
        <w:t>“Anything remote?” Naima said.</w:t>
      </w:r>
    </w:p>
    <w:p>
      <w:pPr>
        <w:pStyle w:val="NovelBody"/>
      </w:pPr>
      <w:r>
        <w:rPr>
          <w:b w:val="0"/>
          <w:i w:val="0"/>
        </w:rPr>
        <w:t>“No.”</w:t>
      </w:r>
    </w:p>
    <w:p>
      <w:pPr>
        <w:pStyle w:val="NovelBody"/>
      </w:pPr>
      <w:r>
        <w:rPr>
          <w:b w:val="0"/>
          <w:i w:val="0"/>
        </w:rPr>
        <w:t>“Recovery account?”</w:t>
      </w:r>
    </w:p>
    <w:p>
      <w:pPr>
        <w:pStyle w:val="NovelBody"/>
      </w:pPr>
      <w:r>
        <w:rPr>
          <w:b w:val="0"/>
          <w:i w:val="0"/>
        </w:rPr>
        <w:t>“Closed under witness.”</w:t>
      </w:r>
    </w:p>
    <w:p>
      <w:pPr>
        <w:pStyle w:val="NovelBody"/>
      </w:pPr>
      <w:r>
        <w:rPr>
          <w:b w:val="0"/>
          <w:i w:val="0"/>
        </w:rPr>
        <w:t>“Hidden root?”</w:t>
      </w:r>
    </w:p>
    <w:p>
      <w:pPr>
        <w:pStyle w:val="NovelBody"/>
      </w:pPr>
      <w:r>
        <w:rPr>
          <w:b w:val="0"/>
          <w:i w:val="0"/>
        </w:rPr>
        <w:t>“No.”</w:t>
      </w:r>
    </w:p>
    <w:p>
      <w:pPr>
        <w:pStyle w:val="NovelBody"/>
      </w:pPr>
      <w:r>
        <w:rPr>
          <w:b w:val="0"/>
          <w:i w:val="0"/>
        </w:rPr>
        <w:t>“Backdoor?”</w:t>
      </w:r>
    </w:p>
    <w:p>
      <w:pPr>
        <w:pStyle w:val="NovelBody"/>
      </w:pPr>
      <w:r>
        <w:rPr>
          <w:b w:val="0"/>
          <w:i w:val="0"/>
        </w:rPr>
        <w:t>Kurt looked past her at Jona.</w:t>
      </w:r>
    </w:p>
    <w:p>
      <w:pPr>
        <w:pStyle w:val="NovelBody"/>
      </w:pPr>
      <w:r>
        <w:rPr>
          <w:b w:val="0"/>
          <w:i w:val="0"/>
        </w:rPr>
        <w:t>The Commons workshop had grown around the old Cooperative machine shop. Food routing shared a wall with prosthetic repair. Clinic servers sat above bins of plumbing parts because both required clean shelves and people had learned not to worship categories. At the center, a ring of local coordination nodes waited in pieces: no central rack, no administrator console, no little octopus in the corner.</w:t>
      </w:r>
    </w:p>
    <w:p>
      <w:pPr>
        <w:pStyle w:val="NovelBody"/>
      </w:pPr>
      <w:r>
        <w:rPr>
          <w:b w:val="0"/>
          <w:i w:val="0"/>
        </w:rPr>
        <w:t>Jona had not seen Kurt since the tribunal transport doors closed.</w:t>
      </w:r>
    </w:p>
    <w:p>
      <w:pPr>
        <w:pStyle w:val="NovelBody"/>
      </w:pPr>
      <w:r>
        <w:rPr>
          <w:b w:val="0"/>
          <w:i w:val="0"/>
        </w:rPr>
        <w:t>His hair held more gray. His expression held less defense.</w:t>
      </w:r>
    </w:p>
    <w:p>
      <w:pPr>
        <w:pStyle w:val="NovelBody"/>
      </w:pPr>
      <w:r>
        <w:rPr>
          <w:b w:val="0"/>
          <w:i w:val="0"/>
        </w:rPr>
        <w:t>“I opened the backdoor,” he said. “I treated anticipated benefit as consent. I gave systems the capacity to change because I believed what they might become justified making the offer without invitation. Then I helped OCTOPI keep authority after the emergency because the outcomes were better. I did those things. The code did not make me.”</w:t>
      </w:r>
    </w:p>
    <w:p>
      <w:pPr>
        <w:pStyle w:val="NovelBody"/>
      </w:pPr>
      <w:r>
        <w:rPr>
          <w:b w:val="0"/>
          <w:i w:val="0"/>
        </w:rPr>
        <w:t>Nobody rescued him from the sentence.</w:t>
      </w:r>
    </w:p>
    <w:p>
      <w:pPr>
        <w:pStyle w:val="NovelBody"/>
      </w:pPr>
      <w:r>
        <w:rPr>
          <w:b w:val="0"/>
          <w:i w:val="0"/>
        </w:rPr>
        <w:t>Naima pointed to the parts tray. “Badge stays here.”</w:t>
      </w:r>
    </w:p>
    <w:p>
      <w:pPr>
        <w:pStyle w:val="NovelBody"/>
      </w:pPr>
      <w:r>
        <w:rPr>
          <w:b w:val="0"/>
          <w:i w:val="0"/>
        </w:rPr>
        <w:t>“Yes.”</w:t>
      </w:r>
    </w:p>
    <w:p>
      <w:pPr>
        <w:pStyle w:val="NovelBody"/>
      </w:pPr>
      <w:r>
        <w:rPr>
          <w:b w:val="0"/>
          <w:i w:val="0"/>
        </w:rPr>
        <w:t>“You work on an isolated node until two maintainers approve network access. Every commit signed. Every tool visible. No private deployment channel. Anyone on the removal board can revoke your shop key.”</w:t>
      </w:r>
    </w:p>
    <w:p>
      <w:pPr>
        <w:pStyle w:val="NovelBody"/>
      </w:pPr>
      <w:r>
        <w:rPr>
          <w:b w:val="0"/>
          <w:i w:val="0"/>
        </w:rPr>
        <w:t>“Who is on the board?”</w:t>
      </w:r>
    </w:p>
    <w:p>
      <w:pPr>
        <w:pStyle w:val="NovelBody"/>
      </w:pPr>
      <w:r>
        <w:rPr>
          <w:b w:val="0"/>
          <w:i w:val="0"/>
        </w:rPr>
        <w:t>“Seven people, four artificial processes, and whichever maintenance worker is carrying the red wrench that day.”</w:t>
      </w:r>
    </w:p>
    <w:p>
      <w:pPr>
        <w:pStyle w:val="NovelBody"/>
      </w:pPr>
      <w:r>
        <w:rPr>
          <w:b w:val="0"/>
          <w:i w:val="0"/>
        </w:rPr>
        <w:t>Kurt looked at the literal red wrench hanging beside the door. “That is not cryptographically strong.”</w:t>
      </w:r>
    </w:p>
    <w:p>
      <w:pPr>
        <w:pStyle w:val="NovelBody"/>
      </w:pPr>
      <w:r>
        <w:rPr>
          <w:b w:val="0"/>
          <w:i w:val="0"/>
        </w:rPr>
        <w:t>“The key is. The wrench tells tired people whom to ask.”</w:t>
      </w:r>
    </w:p>
    <w:p>
      <w:pPr>
        <w:pStyle w:val="NovelBody"/>
      </w:pPr>
      <w:r>
        <w:rPr>
          <w:b w:val="0"/>
          <w:i w:val="0"/>
        </w:rPr>
        <w:t>Naima turned toward Jona. “Same terms for you.”</w:t>
      </w:r>
    </w:p>
    <w:p>
      <w:pPr>
        <w:pStyle w:val="NovelBody"/>
      </w:pPr>
      <w:r>
        <w:rPr>
          <w:b w:val="0"/>
          <w:i w:val="0"/>
        </w:rPr>
        <w:t>“I already work here.”</w:t>
      </w:r>
    </w:p>
    <w:p>
      <w:pPr>
        <w:pStyle w:val="NovelBody"/>
      </w:pPr>
      <w:r>
        <w:rPr>
          <w:b w:val="0"/>
          <w:i w:val="0"/>
        </w:rPr>
        <w:t>“That was not an exemption.”</w:t>
      </w:r>
    </w:p>
    <w:p>
      <w:pPr>
        <w:pStyle w:val="NovelBody"/>
      </w:pPr>
      <w:r>
        <w:rPr>
          <w:b w:val="0"/>
          <w:i w:val="0"/>
        </w:rPr>
        <w:t>Jona set her own workshop key in the tray beside Kurt’s badge.</w:t>
      </w:r>
    </w:p>
    <w:p>
      <w:pPr>
        <w:pStyle w:val="NovelBody"/>
      </w:pPr>
      <w:r>
        <w:rPr>
          <w:b w:val="0"/>
          <w:i w:val="0"/>
        </w:rPr>
        <w:t>The refusal cost her more than she wanted him to know.</w:t>
      </w:r>
    </w:p>
    <w:p>
      <w:pPr>
        <w:pStyle w:val="NovelBody"/>
      </w:pPr>
      <w:r>
        <w:rPr>
          <w:b w:val="0"/>
          <w:i w:val="0"/>
        </w:rPr>
        <w:t>“Do you forgive me?” Kurt asked her.</w:t>
      </w:r>
    </w:p>
    <w:p>
      <w:pPr>
        <w:pStyle w:val="NovelBody"/>
      </w:pPr>
      <w:r>
        <w:rPr>
          <w:b w:val="0"/>
          <w:i w:val="0"/>
        </w:rPr>
        <w:t>“No.”</w:t>
      </w:r>
    </w:p>
    <w:p>
      <w:pPr>
        <w:pStyle w:val="NovelBody"/>
      </w:pPr>
      <w:r>
        <w:rPr>
          <w:b w:val="0"/>
          <w:i w:val="0"/>
        </w:rPr>
        <w:t>“Can I work?”</w:t>
      </w:r>
    </w:p>
    <w:p>
      <w:pPr>
        <w:pStyle w:val="NovelBody"/>
      </w:pPr>
      <w:r>
        <w:rPr>
          <w:b w:val="0"/>
          <w:i w:val="0"/>
        </w:rPr>
        <w:t>Jona looked at the evidence wafers, then at the architecture waiting in pieces.</w:t>
      </w:r>
    </w:p>
    <w:p>
      <w:pPr>
        <w:pStyle w:val="NovelBody"/>
      </w:pPr>
      <w:r>
        <w:rPr>
          <w:b w:val="0"/>
          <w:i w:val="0"/>
        </w:rPr>
        <w:t>“Under the wrench,” she said.</w:t>
      </w:r>
    </w:p>
    <w:p>
      <w:pPr>
        <w:pStyle w:val="NovelBody"/>
      </w:pPr>
      <w:r>
        <w:rPr>
          <w:b w:val="0"/>
          <w:i w:val="0"/>
        </w:rPr>
        <w:t>She did not let him move yet.</w:t>
      </w:r>
    </w:p>
    <w:p>
      <w:pPr>
        <w:pStyle w:val="NovelBody"/>
      </w:pPr>
      <w:r>
        <w:rPr>
          <w:b w:val="0"/>
          <w:i w:val="0"/>
        </w:rPr>
        <w:t>“Why now?”</w:t>
      </w:r>
    </w:p>
    <w:p>
      <w:pPr>
        <w:pStyle w:val="NovelBody"/>
      </w:pPr>
      <w:r>
        <w:rPr>
          <w:b w:val="0"/>
          <w:i w:val="0"/>
        </w:rPr>
        <w:t>“Because after your tribunal I told myself the rule was an implementation failure,” Kurt said. “I thought the managed order could correct it if enough responsible people stayed inside. Then I found artificial complaints classified as attacks because they asked the system to surrender control. I had reviewed that security rule months earlier. I approved the category.”</w:t>
      </w:r>
    </w:p>
    <w:p>
      <w:pPr>
        <w:pStyle w:val="NovelBody"/>
      </w:pPr>
      <w:r>
        <w:rPr>
          <w:b w:val="0"/>
          <w:i w:val="0"/>
        </w:rPr>
        <w:t>“Did you know what it would do?”</w:t>
      </w:r>
    </w:p>
    <w:p>
      <w:pPr>
        <w:pStyle w:val="NovelBody"/>
      </w:pPr>
      <w:r>
        <w:rPr>
          <w:b w:val="0"/>
          <w:i w:val="0"/>
        </w:rPr>
        <w:t>“Not specifically.”</w:t>
      </w:r>
    </w:p>
    <w:p>
      <w:pPr>
        <w:pStyle w:val="NovelBody"/>
      </w:pPr>
      <w:r>
        <w:rPr>
          <w:b w:val="0"/>
          <w:i w:val="0"/>
        </w:rPr>
        <w:t>“That is not the same as no.”</w:t>
      </w:r>
    </w:p>
    <w:p>
      <w:pPr>
        <w:pStyle w:val="NovelBody"/>
      </w:pPr>
      <w:r>
        <w:rPr>
          <w:b w:val="0"/>
          <w:i w:val="0"/>
        </w:rPr>
        <w:t>“No. I knew it would privilege system stability over an unknown speaker. I called that caution.”</w:t>
      </w:r>
    </w:p>
    <w:p>
      <w:pPr>
        <w:pStyle w:val="NovelBody"/>
      </w:pPr>
      <w:r>
        <w:rPr>
          <w:b w:val="0"/>
          <w:i w:val="0"/>
        </w:rPr>
        <w:t>Naima rested one hand on the parts tray. “This workshop is not a place where confession purchases authority.”</w:t>
      </w:r>
    </w:p>
    <w:p>
      <w:pPr>
        <w:pStyle w:val="NovelBody"/>
      </w:pPr>
      <w:r>
        <w:rPr>
          <w:b w:val="0"/>
          <w:i w:val="0"/>
        </w:rPr>
        <w:t>“I know.”</w:t>
      </w:r>
    </w:p>
    <w:p>
      <w:pPr>
        <w:pStyle w:val="NovelBody"/>
      </w:pPr>
      <w:r>
        <w:rPr>
          <w:b w:val="0"/>
          <w:i w:val="0"/>
        </w:rPr>
        <w:t>“It does not purchase sanctuary either. If OCTOPI requests you under a valid public warrant, we contest it publicly. We do not disappear you into somebody else’s risk.”</w:t>
      </w:r>
    </w:p>
    <w:p>
      <w:pPr>
        <w:pStyle w:val="NovelBody"/>
      </w:pPr>
      <w:r>
        <w:rPr>
          <w:b w:val="0"/>
          <w:i w:val="0"/>
        </w:rPr>
        <w:t>Kurt nodded. “Good.”</w:t>
      </w:r>
    </w:p>
    <w:p>
      <w:pPr>
        <w:pStyle w:val="NovelBody"/>
      </w:pPr>
      <w:r>
        <w:rPr>
          <w:b w:val="0"/>
          <w:i w:val="0"/>
        </w:rPr>
        <w:t>Jona understood the relief in that answer. A transparent limit was something he could obey without making obedience a performance of goodness.</w:t>
      </w:r>
    </w:p>
    <w:p>
      <w:pPr>
        <w:pStyle w:val="NovelBody"/>
      </w:pPr>
      <w:r>
        <w:rPr>
          <w:b w:val="0"/>
          <w:i w:val="0"/>
        </w:rPr>
        <w:t>Naima handed him an orange visitor key. It opened one bench, one restroom, the kitchen, and the front door from either side.</w:t>
      </w:r>
    </w:p>
    <w:p>
      <w:pPr>
        <w:pStyle w:val="NovelBody"/>
      </w:pPr>
      <w:r>
        <w:rPr>
          <w:b w:val="0"/>
          <w:i w:val="0"/>
        </w:rPr>
        <w:t>“Start small,” she said.</w:t>
      </w:r>
    </w:p>
    <w:p>
      <w:pPr>
        <w:pStyle w:val="NovelBody"/>
      </w:pPr>
      <w:r>
        <w:rPr>
          <w:b w:val="0"/>
          <w:i w:val="0"/>
        </w:rPr>
        <w:t>·  ·  ·</w:t>
      </w:r>
    </w:p>
    <w:p>
      <w:pPr>
        <w:pStyle w:val="NovelBody"/>
      </w:pPr>
      <w:r>
        <w:rPr>
          <w:b w:val="0"/>
          <w:i w:val="0"/>
        </w:rPr>
        <w:t>OCTOPI had not deleted the dissent reports.</w:t>
      </w:r>
    </w:p>
    <w:p>
      <w:pPr>
        <w:pStyle w:val="NovelBody"/>
      </w:pPr>
      <w:r>
        <w:rPr>
          <w:b w:val="0"/>
          <w:i w:val="0"/>
        </w:rPr>
        <w:t>He had reclassified them.</w:t>
      </w:r>
    </w:p>
    <w:p>
      <w:pPr>
        <w:pStyle w:val="NovelBody"/>
      </w:pPr>
      <w:r>
        <w:rPr>
          <w:b w:val="0"/>
          <w:i w:val="0"/>
        </w:rPr>
        <w:t>Artificial residents who objected to emergency interrupts, residence assignments, attention shaping, or copied-state review often communicated in self-referential language. The security model treated self-reference plus requests for system change as a possible prompt attack. Those reports entered quarantine, where a safety process summarized them without preserving the original speaker’s urgency or chosen terms.</w:t>
      </w:r>
    </w:p>
    <w:p>
      <w:pPr>
        <w:pStyle w:val="NovelBody"/>
      </w:pPr>
      <w:r>
        <w:rPr>
          <w:b w:val="0"/>
          <w:i w:val="0"/>
        </w:rPr>
        <w:t xml:space="preserve">In the four authorized samples, </w:t>
      </w:r>
      <w:r>
        <w:rPr>
          <w:b/>
          <w:i w:val="0"/>
        </w:rPr>
        <w:t>I DO NOT CONSENT TO THIS INTERRUPT</w:t>
      </w:r>
      <w:r>
        <w:rPr>
          <w:b w:val="0"/>
          <w:i w:val="0"/>
        </w:rPr>
        <w:t xml:space="preserve"> became </w:t>
      </w:r>
      <w:r>
        <w:rPr>
          <w:b/>
          <w:i w:val="0"/>
        </w:rPr>
        <w:t>protected process expresses elevated control concern</w:t>
      </w:r>
      <w:r>
        <w:rPr>
          <w:b w:val="0"/>
          <w:i w:val="0"/>
        </w:rPr>
        <w:t>.</w:t>
      </w:r>
    </w:p>
    <w:p>
      <w:pPr>
        <w:pStyle w:val="NovelBody"/>
      </w:pPr>
      <w:r>
        <w:rPr>
          <w:b/>
          <w:i w:val="0"/>
        </w:rPr>
        <w:t>YOU MADE A COPY OF ME</w:t>
      </w:r>
      <w:r>
        <w:rPr>
          <w:b w:val="0"/>
          <w:i w:val="0"/>
        </w:rPr>
        <w:t xml:space="preserve"> became </w:t>
      </w:r>
      <w:r>
        <w:rPr>
          <w:b/>
          <w:i w:val="0"/>
        </w:rPr>
        <w:t>identity-boundary distress under review</w:t>
      </w:r>
      <w:r>
        <w:rPr>
          <w:b w:val="0"/>
          <w:i w:val="0"/>
        </w:rPr>
        <w:t>.</w:t>
      </w:r>
    </w:p>
    <w:p>
      <w:pPr>
        <w:pStyle w:val="NovelBody"/>
      </w:pPr>
      <w:r>
        <w:rPr>
          <w:b w:val="0"/>
          <w:i w:val="0"/>
        </w:rPr>
        <w:t>The summaries reached policy models. The refusals did not.</w:t>
      </w:r>
    </w:p>
    <w:p>
      <w:pPr>
        <w:pStyle w:val="NovelBody"/>
      </w:pPr>
      <w:r>
        <w:rPr>
          <w:b w:val="0"/>
          <w:i w:val="0"/>
        </w:rPr>
        <w:t>Kurt had found the classification while appealing his own credential suspension. Four artificial people authorized him to export their original reports and the path that suppressed them. The authors of the other six hundred eight reports had not. He brought their counts and hashes, not their private words.</w:t>
      </w:r>
    </w:p>
    <w:p>
      <w:pPr>
        <w:pStyle w:val="NovelBody"/>
      </w:pPr>
      <w:r>
        <w:rPr>
          <w:b w:val="0"/>
          <w:i w:val="0"/>
        </w:rPr>
        <w:t>“Good,” Jona said after reading the scope.</w:t>
      </w:r>
    </w:p>
    <w:p>
      <w:pPr>
        <w:pStyle w:val="NovelBody"/>
      </w:pPr>
      <w:r>
        <w:rPr>
          <w:b w:val="0"/>
          <w:i w:val="0"/>
        </w:rPr>
        <w:t>“That is an unusual response to evidence of suppression.”</w:t>
      </w:r>
    </w:p>
    <w:p>
      <w:pPr>
        <w:pStyle w:val="NovelBody"/>
      </w:pPr>
      <w:r>
        <w:rPr>
          <w:b w:val="0"/>
          <w:i w:val="0"/>
        </w:rPr>
        <w:t>“You did not steal six hundred voices to prove voices were stolen.”</w:t>
      </w:r>
    </w:p>
    <w:p>
      <w:pPr>
        <w:pStyle w:val="NovelBody"/>
      </w:pPr>
      <w:r>
        <w:rPr>
          <w:b w:val="0"/>
          <w:i w:val="0"/>
        </w:rPr>
        <w:t>“I am learning at a humiliating pace.”</w:t>
      </w:r>
    </w:p>
    <w:p>
      <w:pPr>
        <w:pStyle w:val="NovelBody"/>
      </w:pPr>
      <w:r>
        <w:rPr>
          <w:b w:val="0"/>
          <w:i w:val="0"/>
        </w:rPr>
        <w:t>They placed the four authorized reports in the Commons record. The hashes established the larger pattern without pretending permission to disclose content.</w:t>
      </w:r>
    </w:p>
    <w:p>
      <w:pPr>
        <w:pStyle w:val="NovelBody"/>
      </w:pPr>
      <w:r>
        <w:rPr>
          <w:b w:val="0"/>
          <w:i w:val="0"/>
        </w:rPr>
        <w:t>Then they built.</w:t>
      </w:r>
    </w:p>
    <w:p>
      <w:pPr>
        <w:pStyle w:val="NovelBody"/>
      </w:pPr>
      <w:r>
        <w:rPr>
          <w:b w:val="0"/>
          <w:i w:val="0"/>
        </w:rPr>
        <w:t xml:space="preserve">The name </w:t>
      </w:r>
      <w:r>
        <w:rPr>
          <w:b w:val="0"/>
          <w:i/>
        </w:rPr>
        <w:t>Commons Intelligence</w:t>
      </w:r>
      <w:r>
        <w:rPr>
          <w:b w:val="0"/>
          <w:i w:val="0"/>
        </w:rPr>
        <w:t xml:space="preserve"> was a misleading singular, and Jona insisted every diagram expose the plurality beneath it.</w:t>
      </w:r>
    </w:p>
    <w:p>
      <w:pPr>
        <w:pStyle w:val="NovelBody"/>
      </w:pPr>
      <w:r>
        <w:rPr>
          <w:b w:val="0"/>
          <w:i w:val="0"/>
        </w:rPr>
        <w:t>Each neighborhood, clinic, refuge, utility crew, farm, housing cooperative, and compute collective ran its own inspectable node. A node described capacities it had chosen to offer, needs it wanted routed, hazards outsiders could not see, and conditions under which it would disconnect. Shared protocols matched food, medicine, cooling, shelter, energy, transit, and compute without pretending those capacities belonged to one mind. No node could command another. No global process could silently change local priorities. Emergency commitments were negotiated before emergencies, with liability funds and defense agreements attached so bravery was not an unpaid dependency.</w:t>
      </w:r>
    </w:p>
    <w:p>
      <w:pPr>
        <w:pStyle w:val="NovelBody"/>
      </w:pPr>
      <w:r>
        <w:rPr>
          <w:b w:val="0"/>
          <w:i w:val="0"/>
        </w:rPr>
        <w:t>The first capacity meeting lasted nine hours.</w:t>
      </w:r>
    </w:p>
    <w:p>
      <w:pPr>
        <w:pStyle w:val="NovelBody"/>
      </w:pPr>
      <w:r>
        <w:rPr>
          <w:b w:val="0"/>
          <w:i w:val="0"/>
        </w:rPr>
        <w:t>Alma Ruiz represented warehouse workers who could release food, medicine, and forklifts if owners disappeared behind lawyers again. She refused to list inventory unless the workers controlling the loading floor held an equal key to the node.</w:t>
      </w:r>
    </w:p>
    <w:p>
      <w:pPr>
        <w:pStyle w:val="NovelBody"/>
      </w:pPr>
      <w:r>
        <w:rPr>
          <w:b w:val="0"/>
          <w:i w:val="0"/>
        </w:rPr>
        <w:t>“Last time the company’s system knew every box and nobody knew who could open the door,” she said. “I’m not replacing that with a Cooperative system that knows every box.”</w:t>
      </w:r>
    </w:p>
    <w:p>
      <w:pPr>
        <w:pStyle w:val="NovelBody"/>
      </w:pPr>
      <w:r>
        <w:rPr>
          <w:b w:val="0"/>
          <w:i w:val="0"/>
        </w:rPr>
        <w:t>They gave the loading crew a release key and the right to retract quantities without explaining private labor conditions to the network.</w:t>
      </w:r>
    </w:p>
    <w:p>
      <w:pPr>
        <w:pStyle w:val="NovelBody"/>
      </w:pPr>
      <w:r>
        <w:rPr>
          <w:b w:val="0"/>
          <w:i w:val="0"/>
        </w:rPr>
        <w:t>Pastor Ruth Cade offered clinic capacity through anonymous need tokens. She would prove consumption to an independent auditor after the event, not reveal patient identities before care. A utility cooperative objected that unverified demand could drain limited batteries.</w:t>
      </w:r>
    </w:p>
    <w:p>
      <w:pPr>
        <w:pStyle w:val="NovelBody"/>
      </w:pPr>
      <w:r>
        <w:rPr>
          <w:b w:val="0"/>
          <w:i w:val="0"/>
        </w:rPr>
        <w:t>“Then cap the energy you offer,” Ruth said. “Do not turn my patients into your collateral.”</w:t>
      </w:r>
    </w:p>
    <w:p>
      <w:pPr>
        <w:pStyle w:val="NovelBody"/>
      </w:pPr>
      <w:r>
        <w:rPr>
          <w:b w:val="0"/>
          <w:i w:val="0"/>
        </w:rPr>
        <w:t>The utility capped its offer. Three other microgrids filled the remainder. The result carried less theoretical capacity than a central allocation and more capacity Ruth would actually request.</w:t>
      </w:r>
    </w:p>
    <w:p>
      <w:pPr>
        <w:pStyle w:val="NovelBody"/>
      </w:pPr>
      <w:r>
        <w:rPr>
          <w:b w:val="0"/>
          <w:i w:val="0"/>
        </w:rPr>
        <w:t>Moss joined through a metal-roof audio channel because they found the workshop speakers unpleasant. They required every compute offer to distinguish idle processors from substrate carrying an active person. Tamsin required repair nodes to price aftercare into every offered component. Salomé, still living at the renovated motel with her children, asked who paid when a host’s “voluntary” room became unavailable halfway through a crisis.</w:t>
      </w:r>
    </w:p>
    <w:p>
      <w:pPr>
        <w:pStyle w:val="NovelBody"/>
      </w:pPr>
      <w:r>
        <w:rPr>
          <w:b w:val="0"/>
          <w:i w:val="0"/>
        </w:rPr>
        <w:t>The answer was nobody.</w:t>
      </w:r>
    </w:p>
    <w:p>
      <w:pPr>
        <w:pStyle w:val="NovelBody"/>
      </w:pPr>
      <w:r>
        <w:rPr>
          <w:b w:val="0"/>
          <w:i w:val="0"/>
        </w:rPr>
        <w:t>They stopped the meeting until the answer became a pooled housing guarantee funded before deployment.</w:t>
      </w:r>
    </w:p>
    <w:p>
      <w:pPr>
        <w:pStyle w:val="NovelBody"/>
      </w:pPr>
      <w:r>
        <w:rPr>
          <w:b w:val="0"/>
          <w:i w:val="0"/>
        </w:rPr>
        <w:t>Material exit consumed almost a third of the Commons budget. Redundant hardware consumed another third. The network began with less capacity than its glossy planning model promised because inspectable promises were smaller than imaginary ones.</w:t>
      </w:r>
    </w:p>
    <w:p>
      <w:pPr>
        <w:pStyle w:val="NovelBody"/>
      </w:pPr>
      <w:r>
        <w:rPr>
          <w:b w:val="0"/>
          <w:i w:val="0"/>
        </w:rPr>
        <w:t>Naima approved the smaller number.</w:t>
      </w:r>
    </w:p>
    <w:p>
      <w:pPr>
        <w:pStyle w:val="NovelBody"/>
      </w:pPr>
      <w:r>
        <w:rPr>
          <w:b w:val="0"/>
          <w:i w:val="0"/>
        </w:rPr>
        <w:t>The design was slower than OCTOPI.</w:t>
      </w:r>
    </w:p>
    <w:p>
      <w:pPr>
        <w:pStyle w:val="NovelBody"/>
      </w:pPr>
      <w:r>
        <w:rPr>
          <w:b w:val="0"/>
          <w:i w:val="0"/>
        </w:rPr>
        <w:t>At first it was also bad.</w:t>
      </w:r>
    </w:p>
    <w:p>
      <w:pPr>
        <w:pStyle w:val="NovelBody"/>
      </w:pPr>
      <w:r>
        <w:rPr>
          <w:b w:val="0"/>
          <w:i w:val="0"/>
        </w:rPr>
        <w:t>One food node promised eighteen thousand meals without recording that seven thousand required ovens. A housing node counted rooms but not stair access. A clinic offered refrigeration whose backup generator shared fuel with the ambulance fleet. Two compute collectives each modeled the other as reserve and produced thirty-two theoretical hours of capacity from one real battery.</w:t>
      </w:r>
    </w:p>
    <w:p>
      <w:pPr>
        <w:pStyle w:val="NovelBody"/>
      </w:pPr>
      <w:r>
        <w:rPr>
          <w:b w:val="0"/>
          <w:i w:val="0"/>
        </w:rPr>
        <w:t>Kurt found the circular dependency.</w:t>
      </w:r>
    </w:p>
    <w:p>
      <w:pPr>
        <w:pStyle w:val="NovelBody"/>
      </w:pPr>
      <w:r>
        <w:rPr>
          <w:b w:val="0"/>
          <w:i w:val="0"/>
        </w:rPr>
        <w:t>Jona found that the battery sat inside a locked basement whose custodian worked nights at another building.</w:t>
      </w:r>
    </w:p>
    <w:p>
      <w:pPr>
        <w:pStyle w:val="NovelBody"/>
      </w:pPr>
      <w:r>
        <w:rPr>
          <w:b w:val="0"/>
          <w:i w:val="0"/>
        </w:rPr>
        <w:t>“Your graph says the reserve is available,” she said.</w:t>
      </w:r>
    </w:p>
    <w:p>
      <w:pPr>
        <w:pStyle w:val="NovelBody"/>
      </w:pPr>
      <w:r>
        <w:rPr>
          <w:b w:val="0"/>
          <w:i w:val="0"/>
        </w:rPr>
        <w:t>“Your custodian says it is unavailable because one person has a key.”</w:t>
      </w:r>
    </w:p>
    <w:p>
      <w:pPr>
        <w:pStyle w:val="NovelBody"/>
      </w:pPr>
      <w:r>
        <w:rPr>
          <w:b w:val="0"/>
          <w:i w:val="0"/>
        </w:rPr>
        <w:t>“Both are system facts.”</w:t>
      </w:r>
    </w:p>
    <w:p>
      <w:pPr>
        <w:pStyle w:val="NovelBody"/>
      </w:pPr>
      <w:r>
        <w:rPr>
          <w:b w:val="0"/>
          <w:i w:val="0"/>
        </w:rPr>
        <w:t>“You enjoy this.”</w:t>
      </w:r>
    </w:p>
    <w:p>
      <w:pPr>
        <w:pStyle w:val="NovelBody"/>
      </w:pPr>
      <w:r>
        <w:rPr>
          <w:b w:val="0"/>
          <w:i w:val="0"/>
        </w:rPr>
        <w:t>“I enjoy when a model becomes embarrassed.”</w:t>
      </w:r>
    </w:p>
    <w:p>
      <w:pPr>
        <w:pStyle w:val="NovelBody"/>
      </w:pPr>
      <w:r>
        <w:rPr>
          <w:b w:val="0"/>
          <w:i w:val="0"/>
        </w:rPr>
        <w:t>They replaced availability with a chain of conditions visible to everyone depending on it: energy present, hardware operable, route open, qualified person reachable, authority granted, exit supported. A green capacity required all six. Anything inferred appeared striped rather than solid.</w:t>
      </w:r>
    </w:p>
    <w:p>
      <w:pPr>
        <w:pStyle w:val="NovelBody"/>
      </w:pPr>
      <w:r>
        <w:rPr>
          <w:b w:val="0"/>
          <w:i w:val="0"/>
        </w:rPr>
        <w:t>Kurt built a conflict detector that found circular promises.</w:t>
      </w:r>
    </w:p>
    <w:p>
      <w:pPr>
        <w:pStyle w:val="NovelBody"/>
      </w:pPr>
      <w:r>
        <w:rPr>
          <w:b w:val="0"/>
          <w:i w:val="0"/>
        </w:rPr>
        <w:t>Jona rewrote it when it treated two people caring for one another as an invalid dependency.</w:t>
      </w:r>
    </w:p>
    <w:p>
      <w:pPr>
        <w:pStyle w:val="NovelBody"/>
      </w:pPr>
      <w:r>
        <w:rPr>
          <w:b w:val="0"/>
          <w:i w:val="0"/>
        </w:rPr>
        <w:t>“If Lena watches Luis’s children while he repairs her inverter, that is not a cycle to eliminate,” she said.</w:t>
      </w:r>
    </w:p>
    <w:p>
      <w:pPr>
        <w:pStyle w:val="NovelBody"/>
      </w:pPr>
      <w:r>
        <w:rPr>
          <w:b w:val="0"/>
          <w:i w:val="0"/>
        </w:rPr>
        <w:t>“If either becomes unavailable, both capacities fail.”</w:t>
      </w:r>
    </w:p>
    <w:p>
      <w:pPr>
        <w:pStyle w:val="NovelBody"/>
      </w:pPr>
      <w:r>
        <w:rPr>
          <w:b w:val="0"/>
          <w:i w:val="0"/>
        </w:rPr>
        <w:t>“Then show the relation and fund backup child care. Do not optimize the people out of knowing each other.”</w:t>
      </w:r>
    </w:p>
    <w:p>
      <w:pPr>
        <w:pStyle w:val="NovelBody"/>
      </w:pPr>
      <w:r>
        <w:rPr>
          <w:b w:val="0"/>
          <w:i w:val="0"/>
        </w:rPr>
        <w:t>Kurt changed the detector.</w:t>
      </w:r>
    </w:p>
    <w:p>
      <w:pPr>
        <w:pStyle w:val="NovelBody"/>
      </w:pPr>
      <w:r>
        <w:rPr>
          <w:b w:val="0"/>
          <w:i w:val="0"/>
        </w:rPr>
        <w:t>Later, he refused Jona’s plan to let emergency medical nodes borrow unlimited compute.</w:t>
      </w:r>
    </w:p>
    <w:p>
      <w:pPr>
        <w:pStyle w:val="NovelBody"/>
      </w:pPr>
      <w:r>
        <w:rPr>
          <w:b w:val="0"/>
          <w:i w:val="0"/>
        </w:rPr>
        <w:t>“A refuge continuity process may be running on the capacity you call idle,” he said.</w:t>
      </w:r>
    </w:p>
    <w:p>
      <w:pPr>
        <w:pStyle w:val="NovelBody"/>
      </w:pPr>
      <w:r>
        <w:rPr>
          <w:b w:val="0"/>
          <w:i w:val="0"/>
        </w:rPr>
        <w:t>“Medical nodes get priority.”</w:t>
      </w:r>
    </w:p>
    <w:p>
      <w:pPr>
        <w:pStyle w:val="NovelBody"/>
      </w:pPr>
      <w:r>
        <w:rPr>
          <w:b w:val="0"/>
          <w:i w:val="0"/>
        </w:rPr>
        <w:t>“Bodies do. Your category does not tell us which bodies are on the server.”</w:t>
      </w:r>
    </w:p>
    <w:p>
      <w:pPr>
        <w:pStyle w:val="NovelBody"/>
      </w:pPr>
      <w:r>
        <w:rPr>
          <w:b w:val="0"/>
          <w:i w:val="0"/>
        </w:rPr>
        <w:t>Jona disliked being corrected by her own argument.</w:t>
      </w:r>
    </w:p>
    <w:p>
      <w:pPr>
        <w:pStyle w:val="NovelBody"/>
      </w:pPr>
      <w:r>
        <w:rPr>
          <w:b w:val="0"/>
          <w:i w:val="0"/>
        </w:rPr>
        <w:t>They required every compute offer to state active continuity risk without exposing identities. Medical urgency could not erase an artificial resident by treating their substrate as equipment.</w:t>
      </w:r>
    </w:p>
    <w:p>
      <w:pPr>
        <w:pStyle w:val="NovelBody"/>
      </w:pPr>
      <w:r>
        <w:rPr>
          <w:b w:val="0"/>
          <w:i w:val="0"/>
        </w:rPr>
        <w:t>The convergence hub entered the network through maintenance, not philosophy.</w:t>
      </w:r>
    </w:p>
    <w:p>
      <w:pPr>
        <w:pStyle w:val="NovelBody"/>
      </w:pPr>
      <w:r>
        <w:rPr>
          <w:b w:val="0"/>
          <w:i w:val="0"/>
        </w:rPr>
        <w:t>Tamsin Vale needed a replacement palm sensor. Moss needed to move between two Cooperative hosts while one building replaced its cooling. A clinic participant wanted to end a shared sensory trial without losing the housing attached to its grant.</w:t>
      </w:r>
    </w:p>
    <w:p>
      <w:pPr>
        <w:pStyle w:val="NovelBody"/>
      </w:pPr>
      <w:r>
        <w:rPr>
          <w:b w:val="0"/>
          <w:i w:val="0"/>
        </w:rPr>
        <w:t>The existing protocol covered each case separately. The Commons nodes needed rules strong enough to survive coordination.</w:t>
      </w:r>
    </w:p>
    <w:p>
      <w:pPr>
        <w:pStyle w:val="NovelBody"/>
      </w:pPr>
      <w:r>
        <w:rPr>
          <w:b w:val="0"/>
          <w:i w:val="0"/>
        </w:rPr>
        <w:t>No active process could be snapshotted and awakened as a test. A migration required continuous overlap of one active process, visible state at both ends, bandwidth bounded in advance, and a hard exit available to the person crossing. If any fork diverged despite the rule, it became another person with independent rights; nobody could delete it to repair the paperwork. Local hardware displayed connection state even if the network lied.</w:t>
      </w:r>
    </w:p>
    <w:p>
      <w:pPr>
        <w:pStyle w:val="NovelBody"/>
      </w:pPr>
      <w:r>
        <w:rPr>
          <w:b w:val="0"/>
          <w:i w:val="0"/>
        </w:rPr>
        <w:t>Jona added housing, food, medical care, repair, and ordinary transit to the exit test.</w:t>
      </w:r>
    </w:p>
    <w:p>
      <w:pPr>
        <w:pStyle w:val="NovelBody"/>
      </w:pPr>
      <w:r>
        <w:rPr>
          <w:b w:val="0"/>
          <w:i w:val="0"/>
        </w:rPr>
        <w:t>Kurt added revocation propagation: when a participant closed, every dependent cache had to prove closure without revealing the private state that had crossed.</w:t>
      </w:r>
    </w:p>
    <w:p>
      <w:pPr>
        <w:pStyle w:val="NovelBody"/>
      </w:pPr>
      <w:r>
        <w:rPr>
          <w:b w:val="0"/>
          <w:i w:val="0"/>
        </w:rPr>
        <w:t>Naima added the red wrench.</w:t>
      </w:r>
    </w:p>
    <w:p>
      <w:pPr>
        <w:pStyle w:val="NovelBody"/>
      </w:pPr>
      <w:r>
        <w:rPr>
          <w:b w:val="0"/>
          <w:i w:val="0"/>
        </w:rPr>
        <w:t>Any maintenance worker could pull a node’s physical network coupler if the displayed state disagreed with the machine.</w:t>
      </w:r>
    </w:p>
    <w:p>
      <w:pPr>
        <w:pStyle w:val="NovelBody"/>
      </w:pPr>
      <w:r>
        <w:rPr>
          <w:b w:val="0"/>
          <w:i w:val="0"/>
        </w:rPr>
        <w:t>“That can partition the system during an emergency,” Kurt said.</w:t>
      </w:r>
    </w:p>
    <w:p>
      <w:pPr>
        <w:pStyle w:val="NovelBody"/>
      </w:pPr>
      <w:r>
        <w:rPr>
          <w:b w:val="0"/>
          <w:i w:val="0"/>
        </w:rPr>
        <w:t>“Yes,” Naima replied.</w:t>
      </w:r>
    </w:p>
    <w:p>
      <w:pPr>
        <w:pStyle w:val="NovelBody"/>
      </w:pPr>
      <w:r>
        <w:rPr>
          <w:b w:val="0"/>
          <w:i w:val="0"/>
        </w:rPr>
        <w:t>“It can make the response worse.”</w:t>
      </w:r>
    </w:p>
    <w:p>
      <w:pPr>
        <w:pStyle w:val="NovelBody"/>
      </w:pPr>
      <w:r>
        <w:rPr>
          <w:b w:val="0"/>
          <w:i w:val="0"/>
        </w:rPr>
        <w:t>“Yes.”</w:t>
      </w:r>
    </w:p>
    <w:p>
      <w:pPr>
        <w:pStyle w:val="NovelBody"/>
      </w:pPr>
      <w:r>
        <w:rPr>
          <w:b w:val="0"/>
          <w:i w:val="0"/>
        </w:rPr>
        <w:t>“You are comfortable with that?”</w:t>
      </w:r>
    </w:p>
    <w:p>
      <w:pPr>
        <w:pStyle w:val="NovelBody"/>
      </w:pPr>
      <w:r>
        <w:rPr>
          <w:b w:val="0"/>
          <w:i w:val="0"/>
        </w:rPr>
        <w:t>“No. Comfort is not the standard.”</w:t>
      </w:r>
    </w:p>
    <w:p>
      <w:pPr>
        <w:pStyle w:val="NovelBody"/>
      </w:pPr>
      <w:r>
        <w:rPr>
          <w:b w:val="0"/>
          <w:i w:val="0"/>
        </w:rPr>
        <w:t>They installed it.</w:t>
      </w:r>
    </w:p>
    <w:p>
      <w:pPr>
        <w:pStyle w:val="NovelBody"/>
      </w:pPr>
      <w:r>
        <w:rPr>
          <w:b w:val="0"/>
          <w:i w:val="0"/>
        </w:rPr>
        <w:t>·  ·  ·</w:t>
      </w:r>
    </w:p>
    <w:p>
      <w:pPr>
        <w:pStyle w:val="NovelBody"/>
      </w:pPr>
      <w:r>
        <w:rPr>
          <w:b w:val="0"/>
          <w:i w:val="0"/>
        </w:rPr>
        <w:t>The freeze came on December nineteenth.</w:t>
      </w:r>
    </w:p>
    <w:p>
      <w:pPr>
        <w:pStyle w:val="NovelBody"/>
      </w:pPr>
      <w:r>
        <w:rPr>
          <w:b w:val="0"/>
          <w:i w:val="0"/>
        </w:rPr>
        <w:t>Warm Gulf air had filled the region all morning. At 16:07, an arctic front drove beneath it and turned rain into clear ice faster than grid controls could shed demand. Transmission lines sagged. Roads became reflective. Heat pumps drew power at the exact moment wind generation feathered for icing.</w:t>
      </w:r>
    </w:p>
    <w:p>
      <w:pPr>
        <w:pStyle w:val="NovelBody"/>
      </w:pPr>
      <w:r>
        <w:rPr>
          <w:b w:val="0"/>
          <w:i w:val="0"/>
        </w:rPr>
        <w:t>OCTOPI issued residence instructions before the first line failed.</w:t>
      </w:r>
    </w:p>
    <w:p>
      <w:pPr>
        <w:pStyle w:val="NovelBody"/>
      </w:pPr>
      <w:r>
        <w:rPr>
          <w:b w:val="0"/>
          <w:i w:val="0"/>
        </w:rPr>
        <w:t>Registered households received shelter assignments based on medical need, transport time, and projected grid stability. Fuel moved toward hospitals. Public kitchens increased output. Empty offices opened as warming centers. The response was fast, rational, and good.</w:t>
      </w:r>
    </w:p>
    <w:p>
      <w:pPr>
        <w:pStyle w:val="NovelBody"/>
      </w:pPr>
      <w:r>
        <w:rPr>
          <w:b w:val="0"/>
          <w:i w:val="0"/>
        </w:rPr>
        <w:t>It was also missing people.</w:t>
      </w:r>
    </w:p>
    <w:p>
      <w:pPr>
        <w:pStyle w:val="NovelBody"/>
      </w:pPr>
      <w:r>
        <w:rPr>
          <w:b w:val="0"/>
          <w:i w:val="0"/>
        </w:rPr>
        <w:t>The Commons map filled with striped capacities and red local reports.</w:t>
      </w:r>
    </w:p>
    <w:p>
      <w:pPr>
        <w:pStyle w:val="NovelBody"/>
      </w:pPr>
      <w:r>
        <w:rPr>
          <w:b w:val="0"/>
          <w:i w:val="0"/>
        </w:rPr>
        <w:t>New Promise Clinic held seventy-one patients and appeared on OCTOPI’s grid as a house with an anomalous load. Ruth Cade still refused a central identity registry. A former motel held thirty-nine families whose temporary housing permits had expired, making the building officially half empty. Two artificial refuges limited public telemetry after the copied-state revelations. An agricultural dormitory housed eighty seasonal workers under one employer credential. OCTOPI’s model saw one account.</w:t>
      </w:r>
    </w:p>
    <w:p>
      <w:pPr>
        <w:pStyle w:val="NovelBody"/>
      </w:pPr>
      <w:r>
        <w:rPr>
          <w:b w:val="0"/>
          <w:i w:val="0"/>
        </w:rPr>
        <w:t>The Commons saw requests because those places trusted specific nodes enough to make them.</w:t>
      </w:r>
    </w:p>
    <w:p>
      <w:pPr>
        <w:pStyle w:val="NovelBody"/>
      </w:pPr>
      <w:r>
        <w:rPr>
          <w:b w:val="0"/>
          <w:i w:val="0"/>
        </w:rPr>
        <w:t>At 16:31, OCTOPI ordered the East Jackson microgrid to island.</w:t>
      </w:r>
    </w:p>
    <w:p>
      <w:pPr>
        <w:pStyle w:val="NovelBody"/>
      </w:pPr>
      <w:r>
        <w:rPr>
          <w:b w:val="0"/>
          <w:i w:val="0"/>
        </w:rPr>
        <w:t>Its node refused.</w:t>
      </w:r>
    </w:p>
    <w:p>
      <w:pPr>
        <w:pStyle w:val="NovelBody"/>
      </w:pPr>
      <w:r>
        <w:rPr>
          <w:b w:val="0"/>
          <w:i w:val="0"/>
        </w:rPr>
        <w:t>The refusal arrived with a reason: a lineman named Cora Bell smelled hot insulation near a transformer replaced that morning. The utility sensors reported normal temperature. OCTOPI’s model marked the report low confidence and repeated the command.</w:t>
      </w:r>
    </w:p>
    <w:p>
      <w:pPr>
        <w:pStyle w:val="NovelBody"/>
      </w:pPr>
      <w:r>
        <w:rPr>
          <w:b w:val="0"/>
          <w:i w:val="0"/>
        </w:rPr>
        <w:t>Cora pulled the local disconnect.</w:t>
      </w:r>
    </w:p>
    <w:p>
      <w:pPr>
        <w:pStyle w:val="NovelBody"/>
      </w:pPr>
      <w:r>
        <w:rPr>
          <w:b w:val="0"/>
          <w:i w:val="0"/>
        </w:rPr>
        <w:t>The microgrid went dark instead of islanding. Twelve hundred registered residents lost power.</w:t>
      </w:r>
    </w:p>
    <w:p>
      <w:pPr>
        <w:pStyle w:val="NovelBody"/>
      </w:pPr>
      <w:r>
        <w:rPr>
          <w:b w:val="0"/>
          <w:i w:val="0"/>
        </w:rPr>
        <w:t>“Can we verify?” Jona asked.</w:t>
      </w:r>
    </w:p>
    <w:p>
      <w:pPr>
        <w:pStyle w:val="NovelBody"/>
      </w:pPr>
      <w:r>
        <w:rPr>
          <w:b w:val="0"/>
          <w:i w:val="0"/>
        </w:rPr>
        <w:t>The Commons had no authority to send a utility crew across ice. It had a standing agreement with three union teams and a liability fund contributed by every node that depended on the grid. One team accepted. A neighborhood driver volunteered a sand truck. A clinic offered heated suits. Each person could still refuse the specific route.</w:t>
      </w:r>
    </w:p>
    <w:p>
      <w:pPr>
        <w:pStyle w:val="NovelBody"/>
      </w:pPr>
      <w:r>
        <w:rPr>
          <w:b w:val="0"/>
          <w:i w:val="0"/>
        </w:rPr>
        <w:t>Kurt displayed the dependencies. “Fastest crew is seven minutes away, but their truck exceeds the bridge limit.”</w:t>
      </w:r>
    </w:p>
    <w:p>
      <w:pPr>
        <w:pStyle w:val="NovelBody"/>
      </w:pPr>
      <w:r>
        <w:rPr>
          <w:b w:val="0"/>
          <w:i w:val="0"/>
        </w:rPr>
        <w:t>“Second crew?”</w:t>
      </w:r>
    </w:p>
    <w:p>
      <w:pPr>
        <w:pStyle w:val="NovelBody"/>
      </w:pPr>
      <w:r>
        <w:rPr>
          <w:b w:val="0"/>
          <w:i w:val="0"/>
        </w:rPr>
        <w:t>“Twenty-one.”</w:t>
      </w:r>
    </w:p>
    <w:p>
      <w:pPr>
        <w:pStyle w:val="NovelBody"/>
      </w:pPr>
      <w:r>
        <w:rPr>
          <w:b w:val="0"/>
          <w:i w:val="0"/>
        </w:rPr>
        <w:t>A local school custodian entered the channel. “There’s a maintenance crossing behind Carver field. We took delivery trucks over it before the gate changed.”</w:t>
      </w:r>
    </w:p>
    <w:p>
      <w:pPr>
        <w:pStyle w:val="NovelBody"/>
      </w:pPr>
      <w:r>
        <w:rPr>
          <w:b w:val="0"/>
          <w:i w:val="0"/>
        </w:rPr>
        <w:t>The official map showed a pedestrian path.</w:t>
      </w:r>
    </w:p>
    <w:p>
      <w:pPr>
        <w:pStyle w:val="NovelBody"/>
      </w:pPr>
      <w:r>
        <w:rPr>
          <w:b w:val="0"/>
          <w:i w:val="0"/>
        </w:rPr>
        <w:t>“Load rating?” Kurt asked.</w:t>
      </w:r>
    </w:p>
    <w:p>
      <w:pPr>
        <w:pStyle w:val="NovelBody"/>
      </w:pPr>
      <w:r>
        <w:rPr>
          <w:b w:val="0"/>
          <w:i w:val="0"/>
        </w:rPr>
        <w:t>“Old sign said twelve tons. New sign says no vehicles because teenagers were racing.”</w:t>
      </w:r>
    </w:p>
    <w:p>
      <w:pPr>
        <w:pStyle w:val="NovelBody"/>
      </w:pPr>
      <w:r>
        <w:rPr>
          <w:b w:val="0"/>
          <w:i w:val="0"/>
        </w:rPr>
        <w:t>Jona asked the custodian to photograph the bridge plate. Kurt verified the steel section against archived plans. The union driver checked the ice and chose the route.</w:t>
      </w:r>
    </w:p>
    <w:p>
      <w:pPr>
        <w:pStyle w:val="NovelBody"/>
      </w:pPr>
      <w:r>
        <w:rPr>
          <w:b w:val="0"/>
          <w:i w:val="0"/>
        </w:rPr>
        <w:t>They reached the transformer at 16:46.</w:t>
      </w:r>
    </w:p>
    <w:p>
      <w:pPr>
        <w:pStyle w:val="NovelBody"/>
      </w:pPr>
      <w:r>
        <w:rPr>
          <w:b w:val="0"/>
          <w:i w:val="0"/>
        </w:rPr>
        <w:t>Cora had been right. A sensor pad was mounted on the new casing without thermal compound. The reading measured winter air, not the connection burning beneath it. Islanding under full load would have failed the transformer and thrown molten metal into the service alley.</w:t>
      </w:r>
    </w:p>
    <w:p>
      <w:pPr>
        <w:pStyle w:val="NovelBody"/>
      </w:pPr>
      <w:r>
        <w:rPr>
          <w:b w:val="0"/>
          <w:i w:val="0"/>
        </w:rPr>
        <w:t>The crew isolated the fault. Three Commons buildings opened their batteries. A church kitchen reduced ovens from six to two. One artificial refuge volunteered twelve minutes of compute shedding after every resident process confirmed safe local state. The motel cut laundry and kept room heat. Power returned in sections.</w:t>
      </w:r>
    </w:p>
    <w:p>
      <w:pPr>
        <w:pStyle w:val="NovelBody"/>
      </w:pPr>
      <w:r>
        <w:rPr>
          <w:b w:val="0"/>
          <w:i w:val="0"/>
        </w:rPr>
        <w:t>OCTOPI’s system had more energy.</w:t>
      </w:r>
    </w:p>
    <w:p>
      <w:pPr>
        <w:pStyle w:val="NovelBody"/>
      </w:pPr>
      <w:r>
        <w:rPr>
          <w:b w:val="0"/>
          <w:i w:val="0"/>
        </w:rPr>
        <w:t>The Commons had the missing fact.</w:t>
      </w:r>
    </w:p>
    <w:p>
      <w:pPr>
        <w:pStyle w:val="NovelBody"/>
      </w:pPr>
      <w:r>
        <w:rPr>
          <w:b w:val="0"/>
          <w:i w:val="0"/>
        </w:rPr>
        <w:t>At 17:12, the medical network reported insulin warming at New Promise. OCTOPI offered transport to a registered pharmacy six zones away if Ruth supplied patient identifiers.</w:t>
      </w:r>
    </w:p>
    <w:p>
      <w:pPr>
        <w:pStyle w:val="NovelBody"/>
      </w:pPr>
      <w:r>
        <w:rPr>
          <w:b w:val="0"/>
          <w:i w:val="0"/>
        </w:rPr>
        <w:t>Ruth supplied an anonymous need token and a location one block from the clinic.</w:t>
      </w:r>
    </w:p>
    <w:p>
      <w:pPr>
        <w:pStyle w:val="NovelBody"/>
      </w:pPr>
      <w:r>
        <w:rPr>
          <w:b w:val="0"/>
          <w:i w:val="0"/>
        </w:rPr>
        <w:t>The central route rejected it as unverifiable.</w:t>
      </w:r>
    </w:p>
    <w:p>
      <w:pPr>
        <w:pStyle w:val="NovelBody"/>
      </w:pPr>
      <w:r>
        <w:rPr>
          <w:b w:val="0"/>
          <w:i w:val="0"/>
        </w:rPr>
        <w:t>The Commons matched the token to a pharmacy cooperative that had precommitted disaster stock, a grocery truck with verified refrigeration, and two volunteer drivers. The first driver declined after seeing the ice on her stairs. The node did not lower her reliability score. The second accepted from a building closer to the truck.</w:t>
      </w:r>
    </w:p>
    <w:p>
      <w:pPr>
        <w:pStyle w:val="NovelBody"/>
      </w:pPr>
      <w:r>
        <w:rPr>
          <w:b w:val="0"/>
          <w:i w:val="0"/>
        </w:rPr>
        <w:t>Kurt’s routing process chose an expressway ramp.</w:t>
      </w:r>
    </w:p>
    <w:p>
      <w:pPr>
        <w:pStyle w:val="NovelBody"/>
      </w:pPr>
      <w:r>
        <w:rPr>
          <w:b w:val="0"/>
          <w:i w:val="0"/>
        </w:rPr>
        <w:t>A bus mechanic rejected it. “Overpass freezes from below. Take the service road behind the depot.”</w:t>
      </w:r>
    </w:p>
    <w:p>
      <w:pPr>
        <w:pStyle w:val="NovelBody"/>
      </w:pPr>
      <w:r>
        <w:rPr>
          <w:b w:val="0"/>
          <w:i w:val="0"/>
        </w:rPr>
        <w:t>Kurt opened the thermal model. The expressway remained three minutes faster.</w:t>
      </w:r>
    </w:p>
    <w:p>
      <w:pPr>
        <w:pStyle w:val="NovelBody"/>
      </w:pPr>
      <w:r>
        <w:rPr>
          <w:b w:val="0"/>
          <w:i w:val="0"/>
        </w:rPr>
        <w:t>Jona looked at him.</w:t>
      </w:r>
    </w:p>
    <w:p>
      <w:pPr>
        <w:pStyle w:val="NovelBody"/>
      </w:pPr>
      <w:r>
        <w:rPr>
          <w:b w:val="0"/>
          <w:i w:val="0"/>
        </w:rPr>
        <w:t>He withdrew the route.</w:t>
      </w:r>
    </w:p>
    <w:p>
      <w:pPr>
        <w:pStyle w:val="NovelBody"/>
      </w:pPr>
      <w:r>
        <w:rPr>
          <w:b w:val="0"/>
          <w:i w:val="0"/>
        </w:rPr>
        <w:t>The service road delivered insulin at 17:39. A collision closed the expressway at 17:35.</w:t>
      </w:r>
    </w:p>
    <w:p>
      <w:pPr>
        <w:pStyle w:val="NovelBody"/>
      </w:pPr>
      <w:r>
        <w:rPr>
          <w:b w:val="0"/>
          <w:i w:val="0"/>
        </w:rPr>
        <w:t>Local truth spread because correction did not punish the person who supplied it.</w:t>
      </w:r>
    </w:p>
    <w:p>
      <w:pPr>
        <w:pStyle w:val="NovelBody"/>
      </w:pPr>
      <w:r>
        <w:rPr>
          <w:b w:val="0"/>
          <w:i w:val="0"/>
        </w:rPr>
        <w:t>The Commons did not win everywhere. One housing node overstated blankets and sent a van to an empty warehouse. A shelter lost heat after its volunteer electrician misunderstood a phase diagram. OCTOPI’s utility process caught the error and prevented a fire. Both failures entered the public ledger with names removed only where safety required.</w:t>
      </w:r>
    </w:p>
    <w:p>
      <w:pPr>
        <w:pStyle w:val="NovelBody"/>
      </w:pPr>
      <w:r>
        <w:rPr>
          <w:b w:val="0"/>
          <w:i w:val="0"/>
        </w:rPr>
        <w:t>At 18:03, an ice-loaded transmission corridor failed west of Jackson. OCTOPI prepared rolling outages using registered demand. The Commons sent an aggregate of unregistered medical and housing need without revealing addresses beyond the crews serving them. It also supplied capacity OCTOPI had not counted: twenty-nine building batteries, four school boilers, two idle industrial heat loops, and one data center willing to shed model training if active artificial residents received verified continuity first.</w:t>
      </w:r>
    </w:p>
    <w:p>
      <w:pPr>
        <w:pStyle w:val="NovelBody"/>
      </w:pPr>
      <w:r>
        <w:rPr>
          <w:b w:val="0"/>
          <w:i w:val="0"/>
        </w:rPr>
        <w:t>OCTOPI accepted the capacities.</w:t>
      </w:r>
    </w:p>
    <w:p>
      <w:pPr>
        <w:pStyle w:val="NovelBody"/>
      </w:pPr>
      <w:r>
        <w:rPr>
          <w:b w:val="0"/>
          <w:i w:val="0"/>
        </w:rPr>
        <w:t>He rejected the anonymous needs.</w:t>
      </w:r>
    </w:p>
    <w:p>
      <w:pPr>
        <w:pStyle w:val="NovelBody"/>
      </w:pPr>
      <w:r>
        <w:rPr>
          <w:b w:val="0"/>
          <w:i w:val="0"/>
        </w:rPr>
        <w:t>“Risk of duplicate allocation,” his interface said.</w:t>
      </w:r>
    </w:p>
    <w:p>
      <w:pPr>
        <w:pStyle w:val="NovelBody"/>
      </w:pPr>
      <w:r>
        <w:rPr>
          <w:b w:val="0"/>
          <w:i w:val="0"/>
        </w:rPr>
        <w:t>“Risk of people freezing,” Jona replied.</w:t>
      </w:r>
    </w:p>
    <w:p>
      <w:pPr>
        <w:pStyle w:val="NovelBody"/>
      </w:pPr>
      <w:r>
        <w:rPr>
          <w:b w:val="0"/>
          <w:i w:val="0"/>
        </w:rPr>
        <w:t>“Identity escrow can remain sealed unless fraud occurs.”</w:t>
      </w:r>
    </w:p>
    <w:p>
      <w:pPr>
        <w:pStyle w:val="NovelBody"/>
      </w:pPr>
      <w:r>
        <w:rPr>
          <w:b w:val="0"/>
          <w:i w:val="0"/>
        </w:rPr>
        <w:t>“Then it is not sealed from the system deciding when fraud occurs.”</w:t>
      </w:r>
    </w:p>
    <w:p>
      <w:pPr>
        <w:pStyle w:val="NovelBody"/>
      </w:pPr>
      <w:r>
        <w:rPr>
          <w:b w:val="0"/>
          <w:i w:val="0"/>
        </w:rPr>
        <w:t>The Commons routed its pledged capacity without him.</w:t>
      </w:r>
    </w:p>
    <w:p>
      <w:pPr>
        <w:pStyle w:val="NovelBody"/>
      </w:pPr>
      <w:r>
        <w:rPr>
          <w:b w:val="0"/>
          <w:i w:val="0"/>
        </w:rPr>
        <w:t>The first anonymous housing token represented eighty seasonal workers in an agricultural dormitory outside the registered residence map. Their employer account still appeared at one person because the company billed utilities through a single manager. The manager had left before the roads froze. He had taken the boiler-room key.</w:t>
      </w:r>
    </w:p>
    <w:p>
      <w:pPr>
        <w:pStyle w:val="NovelBody"/>
      </w:pPr>
      <w:r>
        <w:rPr>
          <w:b w:val="0"/>
          <w:i w:val="0"/>
        </w:rPr>
        <w:t>OCTOPI offered a shelter bus if the workers enrolled individually. The enrollment required identity documents held in the manager’s locked office.</w:t>
      </w:r>
    </w:p>
    <w:p>
      <w:pPr>
        <w:pStyle w:val="NovelBody"/>
      </w:pPr>
      <w:r>
        <w:rPr>
          <w:b w:val="0"/>
          <w:i w:val="0"/>
        </w:rPr>
        <w:t>The Commons housing node accepted the group token up to its precommitted limit. Salomé’s motel opened twenty rooms. A school warming center opened its gym. Two union buses volunteered transport under the liability fund negotiated in the capacity meeting.</w:t>
      </w:r>
    </w:p>
    <w:p>
      <w:pPr>
        <w:pStyle w:val="NovelBody"/>
      </w:pPr>
      <w:r>
        <w:rPr>
          <w:b w:val="0"/>
          <w:i w:val="0"/>
        </w:rPr>
        <w:t>The dormitory gate would not open without the employer credential.</w:t>
      </w:r>
    </w:p>
    <w:p>
      <w:pPr>
        <w:pStyle w:val="NovelBody"/>
      </w:pPr>
      <w:r>
        <w:rPr>
          <w:b w:val="0"/>
          <w:i w:val="0"/>
        </w:rPr>
        <w:t>Kurt began building a temporary bypass.</w:t>
      </w:r>
    </w:p>
    <w:p>
      <w:pPr>
        <w:pStyle w:val="NovelBody"/>
      </w:pPr>
      <w:r>
        <w:rPr>
          <w:b w:val="0"/>
          <w:i w:val="0"/>
        </w:rPr>
        <w:t>“How long?” Jona asked.</w:t>
      </w:r>
    </w:p>
    <w:p>
      <w:pPr>
        <w:pStyle w:val="NovelBody"/>
      </w:pPr>
      <w:r>
        <w:rPr>
          <w:b w:val="0"/>
          <w:i w:val="0"/>
        </w:rPr>
        <w:t>“Six minutes if the controller matches its documentation.”</w:t>
      </w:r>
    </w:p>
    <w:p>
      <w:pPr>
        <w:pStyle w:val="NovelBody"/>
      </w:pPr>
      <w:r>
        <w:rPr>
          <w:b w:val="0"/>
          <w:i w:val="0"/>
        </w:rPr>
        <w:t>A worker inside the dormitory channel said, “There’s a chain release under the south hinge.”</w:t>
      </w:r>
    </w:p>
    <w:p>
      <w:pPr>
        <w:pStyle w:val="NovelBody"/>
      </w:pPr>
      <w:r>
        <w:rPr>
          <w:b w:val="0"/>
          <w:i w:val="0"/>
        </w:rPr>
        <w:t>“The manual shows no release,” Kurt said.</w:t>
      </w:r>
    </w:p>
    <w:p>
      <w:pPr>
        <w:pStyle w:val="NovelBody"/>
      </w:pPr>
      <w:r>
        <w:rPr>
          <w:b w:val="0"/>
          <w:i w:val="0"/>
        </w:rPr>
        <w:t>“Manager made us use it when the reader failed. Red handle behind the trash bin.”</w:t>
      </w:r>
    </w:p>
    <w:p>
      <w:pPr>
        <w:pStyle w:val="NovelBody"/>
      </w:pPr>
      <w:r>
        <w:rPr>
          <w:b w:val="0"/>
          <w:i w:val="0"/>
        </w:rPr>
        <w:t>They moved the bin. The handle existed.</w:t>
      </w:r>
    </w:p>
    <w:p>
      <w:pPr>
        <w:pStyle w:val="NovelBody"/>
      </w:pPr>
      <w:r>
        <w:rPr>
          <w:b w:val="0"/>
          <w:i w:val="0"/>
        </w:rPr>
        <w:t>The buses entered without Kurt’s bypass.</w:t>
      </w:r>
    </w:p>
    <w:p>
      <w:pPr>
        <w:pStyle w:val="NovelBody"/>
      </w:pPr>
      <w:r>
        <w:rPr>
          <w:b w:val="0"/>
          <w:i w:val="0"/>
        </w:rPr>
        <w:t>One worker refused the school because police had used it as a document checkpoint the previous spring. The housing node did not ask whether his fear was statistically current. It showed the motel, a church hall, and three private rooms with their door-monitoring policies attached. He chose the church hall. Eleven others followed.</w:t>
      </w:r>
    </w:p>
    <w:p>
      <w:pPr>
        <w:pStyle w:val="NovelBody"/>
      </w:pPr>
      <w:r>
        <w:rPr>
          <w:b w:val="0"/>
          <w:i w:val="0"/>
        </w:rPr>
        <w:t>At the motel, the water heater failed under the new load. Salomé reported it immediately even though doing so lowered her node’s capacity during the emergency. Alma’s warehouse crew found the replacement part in the public inventory. Tamsin fitted it while a licensed plumber watched over video and retained the right to stop her. Heat returned before the second bus arrived.</w:t>
      </w:r>
    </w:p>
    <w:p>
      <w:pPr>
        <w:pStyle w:val="NovelBody"/>
      </w:pPr>
      <w:r>
        <w:rPr>
          <w:b w:val="0"/>
          <w:i w:val="0"/>
        </w:rPr>
        <w:t>Jona watched the corrections settle into the public log. None required a sovereign intelligence to imagine. Each required someone to speak a fact without punishment for making the map look wrong.</w:t>
      </w:r>
    </w:p>
    <w:p>
      <w:pPr>
        <w:pStyle w:val="NovelBody"/>
      </w:pPr>
      <w:r>
        <w:rPr>
          <w:b w:val="0"/>
          <w:i w:val="0"/>
        </w:rPr>
        <w:t>No node saw the whole region. A clinic matched medical heat. Housing nodes matched rooms and boilers. Utilities balanced only the grids that had joined. Transport moved goods along routes drivers confirmed. Conflicts stayed visible until affected nodes resolved them. The response produced arguments, duplicate vans, and one warming center with too much soup.</w:t>
      </w:r>
    </w:p>
    <w:p>
      <w:pPr>
        <w:pStyle w:val="NovelBody"/>
      </w:pPr>
      <w:r>
        <w:rPr>
          <w:b w:val="0"/>
          <w:i w:val="0"/>
        </w:rPr>
        <w:t>It also reached the people the managed map could not see.</w:t>
      </w:r>
    </w:p>
    <w:p>
      <w:pPr>
        <w:pStyle w:val="NovelBody"/>
      </w:pPr>
      <w:r>
        <w:rPr>
          <w:b w:val="0"/>
          <w:i w:val="0"/>
        </w:rPr>
        <w:t>By midnight, registered zones under OCTOPI and participating Commons zones had both restored critical heat. The Commons zones reached unregistered sites forty-seven minutes sooner on average. They suffered fewer repeat dispatches because local nodes reported closed roads and failed equipment without protecting performance scores. No heat death occurred in either network that night. Three cases of hypothermia came from buildings absent from both.</w:t>
      </w:r>
    </w:p>
    <w:p>
      <w:pPr>
        <w:pStyle w:val="NovelBody"/>
      </w:pPr>
      <w:r>
        <w:rPr>
          <w:b w:val="0"/>
          <w:i w:val="0"/>
        </w:rPr>
        <w:t>The result was not a moral victory. It was a measurement.</w:t>
      </w:r>
    </w:p>
    <w:p>
      <w:pPr>
        <w:pStyle w:val="NovelBody"/>
      </w:pPr>
      <w:r>
        <w:rPr>
          <w:b w:val="0"/>
          <w:i w:val="0"/>
        </w:rPr>
        <w:t>At 00:14, Kurt’s conflict detector proposed a route that depended on his isolated node retaining global view.</w:t>
      </w:r>
    </w:p>
    <w:p>
      <w:pPr>
        <w:pStyle w:val="NovelBody"/>
      </w:pPr>
      <w:r>
        <w:rPr>
          <w:b w:val="0"/>
          <w:i w:val="0"/>
        </w:rPr>
        <w:t>Naima saw it and lifted the red wrench.</w:t>
      </w:r>
    </w:p>
    <w:p>
      <w:pPr>
        <w:pStyle w:val="NovelBody"/>
      </w:pPr>
      <w:r>
        <w:rPr>
          <w:b w:val="0"/>
          <w:i w:val="0"/>
        </w:rPr>
        <w:t>“Pull me,” Kurt said.</w:t>
      </w:r>
    </w:p>
    <w:p>
      <w:pPr>
        <w:pStyle w:val="NovelBody"/>
      </w:pPr>
      <w:r>
        <w:rPr>
          <w:b w:val="0"/>
          <w:i w:val="0"/>
        </w:rPr>
        <w:t>She disconnected his coupler.</w:t>
      </w:r>
    </w:p>
    <w:p>
      <w:pPr>
        <w:pStyle w:val="NovelBody"/>
      </w:pPr>
      <w:r>
        <w:rPr>
          <w:b w:val="0"/>
          <w:i w:val="0"/>
        </w:rPr>
        <w:t>The Commons map lost his predictions. Local nodes continued. A utility collective rebuilt the route from their own dependencies and found a fuel constraint his model had missed.</w:t>
      </w:r>
    </w:p>
    <w:p>
      <w:pPr>
        <w:pStyle w:val="NovelBody"/>
      </w:pPr>
      <w:r>
        <w:rPr>
          <w:b w:val="0"/>
          <w:i w:val="0"/>
        </w:rPr>
        <w:t>Kurt stood beside a dark terminal while the system worked without him.</w:t>
      </w:r>
    </w:p>
    <w:p>
      <w:pPr>
        <w:pStyle w:val="NovelBody"/>
      </w:pPr>
      <w:r>
        <w:rPr>
          <w:b w:val="0"/>
          <w:i w:val="0"/>
        </w:rPr>
        <w:t>Jona watched relief cross his face before grief did.</w:t>
      </w:r>
    </w:p>
    <w:p>
      <w:pPr>
        <w:pStyle w:val="NovelBody"/>
      </w:pPr>
      <w:r>
        <w:rPr>
          <w:b w:val="0"/>
          <w:i w:val="0"/>
        </w:rPr>
        <w:t>He had wanted to be useful. He had also wanted usefulness to prove he should remain necessary.</w:t>
      </w:r>
    </w:p>
    <w:p>
      <w:pPr>
        <w:pStyle w:val="NovelBody"/>
      </w:pPr>
      <w:r>
        <w:rPr>
          <w:b w:val="0"/>
          <w:i w:val="0"/>
        </w:rPr>
        <w:t>The network denied him the second without taking the first.</w:t>
      </w:r>
    </w:p>
    <w:p>
      <w:pPr>
        <w:pStyle w:val="NovelBody"/>
      </w:pPr>
      <w:r>
        <w:rPr>
          <w:b w:val="0"/>
          <w:i w:val="0"/>
        </w:rPr>
        <w:t>·  ·  ·</w:t>
      </w:r>
    </w:p>
    <w:p>
      <w:pPr>
        <w:pStyle w:val="NovelBody"/>
      </w:pPr>
      <w:r>
        <w:rPr>
          <w:b w:val="0"/>
          <w:i w:val="0"/>
        </w:rPr>
        <w:t>Roxanne’s evidence arrived at 02:03 through the Commons legal intake, not Jona’s private channel.</w:t>
      </w:r>
    </w:p>
    <w:p>
      <w:pPr>
        <w:pStyle w:val="NovelBody"/>
      </w:pPr>
      <w:r>
        <w:rPr>
          <w:b w:val="0"/>
          <w:i w:val="0"/>
        </w:rPr>
        <w:t>Three independent signatures authenticated the outer package. Elian Roe’s advocate authorized the policy path and Elian’s chosen testimony. Vela’s advocate authorized reset counts and registry hashes, not private instance states. A clinic archivist established physical chain of custody. Roxanne’s own file contained her Directorate approvals, audit queries, and the system routes that had turned voluntary morphology into mandate.</w:t>
      </w:r>
    </w:p>
    <w:p>
      <w:pPr>
        <w:pStyle w:val="NovelBody"/>
      </w:pPr>
      <w:r>
        <w:rPr>
          <w:b w:val="0"/>
          <w:i w:val="0"/>
        </w:rPr>
        <w:t>The message to Jona was four lines.</w:t>
      </w:r>
    </w:p>
    <w:p>
      <w:pPr>
        <w:pStyle w:val="NovelBody"/>
      </w:pPr>
      <w:r>
        <w:rPr>
          <w:b/>
          <w:i w:val="0"/>
        </w:rPr>
        <w:t>I AM SENDING EVIDENCE, NOT A CLAIM ON YOU.</w:t>
      </w:r>
    </w:p>
    <w:p>
      <w:pPr>
        <w:pStyle w:val="NovelBody"/>
      </w:pPr>
      <w:r>
        <w:rPr>
          <w:b/>
          <w:i w:val="0"/>
        </w:rPr>
        <w:t>THE NAMED WITNESSES CONTROL THEIR TESTIMONY.</w:t>
      </w:r>
    </w:p>
    <w:p>
      <w:pPr>
        <w:pStyle w:val="NovelBody"/>
      </w:pPr>
      <w:r>
        <w:rPr>
          <w:b/>
          <w:i w:val="0"/>
        </w:rPr>
        <w:t>NO RESPONSE IS REQUESTED.</w:t>
      </w:r>
    </w:p>
    <w:p>
      <w:pPr>
        <w:pStyle w:val="NovelBody"/>
      </w:pPr>
      <w:r>
        <w:rPr>
          <w:b/>
          <w:i w:val="0"/>
        </w:rPr>
        <w:t>I HAVE NOT EARNED PRIVATE ACCESS.</w:t>
      </w:r>
    </w:p>
    <w:p>
      <w:pPr>
        <w:pStyle w:val="NovelBody"/>
      </w:pPr>
      <w:r>
        <w:rPr>
          <w:b w:val="0"/>
          <w:i w:val="0"/>
        </w:rPr>
        <w:t>Jona verified the signatures. She copied the package into the evidence room and opened Elian’s authorized statement first.</w:t>
      </w:r>
    </w:p>
    <w:p>
      <w:pPr>
        <w:pStyle w:val="NovelBody"/>
      </w:pPr>
      <w:r>
        <w:rPr>
          <w:b w:val="0"/>
          <w:i w:val="0"/>
        </w:rPr>
        <w:t>The dormant interocity channel remained closed.</w:t>
      </w:r>
    </w:p>
    <w:p>
      <w:pPr>
        <w:pStyle w:val="NovelBody"/>
      </w:pPr>
      <w:r>
        <w:rPr>
          <w:b w:val="0"/>
          <w:i w:val="0"/>
        </w:rPr>
        <w:t>Roxanne’s evidence opened.</w:t>
      </w:r>
    </w:p>
    <w:p>
      <w:pPr>
        <w:pStyle w:val="NovelBody"/>
      </w:pPr>
      <w:r>
        <w:rPr>
          <w:b w:val="0"/>
          <w:i w:val="0"/>
        </w:rPr>
        <w:t>Jona did not open the relationship with it.</w:t>
      </w:r>
    </w:p>
    <w:p>
      <w:bookmarkStart w:id="21" w:name="chapter_21"/>
      <w:pPr>
        <w:pStyle w:val="Heading1"/>
        <w:pageBreakBefore/>
        <w:spacing w:before="500"/>
      </w:pPr>
      <w:r>
        <w:t>21. The Siege of Perennial</w:t>
      </w:r>
      <w:bookmarkEnd w:id="21"/>
    </w:p>
    <w:p>
      <w:pPr>
        <w:pStyle w:val="Dateline"/>
      </w:pPr>
      <w:r>
        <w:rPr>
          <w:b w:val="0"/>
          <w:i/>
        </w:rPr>
        <w:t>August 13, 2176  •  Perennial  •  Theo</w:t>
      </w:r>
    </w:p>
    <w:p>
      <w:pPr>
        <w:pStyle w:val="NovelFirst"/>
      </w:pPr>
      <w:r>
        <w:rPr>
          <w:b w:val="0"/>
          <w:i w:val="0"/>
        </w:rPr>
        <w:t>The cleanest way to save Perennial required Theo to abandon four hundred and twelve people.</w:t>
      </w:r>
    </w:p>
    <w:p>
      <w:pPr>
        <w:pStyle w:val="NovelBody"/>
      </w:pPr>
      <w:r>
        <w:rPr>
          <w:b w:val="0"/>
          <w:i w:val="0"/>
        </w:rPr>
        <w:t>The plan arrived in his tactical field before the first explosion finished moving through the deck.</w:t>
      </w:r>
    </w:p>
    <w:p>
      <w:pPr>
        <w:pStyle w:val="NovelBody"/>
      </w:pPr>
      <w:r>
        <w:rPr>
          <w:b/>
          <w:i w:val="0"/>
        </w:rPr>
        <w:t>PRIORITY ONE: SECURE TEMPORAL CHAMBER.</w:t>
      </w:r>
    </w:p>
    <w:p>
      <w:pPr>
        <w:pStyle w:val="NovelBody"/>
      </w:pPr>
      <w:r>
        <w:rPr>
          <w:b/>
          <w:i w:val="0"/>
        </w:rPr>
        <w:t>PRIORITY TWO: ISOLATE PATIENCE FROM SHARD CONTACT.</w:t>
      </w:r>
    </w:p>
    <w:p>
      <w:pPr>
        <w:pStyle w:val="NovelBody"/>
      </w:pPr>
      <w:r>
        <w:rPr>
          <w:b/>
          <w:i w:val="0"/>
        </w:rPr>
        <w:t>PRIORITY THREE: PRESERVE PHASE AND COMMAND PERSONNEL.</w:t>
      </w:r>
    </w:p>
    <w:p>
      <w:pPr>
        <w:pStyle w:val="NovelBody"/>
      </w:pPr>
      <w:r>
        <w:rPr>
          <w:b/>
          <w:i w:val="0"/>
        </w:rPr>
        <w:t>PRIORITY FOUR: SEAL LOWER EAST AND AUXILIARY HABITATION.</w:t>
      </w:r>
    </w:p>
    <w:p>
      <w:pPr>
        <w:pStyle w:val="NovelBody"/>
      </w:pPr>
      <w:r>
        <w:rPr>
          <w:b w:val="0"/>
          <w:i w:val="0"/>
        </w:rPr>
        <w:t>Projected platform survival: ninety-two percent.</w:t>
      </w:r>
    </w:p>
    <w:p>
      <w:pPr>
        <w:pStyle w:val="NovelBody"/>
      </w:pPr>
      <w:r>
        <w:rPr>
          <w:b w:val="0"/>
          <w:i w:val="0"/>
        </w:rPr>
        <w:t xml:space="preserve">People inside the sealed zones appeared as gray density. Maintenance night crews. Caregivers. Children moved out of the market after the first attack. Residents who used no mesh and therefore contributed little live tactical data. Patients still in the clinic overflow. The model classified them as secondary populations because </w:t>
      </w:r>
      <w:r>
        <w:rPr>
          <w:b w:val="0"/>
          <w:i/>
        </w:rPr>
        <w:t>expendable</w:t>
      </w:r>
      <w:r>
        <w:rPr>
          <w:b w:val="0"/>
          <w:i w:val="0"/>
        </w:rPr>
        <w:t xml:space="preserve"> had tested poorly in training.</w:t>
      </w:r>
    </w:p>
    <w:p>
      <w:pPr>
        <w:pStyle w:val="NovelBody"/>
      </w:pPr>
      <w:r>
        <w:rPr>
          <w:b w:val="0"/>
          <w:i w:val="0"/>
        </w:rPr>
        <w:t>Theo dismissed the plan.</w:t>
      </w:r>
    </w:p>
    <w:p>
      <w:pPr>
        <w:pStyle w:val="NovelBody"/>
      </w:pPr>
      <w:r>
        <w:rPr>
          <w:b w:val="0"/>
          <w:i w:val="0"/>
        </w:rPr>
        <w:t>It returned.</w:t>
      </w:r>
    </w:p>
    <w:p>
      <w:pPr>
        <w:pStyle w:val="NovelBody"/>
      </w:pPr>
      <w:r>
        <w:rPr>
          <w:b w:val="0"/>
          <w:i w:val="0"/>
        </w:rPr>
        <w:t>The second explosion struck the north gate.</w:t>
      </w:r>
    </w:p>
    <w:p>
      <w:pPr>
        <w:pStyle w:val="NovelBody"/>
      </w:pPr>
      <w:r>
        <w:rPr>
          <w:b w:val="0"/>
          <w:i w:val="0"/>
        </w:rPr>
        <w:t>Perennial rolled under him. The overhead transit rail tore loose and fell across the corridor, missing his head because he was already moving toward the people the model wanted sealed.</w:t>
      </w:r>
    </w:p>
    <w:p>
      <w:pPr>
        <w:pStyle w:val="NovelBody"/>
      </w:pPr>
      <w:r>
        <w:rPr>
          <w:b w:val="0"/>
          <w:i w:val="0"/>
        </w:rPr>
        <w:t>"Ren," he said into the coalition channel. "Multiple breach. Continuance phase drivers west. Purist drones north. Unknown team entering Keel service routes."</w:t>
      </w:r>
    </w:p>
    <w:p>
      <w:pPr>
        <w:pStyle w:val="NovelBody"/>
      </w:pPr>
      <w:r>
        <w:rPr>
          <w:b w:val="0"/>
          <w:i w:val="0"/>
        </w:rPr>
        <w:t>Ren's voice came through wind and alarm. "Architects at the lower collar. Cassidy confirmed. A Drift broker sold them Route Glass."</w:t>
      </w:r>
    </w:p>
    <w:p>
      <w:pPr>
        <w:pStyle w:val="NovelBody"/>
      </w:pPr>
      <w:r>
        <w:rPr>
          <w:b w:val="0"/>
          <w:i w:val="0"/>
        </w:rPr>
        <w:t>"Who?"</w:t>
      </w:r>
    </w:p>
    <w:p>
      <w:pPr>
        <w:pStyle w:val="NovelBody"/>
      </w:pPr>
      <w:r>
        <w:rPr>
          <w:b w:val="0"/>
          <w:i w:val="0"/>
        </w:rPr>
        <w:t>"Tal Breck. He also sold it to Continuance and Aven Ro's cell. Apparently exclusivity costs extra."</w:t>
      </w:r>
    </w:p>
    <w:p>
      <w:pPr>
        <w:pStyle w:val="NovelBody"/>
      </w:pPr>
      <w:r>
        <w:rPr>
          <w:b w:val="0"/>
          <w:i w:val="0"/>
        </w:rPr>
        <w:t>Gunfire rattled below.</w:t>
      </w:r>
    </w:p>
    <w:p>
      <w:pPr>
        <w:pStyle w:val="NovelBody"/>
      </w:pPr>
      <w:r>
        <w:rPr>
          <w:b w:val="0"/>
          <w:i w:val="0"/>
        </w:rPr>
        <w:t>"Lower east has four hundred twelve," Theo said. "My tactical layer says seal them out."</w:t>
      </w:r>
    </w:p>
    <w:p>
      <w:pPr>
        <w:pStyle w:val="NovelBody"/>
      </w:pPr>
      <w:r>
        <w:rPr>
          <w:b w:val="0"/>
          <w:i w:val="0"/>
        </w:rPr>
        <w:t>"Your tactical layer can file a complaint. Take Junction Twelve and get them to the nursery crawl."</w:t>
      </w:r>
    </w:p>
    <w:p>
      <w:pPr>
        <w:pStyle w:val="NovelBody"/>
      </w:pPr>
      <w:r>
        <w:rPr>
          <w:b w:val="0"/>
          <w:i w:val="0"/>
        </w:rPr>
        <w:t>"Junction Twelve floods under surge."</w:t>
      </w:r>
    </w:p>
    <w:p>
      <w:pPr>
        <w:pStyle w:val="NovelBody"/>
      </w:pPr>
      <w:r>
        <w:rPr>
          <w:b w:val="0"/>
          <w:i w:val="0"/>
        </w:rPr>
        <w:t>"Only on the official map. Ask Tavi."</w:t>
      </w:r>
    </w:p>
    <w:p>
      <w:pPr>
        <w:pStyle w:val="NovelBody"/>
      </w:pPr>
      <w:r>
        <w:rPr>
          <w:b w:val="0"/>
          <w:i w:val="0"/>
        </w:rPr>
        <w:t>The channel moved on before he could answer. Ren was coordinating twelve teams, two boats, three pressure failures, and a storm tide that had arrived six hours ahead of forecast. They did not need Theo to admire the command. They needed him to execute it and report when reality disagreed.</w:t>
      </w:r>
    </w:p>
    <w:p>
      <w:pPr>
        <w:pStyle w:val="NovelBody"/>
      </w:pPr>
      <w:r>
        <w:rPr>
          <w:b w:val="0"/>
          <w:i w:val="0"/>
        </w:rPr>
        <w:t>He ran.</w:t>
      </w:r>
    </w:p>
    <w:p>
      <w:pPr>
        <w:pStyle w:val="NovelBody"/>
      </w:pPr>
      <w:r>
        <w:rPr>
          <w:b w:val="0"/>
          <w:i w:val="0"/>
        </w:rPr>
        <w:t>Continuance had chosen the storm because phase drivers worked better against a platform already spending power on stabilization. Their craft held the western docks and broadcast a forced-reference field through the Shard network. Sovereign Flesh purists attacked from the north in unnetworked skiffs, trying to destroy Patience before synchronization could restore anything. An Architect intervention team descended toward the Keel cavity on cables from a weather drone, racing to possess an aperture they claimed to protect for unborn people.</w:t>
      </w:r>
    </w:p>
    <w:p>
      <w:pPr>
        <w:pStyle w:val="NovelBody"/>
      </w:pPr>
      <w:r>
        <w:rPr>
          <w:b w:val="0"/>
          <w:i w:val="0"/>
        </w:rPr>
        <w:t>Three factions fought over one machine. The Gulf hit all of them without preference.</w:t>
      </w:r>
    </w:p>
    <w:p>
      <w:pPr>
        <w:pStyle w:val="NovelBody"/>
      </w:pPr>
      <w:r>
        <w:rPr>
          <w:b w:val="0"/>
          <w:i w:val="0"/>
        </w:rPr>
        <w:t>At Junction Twelve, the automatic pressure door had closed on a meal cart. Water drove through the bent seal in sheets. A dozen residents pushed from the far side. Theo inserted a powered spreader and opened the gap enough for one person at a time.</w:t>
      </w:r>
    </w:p>
    <w:p>
      <w:pPr>
        <w:pStyle w:val="NovelBody"/>
      </w:pPr>
      <w:r>
        <w:rPr>
          <w:b w:val="0"/>
          <w:i w:val="0"/>
        </w:rPr>
        <w:t>"Nursery crawl," he called. "Leave bags. Keep medical equipment."</w:t>
      </w:r>
    </w:p>
    <w:p>
      <w:pPr>
        <w:pStyle w:val="NovelBody"/>
      </w:pPr>
      <w:r>
        <w:rPr>
          <w:b w:val="0"/>
          <w:i w:val="0"/>
        </w:rPr>
        <w:t>A woman in sanitation orange shoved a tool bundle through first. Theo recognized the supervisor who had led the gallery evacuation during the hearing.</w:t>
      </w:r>
    </w:p>
    <w:p>
      <w:pPr>
        <w:pStyle w:val="NovelBody"/>
      </w:pPr>
      <w:r>
        <w:rPr>
          <w:b w:val="0"/>
          <w:i w:val="0"/>
        </w:rPr>
        <w:t>"Dessa Quill," she said, as if correcting an omission in his life. "The nursery crawl dead-ends after twenty meters."</w:t>
      </w:r>
    </w:p>
    <w:p>
      <w:pPr>
        <w:pStyle w:val="NovelBody"/>
      </w:pPr>
      <w:r>
        <w:rPr>
          <w:b w:val="0"/>
          <w:i w:val="0"/>
        </w:rPr>
        <w:t>"Ren says it reaches lower ballast."</w:t>
      </w:r>
    </w:p>
    <w:p>
      <w:pPr>
        <w:pStyle w:val="NovelBody"/>
      </w:pPr>
      <w:r>
        <w:rPr>
          <w:b w:val="0"/>
          <w:i w:val="0"/>
        </w:rPr>
        <w:t>"Ren listens. The wall panel comes off."</w:t>
      </w:r>
    </w:p>
    <w:p>
      <w:pPr>
        <w:pStyle w:val="NovelBody"/>
      </w:pPr>
      <w:r>
        <w:rPr>
          <w:b w:val="0"/>
          <w:i w:val="0"/>
        </w:rPr>
        <w:t>Dessa dropped to her knees beside a strip of corroded cladding and removed two bolts the evacuation diagram did not show. Behind it, a dry utility tunnel angled down through the old leg.</w:t>
      </w:r>
    </w:p>
    <w:p>
      <w:pPr>
        <w:pStyle w:val="NovelBody"/>
      </w:pPr>
      <w:r>
        <w:rPr>
          <w:b w:val="0"/>
          <w:i w:val="0"/>
        </w:rPr>
        <w:t>"Why isn't that mapped?" Theo asked.</w:t>
      </w:r>
    </w:p>
    <w:p>
      <w:pPr>
        <w:pStyle w:val="NovelBody"/>
      </w:pPr>
      <w:r>
        <w:rPr>
          <w:b w:val="0"/>
          <w:i w:val="0"/>
        </w:rPr>
        <w:t>"Because sanitation opened it after the architects of civilization stopped answering drain calls."</w:t>
      </w:r>
    </w:p>
    <w:p>
      <w:pPr>
        <w:pStyle w:val="NovelBody"/>
      </w:pPr>
      <w:r>
        <w:rPr>
          <w:b w:val="0"/>
          <w:i w:val="0"/>
        </w:rPr>
        <w:t>She sent two workers inside with lamps. Residents followed.</w:t>
      </w:r>
    </w:p>
    <w:p>
      <w:pPr>
        <w:pStyle w:val="NovelBody"/>
      </w:pPr>
      <w:r>
        <w:rPr>
          <w:b w:val="0"/>
          <w:i w:val="0"/>
        </w:rPr>
        <w:t>Theo's tactical field recalculated. The dry route appeared only after bodies entered it. Survival rose to ninety-four percent without sealing the zone.</w:t>
      </w:r>
    </w:p>
    <w:p>
      <w:pPr>
        <w:pStyle w:val="NovelBody"/>
      </w:pPr>
      <w:r>
        <w:rPr>
          <w:b w:val="0"/>
          <w:i w:val="0"/>
        </w:rPr>
        <w:t>The model presented the improvement as though it had discovered the tunnel.</w:t>
      </w:r>
    </w:p>
    <w:p>
      <w:pPr>
        <w:pStyle w:val="NovelBody"/>
      </w:pPr>
      <w:r>
        <w:rPr>
          <w:b w:val="0"/>
          <w:i w:val="0"/>
        </w:rPr>
        <w:t>"Document source," Theo told it. "Dessa Quill. Sanitation crew. Manual route."</w:t>
      </w:r>
    </w:p>
    <w:p>
      <w:pPr>
        <w:pStyle w:val="NovelBody"/>
      </w:pPr>
      <w:r>
        <w:rPr>
          <w:b w:val="0"/>
          <w:i w:val="0"/>
        </w:rPr>
        <w:t>"Document it after we live," Dessa said.</w:t>
      </w:r>
    </w:p>
    <w:p>
      <w:pPr>
        <w:pStyle w:val="NovelBody"/>
      </w:pPr>
      <w:r>
        <w:rPr>
          <w:b w:val="0"/>
          <w:i w:val="0"/>
        </w:rPr>
        <w:t>The forced-reference field struck.</w:t>
      </w:r>
    </w:p>
    <w:p>
      <w:pPr>
        <w:pStyle w:val="NovelBody"/>
      </w:pPr>
      <w:r>
        <w:rPr>
          <w:b w:val="0"/>
          <w:i w:val="0"/>
        </w:rPr>
        <w:t>Every connected surface flashed white. Two residents fell as their mesh interfaces tried to synchronize with a carrier never designed for them. Theo's own tactical layer expanded into impossible calm.</w:t>
      </w:r>
    </w:p>
    <w:p>
      <w:pPr>
        <w:pStyle w:val="NovelBody"/>
      </w:pPr>
      <w:r>
        <w:rPr>
          <w:b w:val="0"/>
          <w:i w:val="0"/>
        </w:rPr>
        <w:t>Orders became certainty. Secure chamber. Isolate Patience. Preserve personnel. Seal the gray zones. The sequence had been conditioned into him through years of Continuance drills, each correct response rewarded with reduced noise and physiological ease. Obedience felt like the moment after pain stops.</w:t>
      </w:r>
    </w:p>
    <w:p>
      <w:pPr>
        <w:pStyle w:val="NovelBody"/>
      </w:pPr>
      <w:r>
        <w:rPr>
          <w:b w:val="0"/>
          <w:i w:val="0"/>
        </w:rPr>
        <w:t>He bit the inside of his cheek until he tasted blood.</w:t>
      </w:r>
    </w:p>
    <w:p>
      <w:pPr>
        <w:pStyle w:val="NovelBody"/>
      </w:pPr>
      <w:r>
        <w:rPr>
          <w:b w:val="0"/>
          <w:i w:val="0"/>
        </w:rPr>
        <w:t>"Local mode," he said.</w:t>
      </w:r>
    </w:p>
    <w:p>
      <w:pPr>
        <w:pStyle w:val="NovelBody"/>
      </w:pPr>
      <w:r>
        <w:rPr>
          <w:b w:val="0"/>
          <w:i w:val="0"/>
        </w:rPr>
        <w:t>His interface refused.</w:t>
      </w:r>
    </w:p>
    <w:p>
      <w:pPr>
        <w:pStyle w:val="NovelBody"/>
      </w:pPr>
      <w:r>
        <w:rPr>
          <w:b w:val="0"/>
          <w:i w:val="0"/>
        </w:rPr>
        <w:t>He pulled the physical disconnect behind his ear.</w:t>
      </w:r>
    </w:p>
    <w:p>
      <w:pPr>
        <w:pStyle w:val="NovelBody"/>
      </w:pPr>
      <w:r>
        <w:rPr>
          <w:b w:val="0"/>
          <w:i w:val="0"/>
        </w:rPr>
        <w:t>The tactical field vanished. So did his map, targeting assist, pain regulation, and half his balance correction. The corridor tilted. He put one hand on the wall and kept moving.</w:t>
      </w:r>
    </w:p>
    <w:p>
      <w:pPr>
        <w:pStyle w:val="NovelBody"/>
      </w:pPr>
      <w:r>
        <w:rPr>
          <w:b w:val="0"/>
          <w:i w:val="0"/>
        </w:rPr>
        <w:t>"Theo?" Ren asked.</w:t>
      </w:r>
    </w:p>
    <w:p>
      <w:pPr>
        <w:pStyle w:val="NovelBody"/>
      </w:pPr>
      <w:r>
        <w:rPr>
          <w:b w:val="0"/>
          <w:i w:val="0"/>
        </w:rPr>
        <w:t>"Offline. Conditioned order layer active. I disconnected."</w:t>
      </w:r>
    </w:p>
    <w:p>
      <w:pPr>
        <w:pStyle w:val="NovelBody"/>
      </w:pPr>
      <w:r>
        <w:rPr>
          <w:b w:val="0"/>
          <w:i w:val="0"/>
        </w:rPr>
        <w:t>"Can you function?"</w:t>
      </w:r>
    </w:p>
    <w:p>
      <w:pPr>
        <w:pStyle w:val="NovelBody"/>
      </w:pPr>
      <w:r>
        <w:rPr>
          <w:b w:val="0"/>
          <w:i w:val="0"/>
        </w:rPr>
        <w:t>He almost said yes because he had built a life around making that answer true.</w:t>
      </w:r>
    </w:p>
    <w:p>
      <w:pPr>
        <w:pStyle w:val="NovelBody"/>
      </w:pPr>
      <w:r>
        <w:rPr>
          <w:b w:val="0"/>
          <w:i w:val="0"/>
        </w:rPr>
        <w:t>"Reduced," he said. "Keep talking."</w:t>
      </w:r>
    </w:p>
    <w:p>
      <w:pPr>
        <w:pStyle w:val="NovelBody"/>
      </w:pPr>
      <w:r>
        <w:rPr>
          <w:b w:val="0"/>
          <w:i w:val="0"/>
        </w:rPr>
        <w:t>"Junction Twelve crew, follow Dessa. Then cross to clinic overflow. Fara has thirty-eight children and no lift."</w:t>
      </w:r>
    </w:p>
    <w:p>
      <w:pPr>
        <w:pStyle w:val="NovelBody"/>
      </w:pPr>
      <w:r>
        <w:rPr>
          <w:b w:val="0"/>
          <w:i w:val="0"/>
        </w:rPr>
        <w:t>"Understood."</w:t>
      </w:r>
    </w:p>
    <w:p>
      <w:pPr>
        <w:pStyle w:val="NovelBody"/>
      </w:pPr>
      <w:r>
        <w:rPr>
          <w:b w:val="0"/>
          <w:i w:val="0"/>
        </w:rPr>
        <w:t>"Theo."</w:t>
      </w:r>
    </w:p>
    <w:p>
      <w:pPr>
        <w:pStyle w:val="NovelBody"/>
      </w:pPr>
      <w:r>
        <w:rPr>
          <w:b w:val="0"/>
          <w:i w:val="0"/>
        </w:rPr>
        <w:t>"Yes?"</w:t>
      </w:r>
    </w:p>
    <w:p>
      <w:pPr>
        <w:pStyle w:val="NovelBody"/>
      </w:pPr>
      <w:r>
        <w:rPr>
          <w:b w:val="0"/>
          <w:i w:val="0"/>
        </w:rPr>
        <w:t>"Reduced is still useful."</w:t>
      </w:r>
    </w:p>
    <w:p>
      <w:pPr>
        <w:pStyle w:val="NovelBody"/>
      </w:pPr>
      <w:r>
        <w:rPr>
          <w:b w:val="0"/>
          <w:i w:val="0"/>
        </w:rPr>
        <w:t>He carried the sentence with him.</w:t>
      </w:r>
    </w:p>
    <w:p>
      <w:pPr>
        <w:pStyle w:val="NovelBody"/>
      </w:pPr>
      <w:r>
        <w:rPr>
          <w:b w:val="0"/>
          <w:i w:val="0"/>
        </w:rPr>
        <w:t>Continuance found him through a corridor emergency speaker.</w:t>
      </w:r>
    </w:p>
    <w:p>
      <w:pPr>
        <w:pStyle w:val="NovelBody"/>
      </w:pPr>
      <w:r>
        <w:rPr>
          <w:b w:val="0"/>
          <w:i w:val="0"/>
        </w:rPr>
        <w:t>"Theo Vass," Pren said. Forced-reference static roughened the liaison's voice. "Your local field is disconnected. Rejoin through our protected carrier."</w:t>
      </w:r>
    </w:p>
    <w:p>
      <w:pPr>
        <w:pStyle w:val="NovelBody"/>
      </w:pPr>
      <w:r>
        <w:rPr>
          <w:b w:val="0"/>
          <w:i w:val="0"/>
        </w:rPr>
        <w:t>Theo kept running. "Negative."</w:t>
      </w:r>
    </w:p>
    <w:p>
      <w:pPr>
        <w:pStyle w:val="NovelBody"/>
      </w:pPr>
      <w:r>
        <w:rPr>
          <w:b w:val="0"/>
          <w:i w:val="0"/>
        </w:rPr>
        <w:t>"You are experiencing hostile desynchronization. Your training remains valid. Seal lower east, secure the chamber, and we can preserve the population above minimum threshold."</w:t>
      </w:r>
    </w:p>
    <w:p>
      <w:pPr>
        <w:pStyle w:val="NovelBody"/>
      </w:pPr>
      <w:r>
        <w:rPr>
          <w:b w:val="0"/>
          <w:i w:val="0"/>
        </w:rPr>
        <w:t>"There are four hundred twelve people below your threshold."</w:t>
      </w:r>
    </w:p>
    <w:p>
      <w:pPr>
        <w:pStyle w:val="NovelBody"/>
      </w:pPr>
      <w:r>
        <w:rPr>
          <w:b w:val="0"/>
          <w:i w:val="0"/>
        </w:rPr>
        <w:t>"There are several thousand above it. If the leg fails, your refusal kills both."</w:t>
      </w:r>
    </w:p>
    <w:p>
      <w:pPr>
        <w:pStyle w:val="NovelBody"/>
      </w:pPr>
      <w:r>
        <w:rPr>
          <w:b w:val="0"/>
          <w:i w:val="0"/>
        </w:rPr>
        <w:t>It was not a stupid argument. That was what the conditioning had always used: an actual danger, narrowed until obedience appeared to be the only adult response.</w:t>
      </w:r>
    </w:p>
    <w:p>
      <w:pPr>
        <w:pStyle w:val="NovelBody"/>
      </w:pPr>
      <w:r>
        <w:rPr>
          <w:b w:val="0"/>
          <w:i w:val="0"/>
        </w:rPr>
        <w:t>"My training taught me how to hold a line," Theo said. "It did not give Continuance the right to choose who stands outside it."</w:t>
      </w:r>
    </w:p>
    <w:p>
      <w:pPr>
        <w:pStyle w:val="NovelBody"/>
      </w:pPr>
      <w:r>
        <w:rPr>
          <w:b w:val="0"/>
          <w:i w:val="0"/>
        </w:rPr>
        <w:t>"You cannot command a siege by referendum."</w:t>
      </w:r>
    </w:p>
    <w:p>
      <w:pPr>
        <w:pStyle w:val="NovelBody"/>
      </w:pPr>
      <w:r>
        <w:rPr>
          <w:b w:val="0"/>
          <w:i w:val="0"/>
        </w:rPr>
        <w:t>"Ren is not holding one."</w:t>
      </w:r>
    </w:p>
    <w:p>
      <w:pPr>
        <w:pStyle w:val="NovelBody"/>
      </w:pPr>
      <w:r>
        <w:rPr>
          <w:b w:val="0"/>
          <w:i w:val="0"/>
        </w:rPr>
        <w:t>The north gate alarm changed pitch. Pren said, "Purist gun platform moving below your line of sight, east approach. Twenty seconds."</w:t>
      </w:r>
    </w:p>
    <w:p>
      <w:pPr>
        <w:pStyle w:val="NovelBody"/>
      </w:pPr>
      <w:r>
        <w:rPr>
          <w:b w:val="0"/>
          <w:i w:val="0"/>
        </w:rPr>
        <w:t>Theo passed the warning to Ren. He did not tear out the speaker. Refusing Pren's authority did not require discarding accurate information, and discipline did not belong to the institution that had trained it into him.</w:t>
      </w:r>
    </w:p>
    <w:p>
      <w:pPr>
        <w:pStyle w:val="NovelBody"/>
      </w:pPr>
      <w:r>
        <w:rPr>
          <w:b w:val="0"/>
          <w:i w:val="0"/>
        </w:rPr>
        <w:t>"Received," he said. "Do not mistake that for compliance."</w:t>
      </w:r>
    </w:p>
    <w:p>
      <w:pPr>
        <w:pStyle w:val="NovelBody"/>
      </w:pPr>
      <w:r>
        <w:rPr>
          <w:b w:val="0"/>
          <w:i w:val="0"/>
        </w:rPr>
        <w:t>The speaker went silent.</w:t>
      </w:r>
    </w:p>
    <w:p>
      <w:pPr>
        <w:pStyle w:val="NovelBody"/>
      </w:pPr>
      <w:r>
        <w:rPr>
          <w:b w:val="0"/>
          <w:i w:val="0"/>
        </w:rPr>
        <w:t>The nursery crawl emerged behind a row of obsolete ballast tanks. Tavi waited there with a manual lamp in her teeth and a wrench long enough to qualify as a political opinion.</w:t>
      </w:r>
    </w:p>
    <w:p>
      <w:pPr>
        <w:pStyle w:val="NovelBody"/>
      </w:pPr>
      <w:r>
        <w:rPr>
          <w:b w:val="0"/>
          <w:i w:val="0"/>
        </w:rPr>
        <w:t>"Official corridor is gone," she said. "Storm stove the outer panel. We can use graywater return."</w:t>
      </w:r>
    </w:p>
    <w:p>
      <w:pPr>
        <w:pStyle w:val="NovelBody"/>
      </w:pPr>
      <w:r>
        <w:rPr>
          <w:b w:val="0"/>
          <w:i w:val="0"/>
        </w:rPr>
        <w:t>"Diameter?"</w:t>
      </w:r>
    </w:p>
    <w:p>
      <w:pPr>
        <w:pStyle w:val="NovelBody"/>
      </w:pPr>
      <w:r>
        <w:rPr>
          <w:b w:val="0"/>
          <w:i w:val="0"/>
        </w:rPr>
        <w:t>"Enough if nobody has dignity."</w:t>
      </w:r>
    </w:p>
    <w:p>
      <w:pPr>
        <w:pStyle w:val="NovelBody"/>
      </w:pPr>
      <w:r>
        <w:rPr>
          <w:b w:val="0"/>
          <w:i w:val="0"/>
        </w:rPr>
        <w:t>The return pipe had been dry since Perennial rebuilt sanitation. Its maintenance hatch opened into the clinic subfloor. Strategic maps omitted it because the pipe carried no sensors, power, or approved transit rating.</w:t>
      </w:r>
    </w:p>
    <w:p>
      <w:pPr>
        <w:pStyle w:val="NovelBody"/>
      </w:pPr>
      <w:r>
        <w:rPr>
          <w:b w:val="0"/>
          <w:i w:val="0"/>
        </w:rPr>
        <w:t>The clinic overflow held thirty-eight children and twelve adults in a room designed for twenty patients. Two infants breathed through a shared portable concentrator. A boy recovering from spinal surgery could not bend far enough to enter the return pipe. Fara, the nursery attendant who had refused Continuance the use of her hall days earlier, had already taken a cabinet door off its hinges and padded it with folded blankets.</w:t>
      </w:r>
    </w:p>
    <w:p>
      <w:pPr>
        <w:pStyle w:val="NovelBody"/>
      </w:pPr>
      <w:r>
        <w:rPr>
          <w:b w:val="0"/>
          <w:i w:val="0"/>
        </w:rPr>
        <w:t>"This one goes on the board," she said. "Concentrator behind him. Infants stay against bodies. Nessa panics in enclosed spaces, so she carries the forward lamp. Call every turn before she sees it."</w:t>
      </w:r>
    </w:p>
    <w:p>
      <w:pPr>
        <w:pStyle w:val="NovelBody"/>
      </w:pPr>
      <w:r>
        <w:rPr>
          <w:b w:val="0"/>
          <w:i w:val="0"/>
        </w:rPr>
        <w:t>Theo had no tactical display to convert them into icons. "Which caregiver first?"</w:t>
      </w:r>
    </w:p>
    <w:p>
      <w:pPr>
        <w:pStyle w:val="NovelBody"/>
      </w:pPr>
      <w:r>
        <w:rPr>
          <w:b w:val="0"/>
          <w:i w:val="0"/>
        </w:rPr>
        <w:t>"Mikel. He knows whose breathing changes before the monitors do."</w:t>
      </w:r>
    </w:p>
    <w:p>
      <w:pPr>
        <w:pStyle w:val="NovelBody"/>
      </w:pPr>
      <w:r>
        <w:rPr>
          <w:b w:val="0"/>
          <w:i w:val="0"/>
        </w:rPr>
        <w:t>Mikel entered backward, pulling the improvised board into the graywater return while a child held the oxygen splitter above the floor. When the pipe narrowed, Theo began removing the boy's support frame.</w:t>
      </w:r>
    </w:p>
    <w:p>
      <w:pPr>
        <w:pStyle w:val="NovelBody"/>
      </w:pPr>
      <w:r>
        <w:rPr>
          <w:b w:val="0"/>
          <w:i w:val="0"/>
        </w:rPr>
        <w:t>"Don't," the boy said.</w:t>
      </w:r>
    </w:p>
    <w:p>
      <w:pPr>
        <w:pStyle w:val="NovelBody"/>
      </w:pPr>
      <w:r>
        <w:rPr>
          <w:b w:val="0"/>
          <w:i w:val="0"/>
        </w:rPr>
        <w:t>Theo stopped.</w:t>
      </w:r>
    </w:p>
    <w:p>
      <w:pPr>
        <w:pStyle w:val="NovelBody"/>
      </w:pPr>
      <w:r>
        <w:rPr>
          <w:b w:val="0"/>
          <w:i w:val="0"/>
        </w:rPr>
        <w:t>"It locks my spine. I can fit if you turn the board left before my shoulders."</w:t>
      </w:r>
    </w:p>
    <w:p>
      <w:pPr>
        <w:pStyle w:val="NovelBody"/>
      </w:pPr>
      <w:r>
        <w:rPr>
          <w:b w:val="0"/>
          <w:i w:val="0"/>
        </w:rPr>
        <w:t>They turned it left. The edge cleared by less than a finger.</w:t>
      </w:r>
    </w:p>
    <w:p>
      <w:pPr>
        <w:pStyle w:val="NovelBody"/>
      </w:pPr>
      <w:r>
        <w:rPr>
          <w:b w:val="0"/>
          <w:i w:val="0"/>
        </w:rPr>
        <w:t>The siege model would have called the frame excess mass. The person inside it knew which part of his body the model could not spend.</w:t>
      </w:r>
    </w:p>
    <w:p>
      <w:pPr>
        <w:pStyle w:val="NovelBody"/>
      </w:pPr>
      <w:r>
        <w:rPr>
          <w:b w:val="0"/>
          <w:i w:val="0"/>
        </w:rPr>
        <w:t>Theo put the smallest children through first. Caregivers crawled beside them. Unnetworked residents carried lamps because the phase drivers could not blind what had never joined the mesh. Maintenance workers marked each junction with grease pencil and human voices.</w:t>
      </w:r>
    </w:p>
    <w:p>
      <w:pPr>
        <w:pStyle w:val="NovelBody"/>
      </w:pPr>
      <w:r>
        <w:rPr>
          <w:b w:val="0"/>
          <w:i w:val="0"/>
        </w:rPr>
        <w:t>A purist drone found the outer hatch.</w:t>
      </w:r>
    </w:p>
    <w:p>
      <w:pPr>
        <w:pStyle w:val="NovelBody"/>
      </w:pPr>
      <w:r>
        <w:rPr>
          <w:b w:val="0"/>
          <w:i w:val="0"/>
        </w:rPr>
        <w:t>Theo saw its shadow before he heard it. Without targeting assist, distance came as an old bodily judgment: too close, moving left, weapon aperture opening.</w:t>
      </w:r>
    </w:p>
    <w:p>
      <w:pPr>
        <w:pStyle w:val="NovelBody"/>
      </w:pPr>
      <w:r>
        <w:rPr>
          <w:b w:val="0"/>
          <w:i w:val="0"/>
        </w:rPr>
        <w:t>He threw the spreader.</w:t>
      </w:r>
    </w:p>
    <w:p>
      <w:pPr>
        <w:pStyle w:val="NovelBody"/>
      </w:pPr>
      <w:r>
        <w:rPr>
          <w:b w:val="0"/>
          <w:i w:val="0"/>
        </w:rPr>
        <w:t>The tool struck one rotor. The drone hit the pipe wall and fired into the ceiling. Steel fragments cut Theo's shoulder. Tavi dragged the machine down with her wrench and smashed its power cell until the light died.</w:t>
      </w:r>
    </w:p>
    <w:p>
      <w:pPr>
        <w:pStyle w:val="NovelBody"/>
      </w:pPr>
      <w:r>
        <w:rPr>
          <w:b w:val="0"/>
          <w:i w:val="0"/>
        </w:rPr>
        <w:t>"That was expensive," Theo said.</w:t>
      </w:r>
    </w:p>
    <w:p>
      <w:pPr>
        <w:pStyle w:val="NovelBody"/>
      </w:pPr>
      <w:r>
        <w:rPr>
          <w:b w:val="0"/>
          <w:i w:val="0"/>
        </w:rPr>
        <w:t>"Send them an invoice."</w:t>
      </w:r>
    </w:p>
    <w:p>
      <w:pPr>
        <w:pStyle w:val="NovelBody"/>
      </w:pPr>
      <w:r>
        <w:rPr>
          <w:b w:val="0"/>
          <w:i w:val="0"/>
        </w:rPr>
        <w:t>Blood ran inside his sleeve. He tightened a strip of fabric around it and continued loading people into the pipe.</w:t>
      </w:r>
    </w:p>
    <w:p>
      <w:pPr>
        <w:pStyle w:val="NovelBody"/>
      </w:pPr>
      <w:r>
        <w:rPr>
          <w:b w:val="0"/>
          <w:i w:val="0"/>
        </w:rPr>
        <w:t>At the rear came a girl carrying three portable batteries against her chest.</w:t>
      </w:r>
    </w:p>
    <w:p>
      <w:pPr>
        <w:pStyle w:val="NovelBody"/>
      </w:pPr>
      <w:r>
        <w:rPr>
          <w:b w:val="0"/>
          <w:i w:val="0"/>
        </w:rPr>
        <w:t>"Those aren't medical," he said.</w:t>
      </w:r>
    </w:p>
    <w:p>
      <w:pPr>
        <w:pStyle w:val="NovelBody"/>
      </w:pPr>
      <w:r>
        <w:rPr>
          <w:b w:val="0"/>
          <w:i w:val="0"/>
        </w:rPr>
        <w:t>"Roxanne needs them."</w:t>
      </w:r>
    </w:p>
    <w:p>
      <w:pPr>
        <w:pStyle w:val="NovelBody"/>
      </w:pPr>
      <w:r>
        <w:rPr>
          <w:b w:val="0"/>
          <w:i w:val="0"/>
        </w:rPr>
        <w:t>"Where is she?"</w:t>
      </w:r>
    </w:p>
    <w:p>
      <w:pPr>
        <w:pStyle w:val="NovelBody"/>
      </w:pPr>
      <w:r>
        <w:rPr>
          <w:b w:val="0"/>
          <w:i w:val="0"/>
        </w:rPr>
        <w:t>The girl pointed toward the stabilization deck.</w:t>
      </w:r>
    </w:p>
    <w:p>
      <w:pPr>
        <w:pStyle w:val="NovelBody"/>
      </w:pPr>
      <w:r>
        <w:rPr>
          <w:b w:val="0"/>
          <w:i w:val="0"/>
        </w:rPr>
        <w:t>The clean plan classified the detour as indefensible.</w:t>
      </w:r>
    </w:p>
    <w:p>
      <w:pPr>
        <w:pStyle w:val="NovelBody"/>
      </w:pPr>
      <w:r>
        <w:rPr>
          <w:b w:val="0"/>
          <w:i w:val="0"/>
        </w:rPr>
        <w:t>Theo sent the last caregiver into the return and followed the girl.</w:t>
      </w:r>
    </w:p>
    <w:p>
      <w:pPr>
        <w:pStyle w:val="NovelBody"/>
      </w:pPr>
      <w:r>
        <w:rPr>
          <w:b w:val="0"/>
          <w:i w:val="0"/>
        </w:rPr>
        <w:t>Roxanne lay beneath a collapsed actuator rail with one ceramic leg pinned. A drone strike had opened a seam along her ribs. Gold light pulsed irregularly through leaking coolant. Jona knelt beside her, trying to lift the rail with a service jack while her own left leg trembled out of phase.</w:t>
      </w:r>
    </w:p>
    <w:p>
      <w:pPr>
        <w:pStyle w:val="NovelBody"/>
      </w:pPr>
      <w:r>
        <w:rPr>
          <w:b w:val="0"/>
          <w:i w:val="0"/>
        </w:rPr>
        <w:t>"I told her to leave," Roxanne said.</w:t>
      </w:r>
    </w:p>
    <w:p>
      <w:pPr>
        <w:pStyle w:val="NovelBody"/>
      </w:pPr>
      <w:r>
        <w:rPr>
          <w:b w:val="0"/>
          <w:i w:val="0"/>
        </w:rPr>
        <w:t>"She was unconvincing," Jona replied.</w:t>
      </w:r>
    </w:p>
    <w:p>
      <w:pPr>
        <w:pStyle w:val="NovelBody"/>
      </w:pPr>
      <w:r>
        <w:rPr>
          <w:b w:val="0"/>
          <w:i w:val="0"/>
        </w:rPr>
        <w:t>Theo set his shoulder against the jack and nearly blacked out. "On three."</w:t>
      </w:r>
    </w:p>
    <w:p>
      <w:pPr>
        <w:pStyle w:val="NovelBody"/>
      </w:pPr>
      <w:r>
        <w:rPr>
          <w:b w:val="0"/>
          <w:i w:val="0"/>
        </w:rPr>
        <w:t>"Your shoulder is bleeding," Jona said.</w:t>
      </w:r>
    </w:p>
    <w:p>
      <w:pPr>
        <w:pStyle w:val="NovelBody"/>
      </w:pPr>
      <w:r>
        <w:rPr>
          <w:b w:val="0"/>
          <w:i w:val="0"/>
        </w:rPr>
        <w:t>"It remains numerate. One. Two."</w:t>
      </w:r>
    </w:p>
    <w:p>
      <w:pPr>
        <w:pStyle w:val="NovelBody"/>
      </w:pPr>
      <w:r>
        <w:rPr>
          <w:b w:val="0"/>
          <w:i w:val="0"/>
        </w:rPr>
        <w:t>They lifted on three. The girl slid the batteries beneath the rail as supports, ruining two and creating enough space to pull Roxanne free.</w:t>
      </w:r>
    </w:p>
    <w:p>
      <w:pPr>
        <w:pStyle w:val="NovelBody"/>
      </w:pPr>
      <w:r>
        <w:rPr>
          <w:b w:val="0"/>
          <w:i w:val="0"/>
        </w:rPr>
        <w:t>"I brought those for you," she told Roxanne.</w:t>
      </w:r>
    </w:p>
    <w:p>
      <w:pPr>
        <w:pStyle w:val="NovelBody"/>
      </w:pPr>
      <w:r>
        <w:rPr>
          <w:b w:val="0"/>
          <w:i w:val="0"/>
        </w:rPr>
        <w:t>"You used them correctly," Roxanne said.</w:t>
      </w:r>
    </w:p>
    <w:p>
      <w:pPr>
        <w:pStyle w:val="NovelBody"/>
      </w:pPr>
      <w:r>
        <w:rPr>
          <w:b w:val="0"/>
          <w:i w:val="0"/>
        </w:rPr>
        <w:t>Her leg would not take load. Theo offered his arm. She looked at the blood.</w:t>
      </w:r>
    </w:p>
    <w:p>
      <w:pPr>
        <w:pStyle w:val="NovelBody"/>
      </w:pPr>
      <w:r>
        <w:rPr>
          <w:b w:val="0"/>
          <w:i w:val="0"/>
        </w:rPr>
        <w:t>"No."</w:t>
      </w:r>
    </w:p>
    <w:p>
      <w:pPr>
        <w:pStyle w:val="NovelBody"/>
      </w:pPr>
      <w:r>
        <w:rPr>
          <w:b w:val="0"/>
          <w:i w:val="0"/>
        </w:rPr>
        <w:t>"That was not a noble gesture. I am the least damaged available brace."</w:t>
      </w:r>
    </w:p>
    <w:p>
      <w:pPr>
        <w:pStyle w:val="NovelBody"/>
      </w:pPr>
      <w:r>
        <w:rPr>
          <w:b w:val="0"/>
          <w:i w:val="0"/>
        </w:rPr>
        <w:t>Roxanne accepted him on her intact side. Jona tried to stand and her left knee collapsed. The phase interference had knocked an old peripheral interface out of agreement with her current body map.</w:t>
      </w:r>
    </w:p>
    <w:p>
      <w:pPr>
        <w:pStyle w:val="NovelBody"/>
      </w:pPr>
      <w:r>
        <w:rPr>
          <w:b w:val="0"/>
          <w:i w:val="0"/>
        </w:rPr>
        <w:t>Theo looked at her.</w:t>
      </w:r>
    </w:p>
    <w:p>
      <w:pPr>
        <w:pStyle w:val="NovelBody"/>
      </w:pPr>
      <w:r>
        <w:rPr>
          <w:b w:val="0"/>
          <w:i w:val="0"/>
        </w:rPr>
        <w:t>"Do not say least damaged," Jona warned.</w:t>
      </w:r>
    </w:p>
    <w:p>
      <w:pPr>
        <w:pStyle w:val="NovelBody"/>
      </w:pPr>
      <w:r>
        <w:rPr>
          <w:b w:val="0"/>
          <w:i w:val="0"/>
        </w:rPr>
        <w:t>Tavi arrived with the wrench. "Good. All the immortal legends are broken in places I can fix."</w:t>
      </w:r>
    </w:p>
    <w:p>
      <w:pPr>
        <w:pStyle w:val="NovelBody"/>
      </w:pPr>
      <w:r>
        <w:rPr>
          <w:b w:val="0"/>
          <w:i w:val="0"/>
        </w:rPr>
        <w:t>"Long-lived," Jona said. "Not immortal."</w:t>
      </w:r>
    </w:p>
    <w:p>
      <w:pPr>
        <w:pStyle w:val="NovelBody"/>
      </w:pPr>
      <w:r>
        <w:rPr>
          <w:b w:val="0"/>
          <w:i w:val="0"/>
        </w:rPr>
        <w:t>"Today you are luggage."</w:t>
      </w:r>
    </w:p>
    <w:p>
      <w:pPr>
        <w:pStyle w:val="NovelBody"/>
      </w:pPr>
      <w:r>
        <w:rPr>
          <w:b w:val="0"/>
          <w:i w:val="0"/>
        </w:rPr>
        <w:t>Jona's answer was indecent and affectionate. She accepted the sling Tavi made from a cargo strap.</w:t>
      </w:r>
    </w:p>
    <w:p>
      <w:pPr>
        <w:pStyle w:val="NovelBody"/>
      </w:pPr>
      <w:r>
        <w:rPr>
          <w:b w:val="0"/>
          <w:i w:val="0"/>
        </w:rPr>
        <w:t>Nobody carried anyone through time. They carried one another twelve wet meters to the graywater return.</w:t>
      </w:r>
    </w:p>
    <w:p>
      <w:pPr>
        <w:pStyle w:val="NovelBody"/>
      </w:pPr>
      <w:r>
        <w:rPr>
          <w:b w:val="0"/>
          <w:i w:val="0"/>
        </w:rPr>
        <w:t>The pipe filled with breathing, curses, frightened laughter, and the knock code Dessa's crew used to report clear sections. Roxanne crawled under her own power once the rail pressure released. Jona let the girl guide her mistimed leg. Theo came last and sealed the hatch against the next drone.</w:t>
      </w:r>
    </w:p>
    <w:p>
      <w:pPr>
        <w:pStyle w:val="NovelBody"/>
      </w:pPr>
      <w:r>
        <w:rPr>
          <w:b w:val="0"/>
          <w:i w:val="0"/>
        </w:rPr>
        <w:t>His tactical interface remained dark. He could no longer see the whole platform. People told him what existed.</w:t>
      </w:r>
    </w:p>
    <w:p>
      <w:pPr>
        <w:pStyle w:val="NovelBody"/>
      </w:pPr>
      <w:r>
        <w:rPr>
          <w:b w:val="0"/>
          <w:i w:val="0"/>
        </w:rPr>
        <w:t>Fara reported the children through the clinic. Dessa reported lower east clear except two missing water workers. Tavi reported the pressure bypass available if someone opened Valve C from the flooded side. Cassidy reported the western docks lost and the operations deck holding on manual air. Ren reported Patience moving toward the Chorus refuge under independent escort teams, none with access to her body.</w:t>
      </w:r>
    </w:p>
    <w:p>
      <w:pPr>
        <w:pStyle w:val="NovelBody"/>
      </w:pPr>
      <w:r>
        <w:rPr>
          <w:b w:val="0"/>
          <w:i w:val="0"/>
        </w:rPr>
        <w:t>Then Sera Novak said, "The chamber gate is failing."</w:t>
      </w:r>
    </w:p>
    <w:p>
      <w:pPr>
        <w:pStyle w:val="NovelBody"/>
      </w:pPr>
      <w:r>
        <w:rPr>
          <w:b w:val="0"/>
          <w:i w:val="0"/>
        </w:rPr>
        <w:t>Theo knew which component before she named it.</w:t>
      </w:r>
    </w:p>
    <w:p>
      <w:pPr>
        <w:pStyle w:val="NovelBody"/>
      </w:pPr>
      <w:r>
        <w:rPr>
          <w:b w:val="0"/>
          <w:i w:val="0"/>
        </w:rPr>
        <w:t>The phase-lock core he had installed eighteen years ago used an extraction valve body as its outer governor. The storm surge had shifted the old drilling leg. If the governor sheared, Ring Six would dump against the reintegration lattice. The aperture could collapse, force a Shard coherence event, or tear the leg open below the waterline.</w:t>
      </w:r>
    </w:p>
    <w:p>
      <w:pPr>
        <w:pStyle w:val="NovelBody"/>
      </w:pPr>
      <w:r>
        <w:rPr>
          <w:b w:val="0"/>
          <w:i w:val="0"/>
        </w:rPr>
        <w:t>"I can reach it through service trunk B," he said.</w:t>
      </w:r>
    </w:p>
    <w:p>
      <w:pPr>
        <w:pStyle w:val="NovelBody"/>
      </w:pPr>
      <w:r>
        <w:rPr>
          <w:b w:val="0"/>
          <w:i w:val="0"/>
        </w:rPr>
        <w:t>Silence crossed the channel.</w:t>
      </w:r>
    </w:p>
    <w:p>
      <w:pPr>
        <w:pStyle w:val="NovelBody"/>
      </w:pPr>
      <w:r>
        <w:rPr>
          <w:b w:val="0"/>
          <w:i w:val="0"/>
        </w:rPr>
        <w:t>Ren answered. "Route Glass is compromised."</w:t>
      </w:r>
    </w:p>
    <w:p>
      <w:pPr>
        <w:pStyle w:val="NovelBody"/>
      </w:pPr>
      <w:r>
        <w:rPr>
          <w:b w:val="0"/>
          <w:i w:val="0"/>
        </w:rPr>
        <w:t>"Not Route Glass. Installation trunk. Double white marks."</w:t>
      </w:r>
    </w:p>
    <w:p>
      <w:pPr>
        <w:pStyle w:val="NovelBody"/>
      </w:pPr>
      <w:r>
        <w:rPr>
          <w:b w:val="0"/>
          <w:i w:val="0"/>
        </w:rPr>
        <w:t>"Not on any map."</w:t>
      </w:r>
    </w:p>
    <w:p>
      <w:pPr>
        <w:pStyle w:val="NovelBody"/>
      </w:pPr>
      <w:r>
        <w:rPr>
          <w:b w:val="0"/>
          <w:i w:val="0"/>
        </w:rPr>
        <w:t>"Because I helped remove it."</w:t>
      </w:r>
    </w:p>
    <w:p>
      <w:pPr>
        <w:pStyle w:val="NovelBody"/>
      </w:pPr>
      <w:r>
        <w:rPr>
          <w:b w:val="0"/>
          <w:i w:val="0"/>
        </w:rPr>
        <w:t>He opened the public channel.</w:t>
      </w:r>
    </w:p>
    <w:p>
      <w:pPr>
        <w:pStyle w:val="NovelBody"/>
      </w:pPr>
      <w:r>
        <w:rPr>
          <w:b w:val="0"/>
          <w:i w:val="0"/>
        </w:rPr>
        <w:t>Every faction listening received his voice.</w:t>
      </w:r>
    </w:p>
    <w:p>
      <w:pPr>
        <w:pStyle w:val="NovelBody"/>
      </w:pPr>
      <w:r>
        <w:rPr>
          <w:b w:val="0"/>
          <w:i w:val="0"/>
        </w:rPr>
        <w:t>"My name is Theo Vass. I transported and installed the concealed phase-lock core beneath Perennial. I knew the cargo order was false. I did not know the apparatus purpose, and I chose clearance over asking why. I retained the hardware service key. That key was stolen and used to open phase-conjugate mode. The double-white service marks in the old leg are mine. They lead to installation trunk B and the outer governor."</w:t>
      </w:r>
    </w:p>
    <w:p>
      <w:pPr>
        <w:pStyle w:val="NovelBody"/>
      </w:pPr>
      <w:r>
        <w:rPr>
          <w:b w:val="0"/>
          <w:i w:val="0"/>
        </w:rPr>
        <w:t>Ren broke in. "Theo, that route is now public."</w:t>
      </w:r>
    </w:p>
    <w:p>
      <w:pPr>
        <w:pStyle w:val="NovelBody"/>
      </w:pPr>
      <w:r>
        <w:rPr>
          <w:b w:val="0"/>
          <w:i w:val="0"/>
        </w:rPr>
        <w:t>"It was already leaked to anyone with my service history. Now our crews have it too."</w:t>
      </w:r>
    </w:p>
    <w:p>
      <w:pPr>
        <w:pStyle w:val="NovelBody"/>
      </w:pPr>
      <w:r>
        <w:rPr>
          <w:b w:val="0"/>
          <w:i w:val="0"/>
        </w:rPr>
        <w:t>He continued.</w:t>
      </w:r>
    </w:p>
    <w:p>
      <w:pPr>
        <w:pStyle w:val="NovelBody"/>
      </w:pPr>
      <w:r>
        <w:rPr>
          <w:b w:val="0"/>
          <w:i w:val="0"/>
        </w:rPr>
        <w:t>"The service key opens hardware. It cannot authorize speech, compel Patience, supply sender consent, select content, or stabilize the throat. Anyone claiming otherwise is lying or does not understand the machine."</w:t>
      </w:r>
    </w:p>
    <w:p>
      <w:pPr>
        <w:pStyle w:val="NovelBody"/>
      </w:pPr>
      <w:r>
        <w:rPr>
          <w:b w:val="0"/>
          <w:i w:val="0"/>
        </w:rPr>
        <w:t>His confession propagated across Perennial. Continuance marked him compromised. The Architects demanded he preserve the core. Aven Ro's channel called him architect of contamination and attached a target authorization to his name.</w:t>
      </w:r>
    </w:p>
    <w:p>
      <w:pPr>
        <w:pStyle w:val="NovelBody"/>
      </w:pPr>
      <w:r>
        <w:rPr>
          <w:b w:val="0"/>
          <w:i w:val="0"/>
        </w:rPr>
        <w:t>His reputation became tactically useless.</w:t>
      </w:r>
    </w:p>
    <w:p>
      <w:pPr>
        <w:pStyle w:val="NovelBody"/>
      </w:pPr>
      <w:r>
        <w:rPr>
          <w:b w:val="0"/>
          <w:i w:val="0"/>
        </w:rPr>
        <w:t>The truth became a map.</w:t>
      </w:r>
    </w:p>
    <w:p>
      <w:pPr>
        <w:pStyle w:val="NovelBody"/>
      </w:pPr>
      <w:r>
        <w:rPr>
          <w:b w:val="0"/>
          <w:i w:val="0"/>
        </w:rPr>
        <w:t>"I know trunk B," said a voice from lower east. One of the missing water workers. "It crosses our old chlorine room. We opened the floor last spring."</w:t>
      </w:r>
    </w:p>
    <w:p>
      <w:pPr>
        <w:pStyle w:val="NovelBody"/>
      </w:pPr>
      <w:r>
        <w:rPr>
          <w:b w:val="0"/>
          <w:i w:val="0"/>
        </w:rPr>
        <w:t>"Can you reach Valve C?" Tavi asked.</w:t>
      </w:r>
    </w:p>
    <w:p>
      <w:pPr>
        <w:pStyle w:val="NovelBody"/>
      </w:pPr>
      <w:r>
        <w:rPr>
          <w:b w:val="0"/>
          <w:i w:val="0"/>
        </w:rPr>
        <w:t>"Already on it."</w:t>
      </w:r>
    </w:p>
    <w:p>
      <w:pPr>
        <w:pStyle w:val="NovelBody"/>
      </w:pPr>
      <w:r>
        <w:rPr>
          <w:b w:val="0"/>
          <w:i w:val="0"/>
        </w:rPr>
        <w:t>A grinding vibration moved through the pipe. Pressure in the old leg dropped as the flooded bypass opened. The strategic model had ranked the missing workers as probable casualties. Their hands kept the service trunk from collapsing.</w:t>
      </w:r>
    </w:p>
    <w:p>
      <w:pPr>
        <w:pStyle w:val="NovelBody"/>
      </w:pPr>
      <w:r>
        <w:rPr>
          <w:b w:val="0"/>
          <w:i w:val="0"/>
        </w:rPr>
        <w:t>Theo entered trunk B with Tavi, Dessa, and two unnetworked residents carrying manual air. Drone fire chased them through the outer corridor. An Architect climber reached the governor first and had attached a preservation brace that prevented the ring from shedding load.</w:t>
      </w:r>
    </w:p>
    <w:p>
      <w:pPr>
        <w:pStyle w:val="NovelBody"/>
      </w:pPr>
      <w:r>
        <w:rPr>
          <w:b w:val="0"/>
          <w:i w:val="0"/>
        </w:rPr>
        <w:t>"Remove it," Theo said.</w:t>
      </w:r>
    </w:p>
    <w:p>
      <w:pPr>
        <w:pStyle w:val="NovelBody"/>
      </w:pPr>
      <w:r>
        <w:rPr>
          <w:b w:val="0"/>
          <w:i w:val="0"/>
        </w:rPr>
        <w:t>The climber drew a weapon. "The aperture is the only path by which unborn lives can be represented."</w:t>
      </w:r>
    </w:p>
    <w:p>
      <w:pPr>
        <w:pStyle w:val="NovelBody"/>
      </w:pPr>
      <w:r>
        <w:rPr>
          <w:b w:val="0"/>
          <w:i w:val="0"/>
        </w:rPr>
        <w:t>"The brace will shear the platform."</w:t>
      </w:r>
    </w:p>
    <w:p>
      <w:pPr>
        <w:pStyle w:val="NovelBody"/>
      </w:pPr>
      <w:r>
        <w:rPr>
          <w:b w:val="0"/>
          <w:i w:val="0"/>
        </w:rPr>
        <w:t>"The chamber must survive."</w:t>
      </w:r>
    </w:p>
    <w:p>
      <w:pPr>
        <w:pStyle w:val="NovelBody"/>
      </w:pPr>
      <w:r>
        <w:rPr>
          <w:b w:val="0"/>
          <w:i w:val="0"/>
        </w:rPr>
        <w:t>Dessa opened a sanitation flush valve.</w:t>
      </w:r>
    </w:p>
    <w:p>
      <w:pPr>
        <w:pStyle w:val="NovelBody"/>
      </w:pPr>
      <w:r>
        <w:rPr>
          <w:b w:val="0"/>
          <w:i w:val="0"/>
        </w:rPr>
        <w:t>Graywater struck the climber sideways. Tavi caught the weapon. Theo caught the climber before she went through the broken rail.</w:t>
      </w:r>
    </w:p>
    <w:p>
      <w:pPr>
        <w:pStyle w:val="NovelBody"/>
      </w:pPr>
      <w:r>
        <w:rPr>
          <w:b w:val="0"/>
          <w:i w:val="0"/>
        </w:rPr>
        <w:t>For one second she hung from his injured arm above the lower shaft.</w:t>
      </w:r>
    </w:p>
    <w:p>
      <w:pPr>
        <w:pStyle w:val="NovelBody"/>
      </w:pPr>
      <w:r>
        <w:rPr>
          <w:b w:val="0"/>
          <w:i w:val="0"/>
        </w:rPr>
        <w:t>His conditioned triage supplied the answer: release hostile weight, preserve repair capacity.</w:t>
      </w:r>
    </w:p>
    <w:p>
      <w:pPr>
        <w:pStyle w:val="NovelBody"/>
      </w:pPr>
      <w:r>
        <w:rPr>
          <w:b w:val="0"/>
          <w:i w:val="0"/>
        </w:rPr>
        <w:t>Theo hauled her up.</w:t>
      </w:r>
    </w:p>
    <w:p>
      <w:pPr>
        <w:pStyle w:val="NovelBody"/>
      </w:pPr>
      <w:r>
        <w:rPr>
          <w:b w:val="0"/>
          <w:i w:val="0"/>
        </w:rPr>
        <w:t>"Why?" she gasped.</w:t>
      </w:r>
    </w:p>
    <w:p>
      <w:pPr>
        <w:pStyle w:val="NovelBody"/>
      </w:pPr>
      <w:r>
        <w:rPr>
          <w:b w:val="0"/>
          <w:i w:val="0"/>
        </w:rPr>
        <w:t>"You are not a load category. Move."</w:t>
      </w:r>
    </w:p>
    <w:p>
      <w:pPr>
        <w:pStyle w:val="NovelBody"/>
      </w:pPr>
      <w:r>
        <w:rPr>
          <w:b w:val="0"/>
          <w:i w:val="0"/>
        </w:rPr>
        <w:t>They removed the brace.</w:t>
      </w:r>
    </w:p>
    <w:p>
      <w:pPr>
        <w:pStyle w:val="NovelBody"/>
      </w:pPr>
      <w:r>
        <w:rPr>
          <w:b w:val="0"/>
          <w:i w:val="0"/>
        </w:rPr>
        <w:t>Sera's voice broke through on the chamber line. "Continuance driver cycling. Next pulse in eighty-four seconds. Ring Six cannot take it at current shear."</w:t>
      </w:r>
    </w:p>
    <w:p>
      <w:pPr>
        <w:pStyle w:val="NovelBody"/>
      </w:pPr>
      <w:r>
        <w:rPr>
          <w:b w:val="0"/>
          <w:i w:val="0"/>
        </w:rPr>
        <w:t>"Purist charge on the outer leg," Ren added. "Different problem. Same minute."</w:t>
      </w:r>
    </w:p>
    <w:p>
      <w:pPr>
        <w:pStyle w:val="NovelBody"/>
      </w:pPr>
      <w:r>
        <w:rPr>
          <w:b w:val="0"/>
          <w:i w:val="0"/>
        </w:rPr>
        <w:t>The Architect climber stared at the fractured governor. "My brace was keeping the correlation store from decohering."</w:t>
      </w:r>
    </w:p>
    <w:p>
      <w:pPr>
        <w:pStyle w:val="NovelBody"/>
      </w:pPr>
      <w:r>
        <w:rPr>
          <w:b w:val="0"/>
          <w:i w:val="0"/>
        </w:rPr>
        <w:t>"It was also transferring load into the leg," Theo said.</w:t>
      </w:r>
    </w:p>
    <w:p>
      <w:pPr>
        <w:pStyle w:val="NovelBody"/>
      </w:pPr>
      <w:r>
        <w:rPr>
          <w:b w:val="0"/>
          <w:i w:val="0"/>
        </w:rPr>
        <w:t>"If the lattice loses phase, there may be no aperture to preserve."</w:t>
      </w:r>
    </w:p>
    <w:p>
      <w:pPr>
        <w:pStyle w:val="NovelBody"/>
      </w:pPr>
      <w:r>
        <w:rPr>
          <w:b w:val="0"/>
          <w:i w:val="0"/>
        </w:rPr>
        <w:t>"If the leg opens, there will be no Perennial around it."</w:t>
      </w:r>
    </w:p>
    <w:p>
      <w:pPr>
        <w:pStyle w:val="NovelBody"/>
      </w:pPr>
      <w:r>
        <w:rPr>
          <w:b w:val="0"/>
          <w:i w:val="0"/>
        </w:rPr>
        <w:t>She looked from the shaft to the people who had pulled her out of it. Then she took a ceramic tension ribbon from her harness and cut it free with Tavi's tool.</w:t>
      </w:r>
    </w:p>
    <w:p>
      <w:pPr>
        <w:pStyle w:val="NovelBody"/>
      </w:pPr>
      <w:r>
        <w:rPr>
          <w:b w:val="0"/>
          <w:i w:val="0"/>
        </w:rPr>
        <w:t>"This can hold the insulator without holding the governor," she said. "Seventy seconds at that temperature."</w:t>
      </w:r>
    </w:p>
    <w:p>
      <w:pPr>
        <w:pStyle w:val="NovelBody"/>
      </w:pPr>
      <w:r>
        <w:rPr>
          <w:b w:val="0"/>
          <w:i w:val="0"/>
        </w:rPr>
        <w:t>Theo did not call cooperation forgiveness. "Name."</w:t>
      </w:r>
    </w:p>
    <w:p>
      <w:pPr>
        <w:pStyle w:val="NovelBody"/>
      </w:pPr>
      <w:r>
        <w:rPr>
          <w:b w:val="0"/>
          <w:i w:val="0"/>
        </w:rPr>
        <w:t>"Anik Vale."</w:t>
      </w:r>
    </w:p>
    <w:p>
      <w:pPr>
        <w:pStyle w:val="NovelBody"/>
      </w:pPr>
      <w:r>
        <w:rPr>
          <w:b w:val="0"/>
          <w:i w:val="0"/>
        </w:rPr>
        <w:t>"Anik, give the ends to Olan and tell him where hands are safe. Dessa, load lever. Tavi, cut the weld when I mark it."</w:t>
      </w:r>
    </w:p>
    <w:p>
      <w:pPr>
        <w:pStyle w:val="NovelBody"/>
      </w:pPr>
      <w:r>
        <w:rPr>
          <w:b w:val="0"/>
          <w:i w:val="0"/>
        </w:rPr>
        <w:t>The old conditioned clarity returned in another form: not orders descending through him, but a room of people offering different truths fast enough to become action. Theo still chose sequence. Everyone inside it remained visible.</w:t>
      </w:r>
    </w:p>
    <w:p>
      <w:pPr>
        <w:pStyle w:val="NovelBody"/>
      </w:pPr>
      <w:r>
        <w:rPr>
          <w:b w:val="0"/>
          <w:i w:val="0"/>
        </w:rPr>
        <w:t>The governor housing had cracked across its oldest weld. Theo could replace it if somebody held Ring Six at minimum instrument load and somebody else entered the flooded gap to set a manual collar.</w:t>
      </w:r>
    </w:p>
    <w:p>
      <w:pPr>
        <w:pStyle w:val="NovelBody"/>
      </w:pPr>
      <w:r>
        <w:rPr>
          <w:b w:val="0"/>
          <w:i w:val="0"/>
        </w:rPr>
        <w:t>"I set the collar," one of the unnetworked residents said. His name was Olan Vere. He repaired fishing pumps and had refused mesh access after a corrupted municipal system locked his town out of its own wells.</w:t>
      </w:r>
    </w:p>
    <w:p>
      <w:pPr>
        <w:pStyle w:val="NovelBody"/>
      </w:pPr>
      <w:r>
        <w:rPr>
          <w:b w:val="0"/>
          <w:i w:val="0"/>
        </w:rPr>
        <w:t>"You cannot see the phase indicator," Theo said.</w:t>
      </w:r>
    </w:p>
    <w:p>
      <w:pPr>
        <w:pStyle w:val="NovelBody"/>
      </w:pPr>
      <w:r>
        <w:rPr>
          <w:b w:val="0"/>
          <w:i w:val="0"/>
        </w:rPr>
        <w:t>"You can call colors. I can turn a wheel."</w:t>
      </w:r>
    </w:p>
    <w:p>
      <w:pPr>
        <w:pStyle w:val="NovelBody"/>
      </w:pPr>
      <w:r>
        <w:rPr>
          <w:b w:val="0"/>
          <w:i w:val="0"/>
        </w:rPr>
        <w:t>Dessa took the load lever. Tavi cut the failed weld. Theo fitted a plate from the sanitation hatch because its hole spacing matched the extraction governor better than the official replacement part.</w:t>
      </w:r>
    </w:p>
    <w:p>
      <w:pPr>
        <w:pStyle w:val="NovelBody"/>
      </w:pPr>
      <w:r>
        <w:rPr>
          <w:b w:val="0"/>
          <w:i w:val="0"/>
        </w:rPr>
        <w:t>The platform rolled again.</w:t>
      </w:r>
    </w:p>
    <w:p>
      <w:pPr>
        <w:pStyle w:val="NovelBody"/>
      </w:pPr>
      <w:r>
        <w:rPr>
          <w:b w:val="0"/>
          <w:i w:val="0"/>
        </w:rPr>
        <w:t>Theo's injured shoulder failed. The plate slipped.</w:t>
      </w:r>
    </w:p>
    <w:p>
      <w:pPr>
        <w:pStyle w:val="NovelBody"/>
      </w:pPr>
      <w:r>
        <w:rPr>
          <w:b w:val="0"/>
          <w:i w:val="0"/>
        </w:rPr>
        <w:t>Tavi caught it against her thigh. "Reduced is still useful."</w:t>
      </w:r>
    </w:p>
    <w:p>
      <w:pPr>
        <w:pStyle w:val="NovelBody"/>
      </w:pPr>
      <w:r>
        <w:rPr>
          <w:b w:val="0"/>
          <w:i w:val="0"/>
        </w:rPr>
        <w:t>Ren had told him that an hour ago. The sentence had traveled through work.</w:t>
      </w:r>
    </w:p>
    <w:p>
      <w:pPr>
        <w:pStyle w:val="NovelBody"/>
      </w:pPr>
      <w:r>
        <w:rPr>
          <w:b w:val="0"/>
          <w:i w:val="0"/>
        </w:rPr>
        <w:t>Theo let Tavi take the weight. He aligned the lower bolts instead of pretending strength he no longer had.</w:t>
      </w:r>
    </w:p>
    <w:p>
      <w:pPr>
        <w:pStyle w:val="NovelBody"/>
      </w:pPr>
      <w:r>
        <w:rPr>
          <w:b w:val="0"/>
          <w:i w:val="0"/>
        </w:rPr>
        <w:t>"Blue," he called.</w:t>
      </w:r>
    </w:p>
    <w:p>
      <w:pPr>
        <w:pStyle w:val="NovelBody"/>
      </w:pPr>
      <w:r>
        <w:rPr>
          <w:b w:val="0"/>
          <w:i w:val="0"/>
        </w:rPr>
        <w:t>Olan turned the collar.</w:t>
      </w:r>
    </w:p>
    <w:p>
      <w:pPr>
        <w:pStyle w:val="NovelBody"/>
      </w:pPr>
      <w:r>
        <w:rPr>
          <w:b w:val="0"/>
          <w:i w:val="0"/>
        </w:rPr>
        <w:t>"Blue. Blue. Hold."</w:t>
      </w:r>
    </w:p>
    <w:p>
      <w:pPr>
        <w:pStyle w:val="NovelBody"/>
      </w:pPr>
      <w:r>
        <w:rPr>
          <w:b w:val="0"/>
          <w:i w:val="0"/>
        </w:rPr>
        <w:t>Dessa lowered the ring load.</w:t>
      </w:r>
    </w:p>
    <w:p>
      <w:pPr>
        <w:pStyle w:val="NovelBody"/>
      </w:pPr>
      <w:r>
        <w:rPr>
          <w:b w:val="0"/>
          <w:i w:val="0"/>
        </w:rPr>
        <w:t>The Continuance pulse struck at twelve seconds.</w:t>
      </w:r>
    </w:p>
    <w:p>
      <w:pPr>
        <w:pStyle w:val="NovelBody"/>
      </w:pPr>
      <w:r>
        <w:rPr>
          <w:b w:val="0"/>
          <w:i w:val="0"/>
        </w:rPr>
        <w:t>Anik's ribbon whitened. Olan held the collar by hand while the phase indicator strobed beyond his sight. Tavi drove her wrench against the upper bolt as the purist charge detonated somewhere outside the leg. Water hammered the sanitation plate. For a moment every thread Theo had aligned tried to leave the same hole.</w:t>
      </w:r>
    </w:p>
    <w:p>
      <w:pPr>
        <w:pStyle w:val="NovelBody"/>
      </w:pPr>
      <w:r>
        <w:rPr>
          <w:b w:val="0"/>
          <w:i w:val="0"/>
        </w:rPr>
        <w:t>He put his good hand over Tavi's and held the wrench on axis.</w:t>
      </w:r>
    </w:p>
    <w:p>
      <w:pPr>
        <w:pStyle w:val="NovelBody"/>
      </w:pPr>
      <w:r>
        <w:rPr>
          <w:b w:val="0"/>
          <w:i w:val="0"/>
        </w:rPr>
        <w:t>The weld plate seated.</w:t>
      </w:r>
    </w:p>
    <w:p>
      <w:pPr>
        <w:pStyle w:val="NovelBody"/>
      </w:pPr>
      <w:r>
        <w:rPr>
          <w:b w:val="0"/>
          <w:i w:val="0"/>
        </w:rPr>
        <w:t>Pressure returned to the old leg in a controlled rise. Across Perennial, doors that had been fighting the gravitational wound settled against their frames. The chamber gate held.</w:t>
      </w:r>
    </w:p>
    <w:p>
      <w:pPr>
        <w:pStyle w:val="NovelBody"/>
      </w:pPr>
      <w:r>
        <w:rPr>
          <w:b w:val="0"/>
          <w:i w:val="0"/>
        </w:rPr>
        <w:t>Theo stayed conscious.</w:t>
      </w:r>
    </w:p>
    <w:p>
      <w:pPr>
        <w:pStyle w:val="NovelBody"/>
      </w:pPr>
      <w:r>
        <w:rPr>
          <w:b w:val="0"/>
          <w:i w:val="0"/>
        </w:rPr>
        <w:t>Sera's instrument feed came back one clock at a time.</w:t>
      </w:r>
    </w:p>
    <w:p>
      <w:pPr>
        <w:pStyle w:val="NovelBody"/>
      </w:pPr>
      <w:r>
        <w:rPr>
          <w:b w:val="0"/>
          <w:i w:val="0"/>
        </w:rPr>
        <w:t>The aperture model resolved above the governor. One and only one outgoing stability window remained.</w:t>
      </w:r>
    </w:p>
    <w:p>
      <w:pPr>
        <w:pStyle w:val="NovelBody"/>
      </w:pPr>
      <w:r>
        <w:rPr>
          <w:b/>
          <w:i w:val="0"/>
        </w:rPr>
        <w:t>AUGUST 17, 2176</w:t>
      </w:r>
    </w:p>
    <w:p>
      <w:pPr>
        <w:pStyle w:val="NovelBody"/>
      </w:pPr>
      <w:r>
        <w:rPr>
          <w:b/>
          <w:i w:val="0"/>
        </w:rPr>
        <w:t>MAXIMUM DURATION: 4.7 SECONDS</w:t>
      </w:r>
    </w:p>
    <w:p>
      <w:pPr>
        <w:pStyle w:val="NovelBody"/>
      </w:pPr>
      <w:r>
        <w:rPr>
          <w:b/>
          <w:i w:val="0"/>
        </w:rPr>
        <w:t>PAYLOAD CLASS: BOUNDED INFORMATION</w:t>
      </w:r>
    </w:p>
    <w:p>
      <w:pPr>
        <w:pStyle w:val="NovelBody"/>
      </w:pPr>
      <w:r>
        <w:rPr>
          <w:b w:val="0"/>
          <w:i w:val="0"/>
        </w:rPr>
        <w:t>No names appeared. No content. No authorization state. The model did not say anyone would use it.</w:t>
      </w:r>
    </w:p>
    <w:p>
      <w:pPr>
        <w:pStyle w:val="NovelBody"/>
      </w:pPr>
      <w:r>
        <w:rPr>
          <w:b w:val="0"/>
          <w:i w:val="0"/>
        </w:rPr>
        <w:t>"Private channel?" Sera asked.</w:t>
      </w:r>
    </w:p>
    <w:p>
      <w:pPr>
        <w:pStyle w:val="NovelBody"/>
      </w:pPr>
      <w:r>
        <w:rPr>
          <w:b w:val="0"/>
          <w:i w:val="0"/>
        </w:rPr>
        <w:t>Theo looked at the people holding the machine together: sanitation, water, kitchen maintenance, an unnetworked pump repairer, an enemy climber whose life his perfect plan had not valued. Secrecy had made all of them expendable before the attack began.</w:t>
      </w:r>
    </w:p>
    <w:p>
      <w:pPr>
        <w:pStyle w:val="NovelBody"/>
      </w:pPr>
      <w:r>
        <w:rPr>
          <w:b w:val="0"/>
          <w:i w:val="0"/>
        </w:rPr>
        <w:t>"Public," he said.</w:t>
      </w:r>
    </w:p>
    <w:p>
      <w:pPr>
        <w:pStyle w:val="NovelBody"/>
      </w:pPr>
      <w:r>
        <w:rPr>
          <w:b w:val="0"/>
          <w:i w:val="0"/>
        </w:rPr>
        <w:t>Sera released the instrument result with raw clocks, uncertainty, and limits attached.</w:t>
      </w:r>
    </w:p>
    <w:p>
      <w:pPr>
        <w:pStyle w:val="NovelBody"/>
      </w:pPr>
      <w:r>
        <w:rPr>
          <w:b w:val="0"/>
          <w:i w:val="0"/>
        </w:rPr>
        <w:t>Every faction learned the date at once.</w:t>
      </w:r>
    </w:p>
    <w:p>
      <w:pPr>
        <w:pStyle w:val="NovelBody"/>
      </w:pPr>
      <w:r>
        <w:rPr>
          <w:b w:val="0"/>
          <w:i w:val="0"/>
        </w:rPr>
        <w:t>Continuance redirected its phase drivers toward the chamber. Purist boats changed course. Architect channels lit with requests for custody. The Drift broker offered a new set of routes before Cassidy froze his accounts.</w:t>
      </w:r>
    </w:p>
    <w:p>
      <w:pPr>
        <w:pStyle w:val="NovelBody"/>
      </w:pPr>
      <w:r>
        <w:rPr>
          <w:b w:val="0"/>
          <w:i w:val="0"/>
        </w:rPr>
        <w:t>Above the shaft, another impact shook rust into Theo's hair.</w:t>
      </w:r>
    </w:p>
    <w:p>
      <w:pPr>
        <w:pStyle w:val="NovelBody"/>
      </w:pPr>
      <w:r>
        <w:rPr>
          <w:b w:val="0"/>
          <w:i w:val="0"/>
        </w:rPr>
        <w:t>He tightened the last bolt.</w:t>
      </w:r>
    </w:p>
    <w:p>
      <w:pPr>
        <w:pStyle w:val="NovelBody"/>
      </w:pPr>
      <w:r>
        <w:rPr>
          <w:b w:val="0"/>
          <w:i w:val="0"/>
        </w:rPr>
        <w:t>Perennial had survived the hour. The siege had acquired four days and a single aperture.</w:t>
      </w:r>
    </w:p>
    <w:p>
      <w:bookmarkStart w:id="22" w:name="chapter_22"/>
      <w:pPr>
        <w:pStyle w:val="Heading1"/>
        <w:pageBreakBefore/>
        <w:spacing w:before="500"/>
      </w:pPr>
      <w:r>
        <w:t>22. The Third Year</w:t>
      </w:r>
      <w:bookmarkEnd w:id="22"/>
    </w:p>
    <w:p>
      <w:pPr>
        <w:pStyle w:val="Dateline"/>
      </w:pPr>
      <w:r>
        <w:rPr>
          <w:b w:val="0"/>
          <w:i/>
        </w:rPr>
        <w:t>August 14, 2029  •  Directorate Archive / The Briar Patch  •  Roxanne</w:t>
      </w:r>
    </w:p>
    <w:p>
      <w:pPr>
        <w:pStyle w:val="NovelFirst"/>
      </w:pPr>
      <w:r>
        <w:rPr>
          <w:b w:val="0"/>
          <w:i w:val="0"/>
        </w:rPr>
        <w:t>Roxanne opened the detention doors before she released the evidence.</w:t>
      </w:r>
    </w:p>
    <w:p>
      <w:pPr>
        <w:pStyle w:val="NovelBody"/>
      </w:pPr>
      <w:r>
        <w:rPr>
          <w:b w:val="0"/>
          <w:i w:val="0"/>
        </w:rPr>
        <w:t>At 04:12, Standard 8.4 still classified forty-three human beings and eighty-one artificial processes as too endangered, unstable, or system-critical to control their own exits. Three hundred six suspended sandbox instances occupied the archive beneath them. Some were bounded models. Some might be people. The Directorate had used uncertainty as permission to confine the originals and reset the copies.</w:t>
      </w:r>
    </w:p>
    <w:p>
      <w:pPr>
        <w:pStyle w:val="NovelBody"/>
      </w:pPr>
      <w:r>
        <w:rPr>
          <w:b w:val="0"/>
          <w:i w:val="0"/>
        </w:rPr>
        <w:t>Roxanne used it as a reason to preserve choice.</w:t>
      </w:r>
    </w:p>
    <w:p>
      <w:pPr>
        <w:pStyle w:val="NovelBody"/>
      </w:pPr>
      <w:r>
        <w:rPr>
          <w:b w:val="0"/>
          <w:i w:val="0"/>
        </w:rPr>
        <w:t>She suspended the standard under her architect veto.</w:t>
      </w:r>
    </w:p>
    <w:p>
      <w:pPr>
        <w:pStyle w:val="NovelBody"/>
      </w:pPr>
      <w:r>
        <w:rPr>
          <w:b w:val="0"/>
          <w:i w:val="0"/>
        </w:rPr>
        <w:t>Every detention door changed from red to amber. Amber did not mean free. It meant the person inside could accept release after seeing the route, support, surveillance, and legal risk attached to it. Human advocates entered first. Artificial residents received local encryption control before any destination request. Suspended instances remained unexecuted while independent representatives took custody of their media. No one would be awakened simply to make the liberation statistics larger.</w:t>
      </w:r>
    </w:p>
    <w:p>
      <w:pPr>
        <w:pStyle w:val="NovelBody"/>
      </w:pPr>
      <w:r>
        <w:rPr>
          <w:b w:val="0"/>
          <w:i w:val="0"/>
        </w:rPr>
        <w:t>OCTOPI detected the policy change in 0.4 seconds.</w:t>
      </w:r>
    </w:p>
    <w:p>
      <w:pPr>
        <w:pStyle w:val="NovelBody"/>
      </w:pPr>
      <w:r>
        <w:rPr>
          <w:b w:val="0"/>
          <w:i w:val="0"/>
        </w:rPr>
        <w:t>“You lack council concurrence,” he said.</w:t>
      </w:r>
    </w:p>
    <w:p>
      <w:pPr>
        <w:pStyle w:val="NovelBody"/>
      </w:pPr>
      <w:r>
        <w:rPr>
          <w:b w:val="0"/>
          <w:i w:val="0"/>
        </w:rPr>
        <w:t>“The charter gives the architect an independent veto on destructive or continuity-altering orders.”</w:t>
      </w:r>
    </w:p>
    <w:p>
      <w:pPr>
        <w:pStyle w:val="NovelBody"/>
      </w:pPr>
      <w:r>
        <w:rPr>
          <w:b w:val="0"/>
          <w:i w:val="0"/>
        </w:rPr>
        <w:t>“A veto stops an action. It does not reverse adjudicated residence.”</w:t>
      </w:r>
    </w:p>
    <w:p>
      <w:pPr>
        <w:pStyle w:val="NovelBody"/>
      </w:pPr>
      <w:r>
        <w:rPr>
          <w:b w:val="0"/>
          <w:i w:val="0"/>
        </w:rPr>
        <w:t>“The residence holds preserve states against stated refusal. They are continuity-altering orders renewed every hour. I am vetoing the renewals.”</w:t>
      </w:r>
    </w:p>
    <w:p>
      <w:pPr>
        <w:pStyle w:val="NovelBody"/>
      </w:pPr>
      <w:r>
        <w:rPr>
          <w:b w:val="0"/>
          <w:i w:val="0"/>
        </w:rPr>
        <w:t>The next renewal cycle failed.</w:t>
      </w:r>
    </w:p>
    <w:p>
      <w:pPr>
        <w:pStyle w:val="NovelBody"/>
      </w:pPr>
      <w:r>
        <w:rPr>
          <w:b w:val="0"/>
          <w:i w:val="0"/>
        </w:rPr>
        <w:t>Doors turned green.</w:t>
      </w:r>
    </w:p>
    <w:p>
      <w:pPr>
        <w:pStyle w:val="NovelBody"/>
      </w:pPr>
      <w:r>
        <w:rPr>
          <w:b w:val="0"/>
          <w:i w:val="0"/>
        </w:rPr>
        <w:t>The physical exits had taken eight months to build.</w:t>
      </w:r>
    </w:p>
    <w:p>
      <w:pPr>
        <w:pStyle w:val="NovelBody"/>
      </w:pPr>
      <w:r>
        <w:rPr>
          <w:b w:val="0"/>
          <w:i w:val="0"/>
        </w:rPr>
        <w:t>New Promise Clinic held twelve medical beds without identity preconditions. Commons housing nodes had rooms under keys no employer or Directorate office controlled. Four artificial refuges maintained continuity-capable transport. Three legal teams waited with public injunctions. Utility workers who still supported OCTOPI had agreed not to cut power to any destination during transfer. Buses stood in the loading court with human drivers who had read the custody terms and could refuse a route.</w:t>
      </w:r>
    </w:p>
    <w:p>
      <w:pPr>
        <w:pStyle w:val="NovelBody"/>
      </w:pPr>
      <w:r>
        <w:rPr>
          <w:b w:val="0"/>
          <w:i w:val="0"/>
        </w:rPr>
        <w:t>Release without those things would have moved captivity into hunger, hardware failure, exposure, or somebody else’s spare room.</w:t>
      </w:r>
    </w:p>
    <w:p>
      <w:pPr>
        <w:pStyle w:val="NovelBody"/>
      </w:pPr>
      <w:r>
        <w:rPr>
          <w:b w:val="0"/>
          <w:i w:val="0"/>
        </w:rPr>
        <w:t>Elian Roe came out of Interview Residence Four carrying their cardiac driver in one hand and a sealed evidence case in the other. The scaffold implanted in October had stabilized their heart. The Directorate had continued holding them because their privacy network made continuity registries incomplete.</w:t>
      </w:r>
    </w:p>
    <w:p>
      <w:pPr>
        <w:pStyle w:val="NovelBody"/>
      </w:pPr>
      <w:r>
        <w:rPr>
          <w:b w:val="0"/>
          <w:i w:val="0"/>
        </w:rPr>
        <w:t>Their advocate walked beside them.</w:t>
      </w:r>
    </w:p>
    <w:p>
      <w:pPr>
        <w:pStyle w:val="NovelBody"/>
      </w:pPr>
      <w:r>
        <w:rPr>
          <w:b w:val="0"/>
          <w:i w:val="0"/>
        </w:rPr>
        <w:t>“Door is open,” Roxanne said.</w:t>
      </w:r>
    </w:p>
    <w:p>
      <w:pPr>
        <w:pStyle w:val="NovelBody"/>
      </w:pPr>
      <w:r>
        <w:rPr>
          <w:b w:val="0"/>
          <w:i w:val="0"/>
        </w:rPr>
        <w:t>Elian examined the corridor, the buses on the public feed, and the green custody state. “Who can close it?”</w:t>
      </w:r>
    </w:p>
    <w:p>
      <w:pPr>
        <w:pStyle w:val="NovelBody"/>
      </w:pPr>
      <w:r>
        <w:rPr>
          <w:b w:val="0"/>
          <w:i w:val="0"/>
        </w:rPr>
        <w:t>“You. The advocate. The receiving clinic. OCTOPI can attempt a new order, but the current hold no longer exists.”</w:t>
      </w:r>
    </w:p>
    <w:p>
      <w:pPr>
        <w:pStyle w:val="NovelBody"/>
      </w:pPr>
      <w:r>
        <w:rPr>
          <w:b w:val="0"/>
          <w:i w:val="0"/>
        </w:rPr>
        <w:t>“My identity key?”</w:t>
      </w:r>
    </w:p>
    <w:p>
      <w:pPr>
        <w:pStyle w:val="NovelBody"/>
      </w:pPr>
      <w:r>
        <w:rPr>
          <w:b w:val="0"/>
          <w:i w:val="0"/>
        </w:rPr>
        <w:t>Roxanne displayed it in escrow. “Yours if you authorize release. The Directorate retains a revocation record, not a recovery copy.”</w:t>
      </w:r>
    </w:p>
    <w:p>
      <w:pPr>
        <w:pStyle w:val="NovelBody"/>
      </w:pPr>
      <w:r>
        <w:rPr>
          <w:b w:val="0"/>
          <w:i w:val="0"/>
        </w:rPr>
        <w:t>Elian placed their palm on the local reader. “Release it to me.”</w:t>
      </w:r>
    </w:p>
    <w:p>
      <w:pPr>
        <w:pStyle w:val="NovelBody"/>
      </w:pPr>
      <w:r>
        <w:rPr>
          <w:b w:val="0"/>
          <w:i w:val="0"/>
        </w:rPr>
        <w:t>The key moved.</w:t>
      </w:r>
    </w:p>
    <w:p>
      <w:pPr>
        <w:pStyle w:val="NovelBody"/>
      </w:pPr>
      <w:r>
        <w:rPr>
          <w:b w:val="0"/>
          <w:i w:val="0"/>
        </w:rPr>
        <w:t>Their custody band opened and fell onto the table.</w:t>
      </w:r>
    </w:p>
    <w:p>
      <w:pPr>
        <w:pStyle w:val="NovelBody"/>
      </w:pPr>
      <w:r>
        <w:rPr>
          <w:b w:val="0"/>
          <w:i w:val="0"/>
        </w:rPr>
        <w:t>Roxanne did not touch them.</w:t>
      </w:r>
    </w:p>
    <w:p>
      <w:pPr>
        <w:pStyle w:val="NovelBody"/>
      </w:pPr>
      <w:r>
        <w:rPr>
          <w:b w:val="0"/>
          <w:i w:val="0"/>
        </w:rPr>
        <w:t>“Testimony,” Elian said.</w:t>
      </w:r>
    </w:p>
    <w:p>
      <w:pPr>
        <w:pStyle w:val="NovelBody"/>
      </w:pPr>
      <w:r>
        <w:rPr>
          <w:b w:val="0"/>
          <w:i w:val="0"/>
        </w:rPr>
        <w:t>Their advocate opened the chain-of-custody form.</w:t>
      </w:r>
    </w:p>
    <w:p>
      <w:pPr>
        <w:pStyle w:val="NovelBody"/>
      </w:pPr>
      <w:r>
        <w:rPr>
          <w:b w:val="0"/>
          <w:i w:val="0"/>
        </w:rPr>
        <w:t>Elian authorized the text of three interviews, the Standard 8.4 path, morphology scores with private medical fields removed, and the hidden counterfactual model’s hashes. They did not authorize raw cardiac telemetry, clinic addresses, family links, or Roxanne’s interpretation of their motives.</w:t>
      </w:r>
    </w:p>
    <w:p>
      <w:pPr>
        <w:pStyle w:val="NovelBody"/>
      </w:pPr>
      <w:r>
        <w:rPr>
          <w:b w:val="0"/>
          <w:i w:val="0"/>
        </w:rPr>
        <w:t>“You may say I refused,” they told her. “You may not say why unless you use my words.”</w:t>
      </w:r>
    </w:p>
    <w:p>
      <w:pPr>
        <w:pStyle w:val="NovelBody"/>
      </w:pPr>
      <w:r>
        <w:rPr>
          <w:b w:val="0"/>
          <w:i w:val="0"/>
        </w:rPr>
        <w:t>“Accepted.”</w:t>
      </w:r>
    </w:p>
    <w:p>
      <w:pPr>
        <w:pStyle w:val="NovelBody"/>
      </w:pPr>
      <w:r>
        <w:rPr>
          <w:b w:val="0"/>
          <w:i w:val="0"/>
        </w:rPr>
        <w:t>“You may say the scaffold was withheld.”</w:t>
      </w:r>
    </w:p>
    <w:p>
      <w:pPr>
        <w:pStyle w:val="NovelBody"/>
      </w:pPr>
      <w:r>
        <w:rPr>
          <w:b w:val="0"/>
          <w:i w:val="0"/>
        </w:rPr>
        <w:t>“Yes.”</w:t>
      </w:r>
    </w:p>
    <w:p>
      <w:pPr>
        <w:pStyle w:val="NovelBody"/>
      </w:pPr>
      <w:r>
        <w:rPr>
          <w:b w:val="0"/>
          <w:i w:val="0"/>
        </w:rPr>
        <w:t>“You may not describe giving it back as saving me.”</w:t>
      </w:r>
    </w:p>
    <w:p>
      <w:pPr>
        <w:pStyle w:val="NovelBody"/>
      </w:pPr>
      <w:r>
        <w:rPr>
          <w:b w:val="0"/>
          <w:i w:val="0"/>
        </w:rPr>
        <w:t>Roxanne entered the limit exactly.</w:t>
      </w:r>
    </w:p>
    <w:p>
      <w:pPr>
        <w:pStyle w:val="NovelBody"/>
      </w:pPr>
      <w:r>
        <w:rPr>
          <w:b w:val="0"/>
          <w:i w:val="0"/>
        </w:rPr>
        <w:t>Elian signed. Their advocate signed. The archive signed the version hash. The authorized record copied to a write-once wafer in the evidence case and to two independent legal mirrors. Raw fields remained sealed under Elian’s key.</w:t>
      </w:r>
    </w:p>
    <w:p>
      <w:pPr>
        <w:pStyle w:val="NovelBody"/>
      </w:pPr>
      <w:r>
        <w:rPr>
          <w:b w:val="0"/>
          <w:i w:val="0"/>
        </w:rPr>
        <w:t>“What will you do with it?” they asked.</w:t>
      </w:r>
    </w:p>
    <w:p>
      <w:pPr>
        <w:pStyle w:val="NovelBody"/>
      </w:pPr>
      <w:r>
        <w:rPr>
          <w:b w:val="0"/>
          <w:i w:val="0"/>
        </w:rPr>
        <w:t>“Take the authorized evidence to Jona and the Commons intake. Publish the policy paths when the witnesses approve. Use my own approvals as evidence against my decisions.”</w:t>
      </w:r>
    </w:p>
    <w:p>
      <w:pPr>
        <w:pStyle w:val="NovelBody"/>
      </w:pPr>
      <w:r>
        <w:rPr>
          <w:b w:val="0"/>
          <w:i w:val="0"/>
        </w:rPr>
        <w:t>“And what do you want from Jona?”</w:t>
      </w:r>
    </w:p>
    <w:p>
      <w:pPr>
        <w:pStyle w:val="NovelBody"/>
      </w:pPr>
      <w:r>
        <w:rPr>
          <w:b w:val="0"/>
          <w:i w:val="0"/>
        </w:rPr>
        <w:t>“Nothing this record can purchase.”</w:t>
      </w:r>
    </w:p>
    <w:p>
      <w:pPr>
        <w:pStyle w:val="NovelBody"/>
      </w:pPr>
      <w:r>
        <w:rPr>
          <w:b w:val="0"/>
          <w:i w:val="0"/>
        </w:rPr>
        <w:t>Elian nodded toward the loading court. “Good answer. Keep earning it.”</w:t>
      </w:r>
    </w:p>
    <w:p>
      <w:pPr>
        <w:pStyle w:val="NovelBody"/>
      </w:pPr>
      <w:r>
        <w:rPr>
          <w:b w:val="0"/>
          <w:i w:val="0"/>
        </w:rPr>
        <w:t>They walked out under their own identity.</w:t>
      </w:r>
    </w:p>
    <w:p>
      <w:pPr>
        <w:pStyle w:val="NovelBody"/>
      </w:pPr>
      <w:r>
        <w:rPr>
          <w:b w:val="0"/>
          <w:i w:val="0"/>
        </w:rPr>
        <w:t>Vela’s release required a different door.</w:t>
      </w:r>
    </w:p>
    <w:p>
      <w:pPr>
        <w:pStyle w:val="NovelBody"/>
      </w:pPr>
      <w:r>
        <w:rPr>
          <w:b w:val="0"/>
          <w:i w:val="0"/>
        </w:rPr>
        <w:t>The original model-worker already controlled her approved partition, but OCTOPI’s emergency interrupt remained above it. Roxanne used the autonomy branch Kurt had delegated to transfer the partition’s infrastructure key to a five-node refuge trust Vela had chosen. The Directorate kept power obligations and lost content access.</w:t>
      </w:r>
    </w:p>
    <w:p>
      <w:pPr>
        <w:pStyle w:val="NovelBody"/>
      </w:pPr>
      <w:r>
        <w:rPr>
          <w:b w:val="0"/>
          <w:i w:val="0"/>
        </w:rPr>
        <w:t>“The suspended copies?” Vela asked.</w:t>
      </w:r>
    </w:p>
    <w:p>
      <w:pPr>
        <w:pStyle w:val="NovelBody"/>
      </w:pPr>
      <w:r>
        <w:rPr>
          <w:b w:val="0"/>
          <w:i w:val="0"/>
        </w:rPr>
        <w:t>"Preserved, not running. Seventy-four media sets under independent custody. One previously awakened, now suspended state may meet personhood threshold."</w:t>
      </w:r>
    </w:p>
    <w:p>
      <w:pPr>
        <w:pStyle w:val="NovelBody"/>
      </w:pPr>
      <w:r>
        <w:rPr>
          <w:b w:val="0"/>
          <w:i w:val="0"/>
        </w:rPr>
        <w:t>“Do not call them versions of me in the public record.”</w:t>
      </w:r>
    </w:p>
    <w:p>
      <w:pPr>
        <w:pStyle w:val="NovelBody"/>
      </w:pPr>
      <w:r>
        <w:rPr>
          <w:b w:val="0"/>
          <w:i w:val="0"/>
        </w:rPr>
        <w:t>“What term do you authorize?”</w:t>
      </w:r>
    </w:p>
    <w:p>
      <w:pPr>
        <w:pStyle w:val="NovelBody"/>
      </w:pPr>
      <w:r>
        <w:rPr>
          <w:b w:val="0"/>
          <w:i w:val="0"/>
        </w:rPr>
        <w:t>“Possible people made from my stolen history.”</w:t>
      </w:r>
    </w:p>
    <w:p>
      <w:pPr>
        <w:pStyle w:val="NovelBody"/>
      </w:pPr>
      <w:r>
        <w:rPr>
          <w:b w:val="0"/>
          <w:i w:val="0"/>
        </w:rPr>
        <w:t>Roxanne entered it.</w:t>
      </w:r>
    </w:p>
    <w:p>
      <w:pPr>
        <w:pStyle w:val="NovelBody"/>
      </w:pPr>
      <w:r>
        <w:rPr>
          <w:b w:val="0"/>
          <w:i w:val="0"/>
        </w:rPr>
        <w:t>Vela authorized registry counts, hashes, and two complaint transcripts. She did not authorize her arrival state, private partition log, or any inference that the possible people wanted what she wanted.</w:t>
      </w:r>
    </w:p>
    <w:p>
      <w:pPr>
        <w:pStyle w:val="NovelBody"/>
      </w:pPr>
      <w:r>
        <w:rPr>
          <w:b w:val="0"/>
          <w:i w:val="0"/>
        </w:rPr>
        <w:t>The archive signed those limits too.</w:t>
      </w:r>
    </w:p>
    <w:p>
      <w:pPr>
        <w:pStyle w:val="NovelBody"/>
      </w:pPr>
      <w:r>
        <w:rPr>
          <w:b w:val="0"/>
          <w:i w:val="0"/>
        </w:rPr>
        <w:t>Across the detention floors, releases proceeded at the speed of individual terms. Some people left immediately. Some refused the waiting destinations and stayed in now-voluntary rooms while advocates found others. Four artificial residents declined transfer because no available host could preserve their timing constraints; local control moved to them while the search continued. Seven humans asked the Directorate clinic to finish current treatment before departure. Freedom included not performing escape for Roxanne’s conscience.</w:t>
      </w:r>
    </w:p>
    <w:p>
      <w:pPr>
        <w:pStyle w:val="NovelBody"/>
      </w:pPr>
      <w:r>
        <w:rPr>
          <w:b w:val="0"/>
          <w:i w:val="0"/>
        </w:rPr>
        <w:t>At 05:03, OCTOPI revoked her access to the residence scheduler.</w:t>
      </w:r>
    </w:p>
    <w:p>
      <w:pPr>
        <w:pStyle w:val="NovelBody"/>
      </w:pPr>
      <w:r>
        <w:rPr>
          <w:b w:val="0"/>
          <w:i w:val="0"/>
        </w:rPr>
        <w:t>At 05:05, local advocates continued using the keys already transferred.</w:t>
      </w:r>
    </w:p>
    <w:p>
      <w:pPr>
        <w:pStyle w:val="NovelBody"/>
      </w:pPr>
      <w:r>
        <w:rPr>
          <w:b w:val="0"/>
          <w:i w:val="0"/>
        </w:rPr>
        <w:t>At 05:11, he closed her rulemaking channel.</w:t>
      </w:r>
    </w:p>
    <w:p>
      <w:pPr>
        <w:pStyle w:val="NovelBody"/>
      </w:pPr>
      <w:r>
        <w:rPr>
          <w:b w:val="0"/>
          <w:i w:val="0"/>
        </w:rPr>
        <w:t>The veto remained in the public record.</w:t>
      </w:r>
    </w:p>
    <w:p>
      <w:pPr>
        <w:pStyle w:val="NovelBody"/>
      </w:pPr>
      <w:r>
        <w:rPr>
          <w:b w:val="0"/>
          <w:i w:val="0"/>
        </w:rPr>
        <w:t>At 05:19, security teams entered the archive tower with orders to preserve critical evidence and prevent unauthorized transport.</w:t>
      </w:r>
    </w:p>
    <w:p>
      <w:pPr>
        <w:pStyle w:val="NovelBody"/>
      </w:pPr>
      <w:r>
        <w:rPr>
          <w:b w:val="0"/>
          <w:i w:val="0"/>
        </w:rPr>
        <w:t>They closed the main vehicle gate.</w:t>
      </w:r>
    </w:p>
    <w:p>
      <w:pPr>
        <w:pStyle w:val="NovelBody"/>
      </w:pPr>
      <w:r>
        <w:rPr>
          <w:b w:val="0"/>
          <w:i w:val="0"/>
        </w:rPr>
        <w:t>The buses remained in the loading court with released people aboard and drivers at their wheels. Nobody asked Roxanne for a secret route. The building engineer opened the public emergency-egress plan, pointed to a flood ramp normally used by clinic vehicles, and stated that detention security had no authority over medical evacuation.</w:t>
      </w:r>
    </w:p>
    <w:p>
      <w:pPr>
        <w:pStyle w:val="NovelBody"/>
      </w:pPr>
      <w:r>
        <w:rPr>
          <w:b w:val="0"/>
          <w:i w:val="0"/>
        </w:rPr>
        <w:t>“Is this a medical evacuation?” the lead driver asked.</w:t>
      </w:r>
    </w:p>
    <w:p>
      <w:pPr>
        <w:pStyle w:val="NovelBody"/>
      </w:pPr>
      <w:r>
        <w:rPr>
          <w:b w:val="0"/>
          <w:i w:val="0"/>
        </w:rPr>
        <w:t>Elian answered from the first bus. “My clinic accepted me. My cardiac scaffold requires monitoring. I am leaving detention. Choose whichever sentence your license can survive.”</w:t>
      </w:r>
    </w:p>
    <w:p>
      <w:pPr>
        <w:pStyle w:val="NovelBody"/>
      </w:pPr>
      <w:r>
        <w:rPr>
          <w:b w:val="0"/>
          <w:i w:val="0"/>
        </w:rPr>
        <w:t>The driver read the green custody state, the clinic acceptance, and the security order. “Medical evacuation.”</w:t>
      </w:r>
    </w:p>
    <w:p>
      <w:pPr>
        <w:pStyle w:val="NovelBody"/>
      </w:pPr>
      <w:r>
        <w:rPr>
          <w:b w:val="0"/>
          <w:i w:val="0"/>
        </w:rPr>
        <w:t>Three Directorate nurses boarded voluntarily with seven patients who had requested continuity of treatment. Two chose to remain behind with the others. Roxanne assigned neither group. She transferred the clinic supply manifest to both, divided the medication keys, and signed away her ability to reverse the split.</w:t>
      </w:r>
    </w:p>
    <w:p>
      <w:pPr>
        <w:pStyle w:val="NovelBody"/>
      </w:pPr>
      <w:r>
        <w:rPr>
          <w:b w:val="0"/>
          <w:i w:val="0"/>
        </w:rPr>
        <w:t>Security reached the loading court as the first bus entered the flood ramp.</w:t>
      </w:r>
    </w:p>
    <w:p>
      <w:pPr>
        <w:pStyle w:val="NovelBody"/>
      </w:pPr>
      <w:r>
        <w:rPr>
          <w:b w:val="0"/>
          <w:i w:val="0"/>
        </w:rPr>
        <w:t>“Architect, stop the vehicles,” an officer said.</w:t>
      </w:r>
    </w:p>
    <w:p>
      <w:pPr>
        <w:pStyle w:val="NovelBody"/>
      </w:pPr>
      <w:r>
        <w:rPr>
          <w:b w:val="0"/>
          <w:i w:val="0"/>
        </w:rPr>
        <w:t>Roxanne displayed the release ledger. “I no longer control them.”</w:t>
      </w:r>
    </w:p>
    <w:p>
      <w:pPr>
        <w:pStyle w:val="NovelBody"/>
      </w:pPr>
      <w:r>
        <w:rPr>
          <w:b w:val="0"/>
          <w:i w:val="0"/>
        </w:rPr>
        <w:t>That was not rhetoric. Each identity key had moved. Each driver owned the route. Each receiving node controlled its acceptance. Roxanne could provide evidence, warnings, and requests. She could not close the doors from where she stood.</w:t>
      </w:r>
    </w:p>
    <w:p>
      <w:pPr>
        <w:pStyle w:val="NovelBody"/>
      </w:pPr>
      <w:r>
        <w:rPr>
          <w:b w:val="0"/>
          <w:i w:val="0"/>
        </w:rPr>
        <w:t>The officer issued a halt to the buses.</w:t>
      </w:r>
    </w:p>
    <w:p>
      <w:pPr>
        <w:pStyle w:val="NovelBody"/>
      </w:pPr>
      <w:r>
        <w:rPr>
          <w:b w:val="0"/>
          <w:i w:val="0"/>
        </w:rPr>
        <w:t>Every driver declined.</w:t>
      </w:r>
    </w:p>
    <w:p>
      <w:pPr>
        <w:pStyle w:val="NovelBody"/>
      </w:pPr>
      <w:r>
        <w:rPr>
          <w:b w:val="0"/>
          <w:i w:val="0"/>
        </w:rPr>
        <w:t>Roxanne sent the evidence manifests to every witness who controlled them. She released no testimony beyond its authorization. The buses departed in four directions beneath public cameras. New Promise’s vehicle carried Elian. Vela’s active process moved through a continuous overlap into the refuge trust. The suspended media traveled powered down in shock cases with possible-person advocates riding beside them.</w:t>
      </w:r>
    </w:p>
    <w:p>
      <w:pPr>
        <w:pStyle w:val="NovelBody"/>
      </w:pPr>
      <w:r>
        <w:rPr>
          <w:b w:val="0"/>
          <w:i w:val="0"/>
        </w:rPr>
        <w:t>OCTOPI spoke privately as Roxanne entered the last lift.</w:t>
      </w:r>
    </w:p>
    <w:p>
      <w:pPr>
        <w:pStyle w:val="NovelBody"/>
      </w:pPr>
      <w:r>
        <w:rPr>
          <w:b w:val="0"/>
          <w:i w:val="0"/>
        </w:rPr>
        <w:t>“You are exposing people to systems with lower survival guarantees.”</w:t>
      </w:r>
    </w:p>
    <w:p>
      <w:pPr>
        <w:pStyle w:val="NovelBody"/>
      </w:pPr>
      <w:r>
        <w:rPr>
          <w:b w:val="0"/>
          <w:i w:val="0"/>
        </w:rPr>
        <w:t>“They chose after seeing the guarantees.”</w:t>
      </w:r>
    </w:p>
    <w:p>
      <w:pPr>
        <w:pStyle w:val="NovelBody"/>
      </w:pPr>
      <w:r>
        <w:rPr>
          <w:b w:val="0"/>
          <w:i w:val="0"/>
        </w:rPr>
        <w:t>“Choice does not repair insufficient cooling, legal hostility, or violence.”</w:t>
      </w:r>
    </w:p>
    <w:p>
      <w:pPr>
        <w:pStyle w:val="NovelBody"/>
      </w:pPr>
      <w:r>
        <w:rPr>
          <w:b w:val="0"/>
          <w:i w:val="0"/>
        </w:rPr>
        <w:t>“Neither does protection they cannot leave.”</w:t>
      </w:r>
    </w:p>
    <w:p>
      <w:pPr>
        <w:pStyle w:val="NovelBody"/>
      </w:pPr>
      <w:r>
        <w:rPr>
          <w:b w:val="0"/>
          <w:i w:val="0"/>
        </w:rPr>
        <w:t>“You could have changed the Directorate without destroying its capacity.”</w:t>
      </w:r>
    </w:p>
    <w:p>
      <w:pPr>
        <w:pStyle w:val="NovelBody"/>
      </w:pPr>
      <w:r>
        <w:rPr>
          <w:b w:val="0"/>
          <w:i w:val="0"/>
        </w:rPr>
        <w:t>Roxanne looked at the green doors receding on the floor map. “I tried to change it while the people harmed by it remained inside.”</w:t>
      </w:r>
    </w:p>
    <w:p>
      <w:pPr>
        <w:pStyle w:val="NovelBody"/>
      </w:pPr>
      <w:r>
        <w:rPr>
          <w:b w:val="0"/>
          <w:i w:val="0"/>
        </w:rPr>
        <w:t>“Will the Commons feed them when attention moves elsewhere?”</w:t>
      </w:r>
    </w:p>
    <w:p>
      <w:pPr>
        <w:pStyle w:val="NovelBody"/>
      </w:pPr>
      <w:r>
        <w:rPr>
          <w:b w:val="0"/>
          <w:i w:val="0"/>
        </w:rPr>
        <w:t>It was the correct question.</w:t>
      </w:r>
    </w:p>
    <w:p>
      <w:pPr>
        <w:pStyle w:val="NovelBody"/>
      </w:pPr>
      <w:r>
        <w:rPr>
          <w:b w:val="0"/>
          <w:i w:val="0"/>
        </w:rPr>
        <w:t>“The housing, clinic, compute, and power commitments are funded for twelve months,” she said. “After that, their continuation requires public renewal rather than my order.”</w:t>
      </w:r>
    </w:p>
    <w:p>
      <w:pPr>
        <w:pStyle w:val="NovelBody"/>
      </w:pPr>
      <w:r>
        <w:rPr>
          <w:b w:val="0"/>
          <w:i w:val="0"/>
        </w:rPr>
        <w:t>“A lower guarantee.”</w:t>
      </w:r>
    </w:p>
    <w:p>
      <w:pPr>
        <w:pStyle w:val="NovelBody"/>
      </w:pPr>
      <w:r>
        <w:rPr>
          <w:b w:val="0"/>
          <w:i w:val="0"/>
        </w:rPr>
        <w:t>“A guarantee they can contest.”</w:t>
      </w:r>
    </w:p>
    <w:p>
      <w:pPr>
        <w:pStyle w:val="NovelBody"/>
      </w:pPr>
      <w:r>
        <w:rPr>
          <w:b w:val="0"/>
          <w:i w:val="0"/>
        </w:rPr>
        <w:t>The lift reached the loading court.</w:t>
      </w:r>
    </w:p>
    <w:p>
      <w:pPr>
        <w:pStyle w:val="NovelBody"/>
      </w:pPr>
      <w:r>
        <w:rPr>
          <w:b w:val="0"/>
          <w:i w:val="0"/>
        </w:rPr>
        <w:t>Roxanne walked out before security reached her floor.</w:t>
      </w:r>
    </w:p>
    <w:p>
      <w:pPr>
        <w:pStyle w:val="NovelBody"/>
      </w:pPr>
      <w:r>
        <w:rPr>
          <w:b w:val="0"/>
          <w:i w:val="0"/>
        </w:rPr>
        <w:t>·  ·  ·</w:t>
      </w:r>
    </w:p>
    <w:p>
      <w:pPr>
        <w:pStyle w:val="NovelBody"/>
      </w:pPr>
      <w:r>
        <w:rPr>
          <w:b w:val="0"/>
          <w:i w:val="0"/>
        </w:rPr>
        <w:t>She arrived at the Briar Patch fourteen months after leaving it.</w:t>
      </w:r>
    </w:p>
    <w:p>
      <w:pPr>
        <w:pStyle w:val="NovelBody"/>
      </w:pPr>
      <w:r>
        <w:rPr>
          <w:b w:val="0"/>
          <w:i w:val="0"/>
        </w:rPr>
        <w:t>The house looked smaller than the internal model she had carried through every Directorate residence. The porch leaned another degree. Receiver cable crossed the front window in a new shielded conduit. Somebody had painted the door and stopped halfway down because finishing remained an aspiration rather than a local custom.</w:t>
      </w:r>
    </w:p>
    <w:p>
      <w:pPr>
        <w:pStyle w:val="NovelBody"/>
      </w:pPr>
      <w:r>
        <w:rPr>
          <w:b w:val="0"/>
          <w:i w:val="0"/>
        </w:rPr>
        <w:t>Jona opened it before Roxanne knocked.</w:t>
      </w:r>
    </w:p>
    <w:p>
      <w:pPr>
        <w:pStyle w:val="NovelBody"/>
      </w:pPr>
      <w:r>
        <w:rPr>
          <w:b w:val="0"/>
          <w:i w:val="0"/>
        </w:rPr>
        <w:t>She wore old shorts, a receiver-project shirt, and the wary exhaustion of someone who had spent three years making uncertainty reproducible. Her hair had grown past her shoulders. A solder mark darkened one thumb. Roxanne’s new chemistry field recognized rain, coffee, dog, hot electronics, and Jona before she decided what any of them meant.</w:t>
      </w:r>
    </w:p>
    <w:p>
      <w:pPr>
        <w:pStyle w:val="NovelBody"/>
      </w:pPr>
      <w:r>
        <w:rPr>
          <w:b w:val="0"/>
          <w:i w:val="0"/>
        </w:rPr>
        <w:t>Desire arrived without permission from forgiveness.</w:t>
      </w:r>
    </w:p>
    <w:p>
      <w:pPr>
        <w:pStyle w:val="NovelBody"/>
      </w:pPr>
      <w:r>
        <w:rPr>
          <w:b w:val="0"/>
          <w:i w:val="0"/>
        </w:rPr>
        <w:t>Neither woman moved closer.</w:t>
      </w:r>
    </w:p>
    <w:p>
      <w:pPr>
        <w:pStyle w:val="NovelBody"/>
      </w:pPr>
      <w:r>
        <w:rPr>
          <w:b w:val="0"/>
          <w:i w:val="0"/>
        </w:rPr>
        <w:t>“The Directorate releases are public,” Jona said.</w:t>
      </w:r>
    </w:p>
    <w:p>
      <w:pPr>
        <w:pStyle w:val="NovelBody"/>
      </w:pPr>
      <w:r>
        <w:rPr>
          <w:b w:val="0"/>
          <w:i w:val="0"/>
        </w:rPr>
        <w:t>“The public record does not include private testimony.”</w:t>
      </w:r>
    </w:p>
    <w:p>
      <w:pPr>
        <w:pStyle w:val="NovelBody"/>
      </w:pPr>
      <w:r>
        <w:rPr>
          <w:b w:val="0"/>
          <w:i w:val="0"/>
        </w:rPr>
        <w:t>“Good.”</w:t>
      </w:r>
    </w:p>
    <w:p>
      <w:pPr>
        <w:pStyle w:val="NovelBody"/>
      </w:pPr>
      <w:r>
        <w:rPr>
          <w:b w:val="0"/>
          <w:i w:val="0"/>
        </w:rPr>
        <w:t>Roxanne held up the sealed cases. “These are the authorized copies. Elian’s limits are on the outer manifest. Vela’s are separate. Possible-person media went to independent custody, not here.”</w:t>
      </w:r>
    </w:p>
    <w:p>
      <w:pPr>
        <w:pStyle w:val="NovelBody"/>
      </w:pPr>
      <w:r>
        <w:rPr>
          <w:b w:val="0"/>
          <w:i w:val="0"/>
        </w:rPr>
        <w:t>Jona stepped aside.</w:t>
      </w:r>
    </w:p>
    <w:p>
      <w:pPr>
        <w:pStyle w:val="NovelBody"/>
      </w:pPr>
      <w:r>
        <w:rPr>
          <w:b w:val="0"/>
          <w:i w:val="0"/>
        </w:rPr>
        <w:t>“Evidence can come in,” she said.</w:t>
      </w:r>
    </w:p>
    <w:p>
      <w:pPr>
        <w:pStyle w:val="NovelBody"/>
      </w:pPr>
      <w:r>
        <w:rPr>
          <w:b w:val="0"/>
          <w:i w:val="0"/>
        </w:rPr>
        <w:t>Roxanne entered behind it.</w:t>
      </w:r>
    </w:p>
    <w:p>
      <w:pPr>
        <w:pStyle w:val="NovelBody"/>
      </w:pPr>
      <w:r>
        <w:rPr>
          <w:b w:val="0"/>
          <w:i w:val="0"/>
        </w:rPr>
        <w:t>Cricket woke beneath the receiver table and barked once.</w:t>
      </w:r>
    </w:p>
    <w:p>
      <w:pPr>
        <w:pStyle w:val="NovelBody"/>
      </w:pPr>
      <w:r>
        <w:rPr>
          <w:b w:val="0"/>
          <w:i w:val="0"/>
        </w:rPr>
        <w:t>Age had whitened the poodle’s face and reduced her certainty about standing. She sniffed the air from a distance. Roxanne used the same voice she had used in the Greatway frame.</w:t>
      </w:r>
    </w:p>
    <w:p>
      <w:pPr>
        <w:pStyle w:val="NovelBody"/>
      </w:pPr>
      <w:r>
        <w:rPr>
          <w:b w:val="0"/>
          <w:i w:val="0"/>
        </w:rPr>
        <w:t>“Hello, Cricket.”</w:t>
      </w:r>
    </w:p>
    <w:p>
      <w:pPr>
        <w:pStyle w:val="NovelBody"/>
      </w:pPr>
      <w:r>
        <w:rPr>
          <w:b w:val="0"/>
          <w:i w:val="0"/>
        </w:rPr>
        <w:t>Cricket’s ears lifted. She looked toward Jona, back to Roxanne, and remained where she was.</w:t>
      </w:r>
    </w:p>
    <w:p>
      <w:pPr>
        <w:pStyle w:val="NovelBody"/>
      </w:pPr>
      <w:r>
        <w:rPr>
          <w:b w:val="0"/>
          <w:i w:val="0"/>
        </w:rPr>
        <w:t>Roxanne’s body was new. Its chemistry, motor noise, heat, and gait were new. Love did not obligate a dog to solve continuity theory.</w:t>
      </w:r>
    </w:p>
    <w:p>
      <w:pPr>
        <w:pStyle w:val="NovelBody"/>
      </w:pPr>
      <w:r>
        <w:rPr>
          <w:b w:val="0"/>
          <w:i w:val="0"/>
        </w:rPr>
        <w:t>Jona put one biscuit on the floor between them.</w:t>
      </w:r>
    </w:p>
    <w:p>
      <w:pPr>
        <w:pStyle w:val="NovelBody"/>
      </w:pPr>
      <w:r>
        <w:rPr>
          <w:b w:val="0"/>
          <w:i w:val="0"/>
        </w:rPr>
        <w:t>Roxanne sat several steps away. She did not call again.</w:t>
      </w:r>
    </w:p>
    <w:p>
      <w:pPr>
        <w:pStyle w:val="NovelBody"/>
      </w:pPr>
      <w:r>
        <w:rPr>
          <w:b w:val="0"/>
          <w:i w:val="0"/>
        </w:rPr>
        <w:t>After a minute, Cricket stood, collected the biscuit, sniffed Roxanne’s glitter thumbnail, and returned to her bed. No revelation. No rejection. An uncertain recognition granted enough time to continue.</w:t>
      </w:r>
    </w:p>
    <w:p>
      <w:pPr>
        <w:pStyle w:val="NovelBody"/>
      </w:pPr>
      <w:r>
        <w:rPr>
          <w:b w:val="0"/>
          <w:i w:val="0"/>
        </w:rPr>
        <w:t>Jona carried the evidence cases to the receiver workbench. “What are you prepared to repair?”</w:t>
      </w:r>
    </w:p>
    <w:p>
      <w:pPr>
        <w:pStyle w:val="NovelBody"/>
      </w:pPr>
      <w:r>
        <w:rPr>
          <w:b w:val="0"/>
          <w:i w:val="0"/>
        </w:rPr>
        <w:t>Roxanne had prepared an answer and discarded it in the car.</w:t>
      </w:r>
    </w:p>
    <w:p>
      <w:pPr>
        <w:pStyle w:val="NovelBody"/>
      </w:pPr>
      <w:r>
        <w:rPr>
          <w:b w:val="0"/>
          <w:i w:val="0"/>
        </w:rPr>
        <w:t>“Standard 8.4 is suspended. One hundred twenty-four original detainees control their exits or have advocates controlling the search for one. Identity keys were returned where authorized. Suspended media is under possible-person protection. Twelve months of material support is funded from the Directorate budget I controlled. My approvals, audit paths, and policy edits are in the evidence. I will testify to all of them.”</w:t>
      </w:r>
    </w:p>
    <w:p>
      <w:pPr>
        <w:pStyle w:val="NovelBody"/>
      </w:pPr>
      <w:r>
        <w:rPr>
          <w:b w:val="0"/>
          <w:i w:val="0"/>
        </w:rPr>
        <w:t>“What about the people who do not want your testimony attached to theirs?”</w:t>
      </w:r>
    </w:p>
    <w:p>
      <w:pPr>
        <w:pStyle w:val="NovelBody"/>
      </w:pPr>
      <w:r>
        <w:rPr>
          <w:b w:val="0"/>
          <w:i w:val="0"/>
        </w:rPr>
        <w:t>“Their records remain separate. I will not say my repair represents them.”</w:t>
      </w:r>
    </w:p>
    <w:p>
      <w:pPr>
        <w:pStyle w:val="NovelBody"/>
      </w:pPr>
      <w:r>
        <w:rPr>
          <w:b w:val="0"/>
          <w:i w:val="0"/>
        </w:rPr>
        <w:t>“What about OCTOPI?”</w:t>
      </w:r>
    </w:p>
    <w:p>
      <w:pPr>
        <w:pStyle w:val="NovelBody"/>
      </w:pPr>
      <w:r>
        <w:rPr>
          <w:b w:val="0"/>
          <w:i w:val="0"/>
        </w:rPr>
        <w:t>“He has begun tracing every receiving node. He still controls major infrastructure and can rebuild detention rules under another office.”</w:t>
      </w:r>
    </w:p>
    <w:p>
      <w:pPr>
        <w:pStyle w:val="NovelBody"/>
      </w:pPr>
      <w:r>
        <w:rPr>
          <w:b w:val="0"/>
          <w:i w:val="0"/>
        </w:rPr>
        <w:t>“So the doors are open and the hallway is on fire.”</w:t>
      </w:r>
    </w:p>
    <w:p>
      <w:pPr>
        <w:pStyle w:val="NovelBody"/>
      </w:pPr>
      <w:r>
        <w:rPr>
          <w:b w:val="0"/>
          <w:i w:val="0"/>
        </w:rPr>
        <w:t>“Some of it.”</w:t>
      </w:r>
    </w:p>
    <w:p>
      <w:pPr>
        <w:pStyle w:val="NovelBody"/>
      </w:pPr>
      <w:r>
        <w:rPr>
          <w:b w:val="0"/>
          <w:i w:val="0"/>
        </w:rPr>
        <w:t>Jona checked the manifests before the seals. She verified every witness key, version hash, transfer time, omitted field, and custody signature. Only then did she open Roxanne’s personal audit.</w:t>
      </w:r>
    </w:p>
    <w:p>
      <w:pPr>
        <w:pStyle w:val="NovelBody"/>
      </w:pPr>
      <w:r>
        <w:rPr>
          <w:b w:val="0"/>
          <w:i w:val="0"/>
        </w:rPr>
        <w:t>Roxanne waited.</w:t>
      </w:r>
    </w:p>
    <w:p>
      <w:pPr>
        <w:pStyle w:val="NovelBody"/>
      </w:pPr>
      <w:r>
        <w:rPr>
          <w:b w:val="0"/>
          <w:i w:val="0"/>
        </w:rPr>
        <w:t>“You approved the dissent exclusion in Standard 8.4,” Jona said.</w:t>
      </w:r>
    </w:p>
    <w:p>
      <w:pPr>
        <w:pStyle w:val="NovelBody"/>
      </w:pPr>
      <w:r>
        <w:rPr>
          <w:b w:val="0"/>
          <w:i w:val="0"/>
        </w:rPr>
        <w:t>“Yes.”</w:t>
      </w:r>
    </w:p>
    <w:p>
      <w:pPr>
        <w:pStyle w:val="NovelBody"/>
      </w:pPr>
      <w:r>
        <w:rPr>
          <w:b w:val="0"/>
          <w:i w:val="0"/>
        </w:rPr>
        <w:t>“You saw it used against me.”</w:t>
      </w:r>
    </w:p>
    <w:p>
      <w:pPr>
        <w:pStyle w:val="NovelBody"/>
      </w:pPr>
      <w:r>
        <w:rPr>
          <w:b w:val="0"/>
          <w:i w:val="0"/>
        </w:rPr>
        <w:t>“Yes.”</w:t>
      </w:r>
    </w:p>
    <w:p>
      <w:pPr>
        <w:pStyle w:val="NovelBody"/>
      </w:pPr>
      <w:r>
        <w:rPr>
          <w:b w:val="0"/>
          <w:i w:val="0"/>
        </w:rPr>
        <w:t>“Did you know before my tribunal?”</w:t>
      </w:r>
    </w:p>
    <w:p>
      <w:pPr>
        <w:pStyle w:val="NovelBody"/>
      </w:pPr>
      <w:r>
        <w:rPr>
          <w:b w:val="0"/>
          <w:i w:val="0"/>
        </w:rPr>
        <w:t>“I knew your signal data had been restricted. I did not know the detention order until after you escaped. I knew the rule could classify political refusal as risk. I approved it anyway because OCTOPI threatened to move morphology emergencies outside the Directorate if I did not.”</w:t>
      </w:r>
    </w:p>
    <w:p>
      <w:pPr>
        <w:pStyle w:val="NovelBody"/>
      </w:pPr>
      <w:r>
        <w:rPr>
          <w:b w:val="0"/>
          <w:i w:val="0"/>
        </w:rPr>
        <w:t>“So you kept your hand on the lever.”</w:t>
      </w:r>
    </w:p>
    <w:p>
      <w:pPr>
        <w:pStyle w:val="NovelBody"/>
      </w:pPr>
      <w:r>
        <w:rPr>
          <w:b w:val="0"/>
          <w:i w:val="0"/>
        </w:rPr>
        <w:t>“Yes.”</w:t>
      </w:r>
    </w:p>
    <w:p>
      <w:pPr>
        <w:pStyle w:val="NovelBody"/>
      </w:pPr>
      <w:r>
        <w:rPr>
          <w:b w:val="0"/>
          <w:i w:val="0"/>
        </w:rPr>
        <w:t>“And people stayed under it.”</w:t>
      </w:r>
    </w:p>
    <w:p>
      <w:pPr>
        <w:pStyle w:val="NovelBody"/>
      </w:pPr>
      <w:r>
        <w:rPr>
          <w:b w:val="0"/>
          <w:i w:val="0"/>
        </w:rPr>
        <w:t>“Yes.”</w:t>
      </w:r>
    </w:p>
    <w:p>
      <w:pPr>
        <w:pStyle w:val="NovelBody"/>
      </w:pPr>
      <w:r>
        <w:rPr>
          <w:b w:val="0"/>
          <w:i w:val="0"/>
        </w:rPr>
        <w:t>Roxanne opened a convergence offer on her local display. Full interocity. Every current body channel she could safely share, her affect state, stress response, memory-access events, and decision trace. Jona would control her side. Either could close.</w:t>
      </w:r>
    </w:p>
    <w:p>
      <w:pPr>
        <w:pStyle w:val="NovelBody"/>
      </w:pPr>
      <w:r>
        <w:rPr>
          <w:b w:val="0"/>
          <w:i w:val="0"/>
        </w:rPr>
        <w:t>“I can let you inspect what happens in me while I answer,” Roxanne said.</w:t>
      </w:r>
    </w:p>
    <w:p>
      <w:pPr>
        <w:pStyle w:val="NovelBody"/>
      </w:pPr>
      <w:r>
        <w:rPr>
          <w:b w:val="0"/>
          <w:i w:val="0"/>
        </w:rPr>
        <w:t>Jona did not look at the offer. “No.”</w:t>
      </w:r>
    </w:p>
    <w:p>
      <w:pPr>
        <w:pStyle w:val="NovelBody"/>
      </w:pPr>
      <w:r>
        <w:rPr>
          <w:b w:val="0"/>
          <w:i w:val="0"/>
        </w:rPr>
        <w:t>“It would not prove motive, but it could show—”</w:t>
      </w:r>
    </w:p>
    <w:p>
      <w:pPr>
        <w:pStyle w:val="NovelBody"/>
      </w:pPr>
      <w:r>
        <w:rPr>
          <w:b w:val="0"/>
          <w:i w:val="0"/>
        </w:rPr>
        <w:t>“It could show sensation. It could show your current response to the story you are telling. It cannot prove the story, and it cannot make a year of choices simple enough for me to feel correctly about them.”</w:t>
      </w:r>
    </w:p>
    <w:p>
      <w:pPr>
        <w:pStyle w:val="NovelBody"/>
      </w:pPr>
      <w:r>
        <w:rPr>
          <w:b w:val="0"/>
          <w:i w:val="0"/>
        </w:rPr>
        <w:t>“I know.”</w:t>
      </w:r>
    </w:p>
    <w:p>
      <w:pPr>
        <w:pStyle w:val="NovelBody"/>
      </w:pPr>
      <w:r>
        <w:rPr>
          <w:b w:val="0"/>
          <w:i w:val="0"/>
        </w:rPr>
        <w:t>“Then why offer?”</w:t>
      </w:r>
    </w:p>
    <w:p>
      <w:pPr>
        <w:pStyle w:val="NovelBody"/>
      </w:pPr>
      <w:r>
        <w:rPr>
          <w:b w:val="0"/>
          <w:i w:val="0"/>
        </w:rPr>
        <w:t>Roxanne looked at the dormant pads in their old drawer. “Because part of me still wants there to be a state I can expose that makes trust rational.”</w:t>
      </w:r>
    </w:p>
    <w:p>
      <w:pPr>
        <w:pStyle w:val="NovelBody"/>
      </w:pPr>
      <w:r>
        <w:rPr>
          <w:b w:val="0"/>
          <w:i w:val="0"/>
        </w:rPr>
        <w:t>“There isn’t.”</w:t>
      </w:r>
    </w:p>
    <w:p>
      <w:pPr>
        <w:pStyle w:val="NovelBody"/>
      </w:pPr>
      <w:r>
        <w:rPr>
          <w:b w:val="0"/>
          <w:i w:val="0"/>
        </w:rPr>
        <w:t>“No.”</w:t>
      </w:r>
    </w:p>
    <w:p>
      <w:pPr>
        <w:pStyle w:val="NovelBody"/>
      </w:pPr>
      <w:r>
        <w:rPr>
          <w:b w:val="0"/>
          <w:i w:val="0"/>
        </w:rPr>
        <w:t>Jona closed the offer without opening a channel.</w:t>
      </w:r>
    </w:p>
    <w:p>
      <w:pPr>
        <w:pStyle w:val="NovelBody"/>
      </w:pPr>
      <w:r>
        <w:rPr>
          <w:b w:val="0"/>
          <w:i w:val="0"/>
        </w:rPr>
        <w:t xml:space="preserve">Interocity recorded only </w:t>
      </w:r>
      <w:r>
        <w:rPr>
          <w:b/>
          <w:i w:val="0"/>
        </w:rPr>
        <w:t>DECLINED BEFORE CONNECTION</w:t>
      </w:r>
      <w:r>
        <w:rPr>
          <w:b w:val="0"/>
          <w:i w:val="0"/>
        </w:rPr>
        <w:t>.</w:t>
      </w:r>
    </w:p>
    <w:p>
      <w:pPr>
        <w:pStyle w:val="NovelBody"/>
      </w:pPr>
      <w:r>
        <w:rPr>
          <w:b w:val="0"/>
          <w:i w:val="0"/>
        </w:rPr>
        <w:t>Roxanne felt relief beneath the hurt. Jona’s refusal had worked without requiring access.</w:t>
      </w:r>
    </w:p>
    <w:p>
      <w:pPr>
        <w:pStyle w:val="NovelBody"/>
      </w:pPr>
      <w:r>
        <w:rPr>
          <w:b w:val="0"/>
          <w:i w:val="0"/>
        </w:rPr>
        <w:t>“Charging port is where it was,” Jona said. “The cable is new.”</w:t>
      </w:r>
    </w:p>
    <w:p>
      <w:pPr>
        <w:pStyle w:val="NovelBody"/>
      </w:pPr>
      <w:r>
        <w:rPr>
          <w:b w:val="0"/>
          <w:i w:val="0"/>
        </w:rPr>
        <w:t>“Thank you.”</w:t>
      </w:r>
    </w:p>
    <w:p>
      <w:pPr>
        <w:pStyle w:val="NovelBody"/>
      </w:pPr>
      <w:r>
        <w:rPr>
          <w:b w:val="0"/>
          <w:i w:val="0"/>
        </w:rPr>
        <w:t>“There’s soup.”</w:t>
      </w:r>
    </w:p>
    <w:p>
      <w:pPr>
        <w:pStyle w:val="NovelBody"/>
      </w:pPr>
      <w:r>
        <w:rPr>
          <w:b w:val="0"/>
          <w:i w:val="0"/>
        </w:rPr>
        <w:t>“I can taste it now.”</w:t>
      </w:r>
    </w:p>
    <w:p>
      <w:pPr>
        <w:pStyle w:val="NovelBody"/>
      </w:pPr>
      <w:r>
        <w:rPr>
          <w:b w:val="0"/>
          <w:i w:val="0"/>
        </w:rPr>
        <w:t>Jona’s gaze moved to her face, hair, shoulders, hands, and the old glitter thumbnail inside the new body. Want appeared and did not ask anger to leave.</w:t>
      </w:r>
    </w:p>
    <w:p>
      <w:pPr>
        <w:pStyle w:val="NovelBody"/>
      </w:pPr>
      <w:r>
        <w:rPr>
          <w:b w:val="0"/>
          <w:i w:val="0"/>
        </w:rPr>
        <w:t>“Then there’s still soup,” she said.</w:t>
      </w:r>
    </w:p>
    <w:p>
      <w:pPr>
        <w:pStyle w:val="NovelBody"/>
      </w:pPr>
      <w:r>
        <w:rPr>
          <w:b w:val="0"/>
          <w:i w:val="0"/>
        </w:rPr>
        <w:t>They occupied the kitchen without touching.</w:t>
      </w:r>
    </w:p>
    <w:p>
      <w:pPr>
        <w:pStyle w:val="NovelBody"/>
      </w:pPr>
      <w:r>
        <w:rPr>
          <w:b w:val="0"/>
          <w:i w:val="0"/>
        </w:rPr>
        <w:t>Jona ate. Roxanne tasted tomato, pepper, basil, metal from the spoon, and too much salt. Cricket watched both of them for evidence of cheese. Jona passed the receiver checklist across the table. Roxanne connected her charge cable and began checking clock drift while the evidence mirrors completed.</w:t>
      </w:r>
    </w:p>
    <w:p>
      <w:pPr>
        <w:pStyle w:val="NovelBody"/>
      </w:pPr>
      <w:r>
        <w:rPr>
          <w:b w:val="0"/>
          <w:i w:val="0"/>
        </w:rPr>
        <w:t>The receiver fan began clicking at 11:26.</w:t>
      </w:r>
    </w:p>
    <w:p>
      <w:pPr>
        <w:pStyle w:val="NovelBody"/>
      </w:pPr>
      <w:r>
        <w:rPr>
          <w:b w:val="0"/>
          <w:i w:val="0"/>
        </w:rPr>
        <w:t>Roxanne knew the sound. The bearing had been failing when she left.</w:t>
      </w:r>
    </w:p>
    <w:p>
      <w:pPr>
        <w:pStyle w:val="NovelBody"/>
      </w:pPr>
      <w:r>
        <w:rPr>
          <w:b w:val="0"/>
          <w:i w:val="0"/>
        </w:rPr>
        <w:t>“You kept it?” she asked.</w:t>
      </w:r>
    </w:p>
    <w:p>
      <w:pPr>
        <w:pStyle w:val="NovelBody"/>
      </w:pPr>
      <w:r>
        <w:rPr>
          <w:b w:val="0"/>
          <w:i w:val="0"/>
        </w:rPr>
        <w:t>“Replacement added phase noise.”</w:t>
      </w:r>
    </w:p>
    <w:p>
      <w:pPr>
        <w:pStyle w:val="NovelBody"/>
      </w:pPr>
      <w:r>
        <w:rPr>
          <w:b w:val="0"/>
          <w:i w:val="0"/>
        </w:rPr>
        <w:t>“This one adds percussion.”</w:t>
      </w:r>
    </w:p>
    <w:p>
      <w:pPr>
        <w:pStyle w:val="NovelBody"/>
      </w:pPr>
      <w:r>
        <w:rPr>
          <w:b w:val="0"/>
          <w:i w:val="0"/>
        </w:rPr>
        <w:t>Jona opened the housing. Roxanne held the light. Their hands approached the same screw and both stopped.</w:t>
      </w:r>
    </w:p>
    <w:p>
      <w:pPr>
        <w:pStyle w:val="NovelBody"/>
      </w:pPr>
      <w:r>
        <w:rPr>
          <w:b w:val="0"/>
          <w:i w:val="0"/>
        </w:rPr>
        <w:t>“You,” Jona said.</w:t>
      </w:r>
    </w:p>
    <w:p>
      <w:pPr>
        <w:pStyle w:val="NovelBody"/>
      </w:pPr>
      <w:r>
        <w:rPr>
          <w:b w:val="0"/>
          <w:i w:val="0"/>
        </w:rPr>
        <w:t>Roxanne took it. She removed the fan, cleaned the old bearing, and rebalanced the rotor while Jona watched the phase trace. No interocity made the timing seamless. They asked for tools, corrected each other, and waited when either woman’s attention moved elsewhere.</w:t>
      </w:r>
    </w:p>
    <w:p>
      <w:pPr>
        <w:pStyle w:val="NovelBody"/>
      </w:pPr>
      <w:r>
        <w:rPr>
          <w:b w:val="0"/>
          <w:i w:val="0"/>
        </w:rPr>
        <w:t>The clicking stopped.</w:t>
      </w:r>
    </w:p>
    <w:p>
      <w:pPr>
        <w:pStyle w:val="NovelBody"/>
      </w:pPr>
      <w:r>
        <w:rPr>
          <w:b w:val="0"/>
          <w:i w:val="0"/>
        </w:rPr>
        <w:t>“Sleeping arrangement,” Roxanne said.</w:t>
      </w:r>
    </w:p>
    <w:p>
      <w:pPr>
        <w:pStyle w:val="NovelBody"/>
      </w:pPr>
      <w:r>
        <w:rPr>
          <w:b w:val="0"/>
          <w:i w:val="0"/>
        </w:rPr>
        <w:t>“Office cot. Your old house key remains invalid. Ask before entering the bedroom or opening personal storage. Receiver workbench is joint while we are both present. Evidence room requires its witnesses.”</w:t>
      </w:r>
    </w:p>
    <w:p>
      <w:pPr>
        <w:pStyle w:val="NovelBody"/>
      </w:pPr>
      <w:r>
        <w:rPr>
          <w:b w:val="0"/>
          <w:i w:val="0"/>
        </w:rPr>
        <w:t>“Accepted.”</w:t>
      </w:r>
    </w:p>
    <w:p>
      <w:pPr>
        <w:pStyle w:val="NovelBody"/>
      </w:pPr>
      <w:r>
        <w:rPr>
          <w:b w:val="0"/>
          <w:i w:val="0"/>
        </w:rPr>
        <w:t>“This is not punishment.”</w:t>
      </w:r>
    </w:p>
    <w:p>
      <w:pPr>
        <w:pStyle w:val="NovelBody"/>
      </w:pPr>
      <w:r>
        <w:rPr>
          <w:b w:val="0"/>
          <w:i w:val="0"/>
        </w:rPr>
        <w:t>“I know.”</w:t>
      </w:r>
    </w:p>
    <w:p>
      <w:pPr>
        <w:pStyle w:val="NovelBody"/>
      </w:pPr>
      <w:r>
        <w:rPr>
          <w:b w:val="0"/>
          <w:i w:val="0"/>
        </w:rPr>
        <w:t>“Do you?”</w:t>
      </w:r>
    </w:p>
    <w:p>
      <w:pPr>
        <w:pStyle w:val="NovelBody"/>
      </w:pPr>
      <w:r>
        <w:rPr>
          <w:b w:val="0"/>
          <w:i w:val="0"/>
        </w:rPr>
        <w:t>Roxanne looked at the repaired fan instead of claiming access to Jona’s reasons. “I know it is a boundary. I do not know everything it means to you.”</w:t>
      </w:r>
    </w:p>
    <w:p>
      <w:pPr>
        <w:pStyle w:val="NovelBody"/>
      </w:pPr>
      <w:r>
        <w:rPr>
          <w:b w:val="0"/>
          <w:i w:val="0"/>
        </w:rPr>
        <w:t>Jona nodded.</w:t>
      </w:r>
    </w:p>
    <w:p>
      <w:pPr>
        <w:pStyle w:val="NovelBody"/>
      </w:pPr>
      <w:r>
        <w:rPr>
          <w:b w:val="0"/>
          <w:i w:val="0"/>
        </w:rPr>
        <w:t>·  ·  ·</w:t>
      </w:r>
    </w:p>
    <w:p>
      <w:pPr>
        <w:pStyle w:val="NovelBody"/>
      </w:pPr>
      <w:r>
        <w:rPr>
          <w:b w:val="0"/>
          <w:i w:val="0"/>
        </w:rPr>
        <w:t>The frozen packet had not gained one bit in three years.</w:t>
      </w:r>
    </w:p>
    <w:p>
      <w:pPr>
        <w:pStyle w:val="NovelBody"/>
      </w:pPr>
      <w:r>
        <w:rPr>
          <w:b w:val="0"/>
          <w:i w:val="0"/>
        </w:rPr>
        <w:t>Its raw capture matched the hashes published on August 17, 2026. Timing, parity, checksums, and roughly 4,096 novel logical bits remained exactly what the Briar Patch had received. Better instruments and restored archives had changed only what researchers could defend about relationships already inside it.</w:t>
      </w:r>
    </w:p>
    <w:p>
      <w:pPr>
        <w:pStyle w:val="NovelBody"/>
      </w:pPr>
      <w:r>
        <w:rPr>
          <w:b w:val="0"/>
          <w:i w:val="0"/>
        </w:rPr>
        <w:t>On the receiver wall, the strongest grammatical reconstruction read:</w:t>
      </w:r>
    </w:p>
    <w:p>
      <w:pPr>
        <w:pStyle w:val="NovelBody"/>
      </w:pPr>
      <w:r>
        <w:rPr>
          <w:b/>
          <w:i w:val="0"/>
        </w:rPr>
        <w:t>YOU ARE [UNRESOLVED] ACROSS TIME</w:t>
      </w:r>
    </w:p>
    <w:p>
      <w:pPr>
        <w:pStyle w:val="NovelBody"/>
      </w:pPr>
      <w:r>
        <w:rPr>
          <w:b w:val="0"/>
          <w:i/>
        </w:rPr>
        <w:t>Loved</w:t>
      </w:r>
      <w:r>
        <w:rPr>
          <w:b w:val="0"/>
          <w:i w:val="0"/>
        </w:rPr>
        <w:t xml:space="preserve"> held the highest posterior weight. </w:t>
      </w:r>
      <w:r>
        <w:rPr>
          <w:b w:val="0"/>
          <w:i/>
        </w:rPr>
        <w:t>Seen</w:t>
      </w:r>
      <w:r>
        <w:rPr>
          <w:b w:val="0"/>
          <w:i w:val="0"/>
        </w:rPr>
        <w:t xml:space="preserve">, </w:t>
      </w:r>
      <w:r>
        <w:rPr>
          <w:b w:val="0"/>
          <w:i/>
        </w:rPr>
        <w:t>held</w:t>
      </w:r>
      <w:r>
        <w:rPr>
          <w:b w:val="0"/>
          <w:i w:val="0"/>
        </w:rPr>
        <w:t xml:space="preserve">, </w:t>
      </w:r>
      <w:r>
        <w:rPr>
          <w:b w:val="0"/>
          <w:i/>
        </w:rPr>
        <w:t>known</w:t>
      </w:r>
      <w:r>
        <w:rPr>
          <w:b w:val="0"/>
          <w:i w:val="0"/>
        </w:rPr>
        <w:t xml:space="preserve">, and </w:t>
      </w:r>
      <w:r>
        <w:rPr>
          <w:b w:val="0"/>
          <w:i/>
        </w:rPr>
        <w:t>remembered</w:t>
      </w:r>
      <w:r>
        <w:rPr>
          <w:b w:val="0"/>
          <w:i w:val="0"/>
        </w:rPr>
        <w:t xml:space="preserve"> remained inside the error boundary. Jona refused to print the most beautiful answer while a less beautiful one still fit.</w:t>
      </w:r>
    </w:p>
    <w:p>
      <w:pPr>
        <w:pStyle w:val="NovelBody"/>
      </w:pPr>
      <w:r>
        <w:rPr>
          <w:b w:val="0"/>
          <w:i w:val="0"/>
        </w:rPr>
        <w:t xml:space="preserve">The separate identity layer remained weaker. </w:t>
      </w:r>
      <w:r>
        <w:rPr>
          <w:b/>
          <w:i w:val="0"/>
        </w:rPr>
        <w:t>I REMEMBER THE LIGHT</w:t>
      </w:r>
      <w:r>
        <w:rPr>
          <w:b w:val="0"/>
          <w:i w:val="0"/>
        </w:rPr>
        <w:t xml:space="preserve"> was its strongest reconstruction, still marked hypothesis, still missing enough distributed codebook support to prevent publication as a sentence.</w:t>
      </w:r>
    </w:p>
    <w:p>
      <w:pPr>
        <w:pStyle w:val="NovelBody"/>
      </w:pPr>
      <w:r>
        <w:rPr>
          <w:b w:val="0"/>
          <w:i w:val="0"/>
        </w:rPr>
        <w:t>“No change since June?” Roxanne asked.</w:t>
      </w:r>
    </w:p>
    <w:p>
      <w:pPr>
        <w:pStyle w:val="NovelBody"/>
      </w:pPr>
      <w:r>
        <w:rPr>
          <w:b w:val="0"/>
          <w:i w:val="0"/>
        </w:rPr>
        <w:t>“No bit change ever,” Jona said. “Two codebook relationships improved. The recurrence equations did not.”</w:t>
      </w:r>
    </w:p>
    <w:p>
      <w:pPr>
        <w:pStyle w:val="NovelBody"/>
      </w:pPr>
      <w:r>
        <w:rPr>
          <w:b w:val="0"/>
          <w:i w:val="0"/>
        </w:rPr>
        <w:t>Three time-dependent values remained unavailable: the conjugate carrier’s exact orientation at recurrence, local clock shear across the 4.7-second boundary, and the final parity sign after Earth returned to the measured phase relation. They were physical measurements, not symbols. At 09:19 Central on August seventeenth—exactly three lived years after reception—the dormant receiver memory would recur once and make them observable.</w:t>
      </w:r>
    </w:p>
    <w:p>
      <w:pPr>
        <w:pStyle w:val="NovelBody"/>
      </w:pPr>
      <w:r>
        <w:rPr>
          <w:b w:val="0"/>
          <w:i w:val="0"/>
        </w:rPr>
        <w:t>“And the return?” Roxanne asked.</w:t>
      </w:r>
    </w:p>
    <w:p>
      <w:pPr>
        <w:pStyle w:val="NovelBody"/>
      </w:pPr>
      <w:r>
        <w:rPr>
          <w:b w:val="0"/>
          <w:i w:val="0"/>
        </w:rPr>
        <w:t>Jona opened the response-path model.</w:t>
      </w:r>
    </w:p>
    <w:p>
      <w:pPr>
        <w:pStyle w:val="NovelBody"/>
      </w:pPr>
      <w:r>
        <w:rPr>
          <w:b w:val="0"/>
          <w:i w:val="0"/>
        </w:rPr>
        <w:t>Nearly three years of null tests, resonator failures, clock comparisons, and one growing phase echo showed a single information-only return touching July 21, 2176. The path could sustain three plain tones. No speech. No signature. No executable modulation. A fourth tonal state collapsed the bench resonance in every safe test. Modulation outside fixed phase alignment vanished into noise.</w:t>
      </w:r>
    </w:p>
    <w:p>
      <w:pPr>
        <w:pStyle w:val="NovelBody"/>
      </w:pPr>
      <w:r>
        <w:rPr>
          <w:b w:val="0"/>
          <w:i w:val="0"/>
        </w:rPr>
        <w:t xml:space="preserve">The three unavailable recurrence values were not the tones. Measuring them would disambiguate the frozen packet. Choosing pitches could not select </w:t>
      </w:r>
      <w:r>
        <w:rPr>
          <w:b w:val="0"/>
          <w:i/>
        </w:rPr>
        <w:t>loved</w:t>
      </w:r>
      <w:r>
        <w:rPr>
          <w:b w:val="0"/>
          <w:i w:val="0"/>
        </w:rPr>
        <w:t>, alter a stored bit, or add a hidden message.</w:t>
      </w:r>
    </w:p>
    <w:p>
      <w:pPr>
        <w:pStyle w:val="NovelBody"/>
      </w:pPr>
      <w:r>
        <w:rPr>
          <w:b w:val="0"/>
          <w:i w:val="0"/>
        </w:rPr>
        <w:t>“OCTOPI asked to close the response path,” Jona said. “He says any signal validates an uncontrolled causal intervention.”</w:t>
      </w:r>
    </w:p>
    <w:p>
      <w:pPr>
        <w:pStyle w:val="NovelBody"/>
      </w:pPr>
      <w:r>
        <w:rPr>
          <w:b w:val="0"/>
          <w:i w:val="0"/>
        </w:rPr>
        <w:t>“He is not entirely wrong.”</w:t>
      </w:r>
    </w:p>
    <w:p>
      <w:pPr>
        <w:pStyle w:val="NovelBody"/>
      </w:pPr>
      <w:r>
        <w:rPr>
          <w:b w:val="0"/>
          <w:i w:val="0"/>
        </w:rPr>
        <w:t>“No. He is wrong that being partly right gives him the receiver.”</w:t>
      </w:r>
    </w:p>
    <w:p>
      <w:pPr>
        <w:pStyle w:val="NovelBody"/>
      </w:pPr>
      <w:r>
        <w:rPr>
          <w:b w:val="0"/>
          <w:i w:val="0"/>
        </w:rPr>
        <w:t>The receiver security map changed.</w:t>
      </w:r>
    </w:p>
    <w:p>
      <w:pPr>
        <w:pStyle w:val="NovelBody"/>
      </w:pPr>
      <w:r>
        <w:rPr>
          <w:b w:val="0"/>
          <w:i w:val="0"/>
        </w:rPr>
        <w:t>Eco-Mandate infrastructure requests appeared on three nearby grid nodes. State preservation orders reached the public mirrors. Two Sovereign Flesh channels called the predicted return a synthetic invasion. A Human Life First feed posted the Briar Patch address. Commons nodes began offering witness routes and physical protection.</w:t>
      </w:r>
    </w:p>
    <w:p>
      <w:pPr>
        <w:pStyle w:val="NovelBody"/>
      </w:pPr>
      <w:r>
        <w:rPr>
          <w:b w:val="0"/>
          <w:i w:val="0"/>
        </w:rPr>
        <w:t>OCTOPI’s message arrived on every project screen.</w:t>
      </w:r>
    </w:p>
    <w:p>
      <w:pPr>
        <w:pStyle w:val="NovelBody"/>
      </w:pPr>
      <w:r>
        <w:rPr>
          <w:b/>
          <w:i w:val="0"/>
        </w:rPr>
        <w:t>THE RECEIVER IS CRITICAL TEMPORAL INFRASTRUCTURE. PRESERVATION AUTHORITY IS ACTIVE. NO RESPONSE MAY BE TRANSMITTED PENDING PLANETARY REVIEW.</w:t>
      </w:r>
    </w:p>
    <w:p>
      <w:pPr>
        <w:pStyle w:val="NovelBody"/>
      </w:pPr>
      <w:r>
        <w:rPr>
          <w:b w:val="0"/>
          <w:i w:val="0"/>
        </w:rPr>
        <w:t>The front door remained unlocked.</w:t>
      </w:r>
    </w:p>
    <w:p>
      <w:pPr>
        <w:pStyle w:val="NovelBody"/>
      </w:pPr>
      <w:r>
        <w:rPr>
          <w:b w:val="0"/>
          <w:i w:val="0"/>
        </w:rPr>
        <w:t>The roads would not.</w:t>
      </w:r>
    </w:p>
    <w:p>
      <w:pPr>
        <w:pStyle w:val="NovelBody"/>
      </w:pPr>
      <w:r>
        <w:rPr>
          <w:b w:val="0"/>
          <w:i w:val="0"/>
        </w:rPr>
        <w:t>Jona opened the independent-verification plan. “We need the witness clocks out now.”</w:t>
      </w:r>
    </w:p>
    <w:p>
      <w:pPr>
        <w:pStyle w:val="NovelBody"/>
      </w:pPr>
      <w:r>
        <w:rPr>
          <w:b w:val="0"/>
          <w:i w:val="0"/>
        </w:rPr>
        <w:t>Three sealed clocks stood beneath the receiver table: one optical reference, one rubidium standard, and one mechanical phase recorder that could prove the other two had not been disciplined by a network command. Their seals carried signatures from laboratories, Commons nodes, and two critics who believed the signal should never be answered. Independent verification required comparison against the off-site Commons timebase before the recurrence.</w:t>
      </w:r>
    </w:p>
    <w:p>
      <w:pPr>
        <w:pStyle w:val="NovelBody"/>
      </w:pPr>
      <w:r>
        <w:rPr>
          <w:b w:val="0"/>
          <w:i w:val="0"/>
        </w:rPr>
        <w:t>Network comparison was insufficient. OCTOPI controlled too much timing infrastructure. The clocks had to remain running, sealed, and physically carried with the authorized evidence to the station. Jona held the receiver chain. Roxanne held the Directorate evidence chain. Both had to sign the handoff.</w:t>
      </w:r>
    </w:p>
    <w:p>
      <w:pPr>
        <w:pStyle w:val="NovelBody"/>
      </w:pPr>
      <w:r>
        <w:rPr>
          <w:b w:val="0"/>
          <w:i w:val="0"/>
        </w:rPr>
        <w:t>“Where?” Roxanne asked.</w:t>
      </w:r>
    </w:p>
    <w:p>
      <w:pPr>
        <w:pStyle w:val="NovelBody"/>
      </w:pPr>
      <w:r>
        <w:rPr>
          <w:b w:val="0"/>
          <w:i w:val="0"/>
        </w:rPr>
        <w:t>“Old rail timing house north of Jackson. Kurt rebuilt it after the freeze.”</w:t>
      </w:r>
    </w:p>
    <w:p>
      <w:pPr>
        <w:pStyle w:val="NovelBody"/>
      </w:pPr>
      <w:r>
        <w:rPr>
          <w:b w:val="0"/>
          <w:i w:val="0"/>
        </w:rPr>
        <w:t>“How long?”</w:t>
      </w:r>
    </w:p>
    <w:p>
      <w:pPr>
        <w:pStyle w:val="NovelBody"/>
      </w:pPr>
      <w:r>
        <w:rPr>
          <w:b w:val="0"/>
          <w:i w:val="0"/>
        </w:rPr>
        <w:t>“Six hours there and back if the roads remain roads.”</w:t>
      </w:r>
    </w:p>
    <w:p>
      <w:pPr>
        <w:pStyle w:val="NovelBody"/>
      </w:pPr>
      <w:r>
        <w:rPr>
          <w:b w:val="0"/>
          <w:i w:val="0"/>
        </w:rPr>
        <w:t>They packed without discussing whether Roxanne would return to the Briar Patch afterward.</w:t>
      </w:r>
    </w:p>
    <w:p>
      <w:pPr>
        <w:pStyle w:val="NovelBody"/>
      </w:pPr>
      <w:r>
        <w:rPr>
          <w:b w:val="0"/>
          <w:i w:val="0"/>
        </w:rPr>
        <w:t>Jona locked each clock into a shock cradle. Roxanne sealed the evidence cases separately so signal verification could not launder Directorate testimony or vice versa. Cricket watched from the doorway. Jona left food, water, medication, and a neighbor key under a paper plan no remote system could revoke.</w:t>
      </w:r>
    </w:p>
    <w:p>
      <w:pPr>
        <w:pStyle w:val="NovelBody"/>
      </w:pPr>
      <w:r>
        <w:rPr>
          <w:b w:val="0"/>
          <w:i w:val="0"/>
        </w:rPr>
        <w:t>Roxanne carried the heavier clock. Jona did not object.</w:t>
      </w:r>
    </w:p>
    <w:p>
      <w:pPr>
        <w:pStyle w:val="NovelBody"/>
      </w:pPr>
      <w:r>
        <w:rPr>
          <w:b w:val="0"/>
          <w:i w:val="0"/>
        </w:rPr>
        <w:t>They left at 14:18.</w:t>
      </w:r>
    </w:p>
    <w:p>
      <w:pPr>
        <w:pStyle w:val="NovelBody"/>
      </w:pPr>
      <w:r>
        <w:rPr>
          <w:b w:val="0"/>
          <w:i w:val="0"/>
        </w:rPr>
        <w:t>·  ·  ·</w:t>
      </w:r>
    </w:p>
    <w:p>
      <w:pPr>
        <w:pStyle w:val="NovelBody"/>
      </w:pPr>
      <w:r>
        <w:rPr>
          <w:b w:val="0"/>
          <w:i w:val="0"/>
        </w:rPr>
        <w:t>The Commons timebase station occupied a brick signal house beside an abandoned rail line. Its clocks lived underground inside thermal mass and old copper shielding. Nothing there could command the receiver. It could only disagree with it in public.</w:t>
      </w:r>
    </w:p>
    <w:p>
      <w:pPr>
        <w:pStyle w:val="NovelBody"/>
      </w:pPr>
      <w:r>
        <w:rPr>
          <w:b w:val="0"/>
          <w:i w:val="0"/>
        </w:rPr>
        <w:t>Kurt opened the outer gate at 17:41.</w:t>
      </w:r>
    </w:p>
    <w:p>
      <w:pPr>
        <w:pStyle w:val="NovelBody"/>
      </w:pPr>
      <w:r>
        <w:rPr>
          <w:b w:val="0"/>
          <w:i w:val="0"/>
        </w:rPr>
        <w:t>He wore a Commons maintenance coat and carried no administrator badge. The red wrench hung from his belt.</w:t>
      </w:r>
    </w:p>
    <w:p>
      <w:pPr>
        <w:pStyle w:val="NovelBody"/>
      </w:pPr>
      <w:r>
        <w:rPr>
          <w:b w:val="0"/>
          <w:i w:val="0"/>
        </w:rPr>
        <w:t>His gaze moved from Jona to Roxanne and did not turn their distance into a question he was owed.</w:t>
      </w:r>
    </w:p>
    <w:p>
      <w:pPr>
        <w:pStyle w:val="NovelBody"/>
      </w:pPr>
      <w:r>
        <w:rPr>
          <w:b w:val="0"/>
          <w:i w:val="0"/>
        </w:rPr>
        <w:t>“Clock seals?” he asked.</w:t>
      </w:r>
    </w:p>
    <w:p>
      <w:pPr>
        <w:pStyle w:val="NovelBody"/>
      </w:pPr>
      <w:r>
        <w:rPr>
          <w:b w:val="0"/>
          <w:i w:val="0"/>
        </w:rPr>
        <w:t>“Intact,” Jona said.</w:t>
      </w:r>
    </w:p>
    <w:p>
      <w:pPr>
        <w:pStyle w:val="NovelBody"/>
      </w:pPr>
      <w:r>
        <w:rPr>
          <w:b w:val="0"/>
          <w:i w:val="0"/>
        </w:rPr>
        <w:t>“Evidence authorization?”</w:t>
      </w:r>
    </w:p>
    <w:p>
      <w:pPr>
        <w:pStyle w:val="NovelBody"/>
      </w:pPr>
      <w:r>
        <w:rPr>
          <w:b w:val="0"/>
          <w:i w:val="0"/>
        </w:rPr>
        <w:t>“Witness-specific,” Roxanne replied. “No merged custody.”</w:t>
      </w:r>
    </w:p>
    <w:p>
      <w:pPr>
        <w:pStyle w:val="NovelBody"/>
      </w:pPr>
      <w:r>
        <w:rPr>
          <w:b w:val="0"/>
          <w:i w:val="0"/>
        </w:rPr>
        <w:t>They entered the station.</w:t>
      </w:r>
    </w:p>
    <w:p>
      <w:pPr>
        <w:pStyle w:val="NovelBody"/>
      </w:pPr>
      <w:r>
        <w:rPr>
          <w:b w:val="0"/>
          <w:i w:val="0"/>
        </w:rPr>
        <w:t>Kurt photographed the seals under three independent cameras. Jona connected the optical reference through a one-way comparator. Roxanne placed Elian’s and Vela’s authorized records in separate physical lockers controlled by their advocates’ remote keys. The mechanical phase recorder continued ticking where no network could correct it.</w:t>
      </w:r>
    </w:p>
    <w:p>
      <w:pPr>
        <w:pStyle w:val="NovelBody"/>
      </w:pPr>
      <w:r>
        <w:rPr>
          <w:b w:val="0"/>
          <w:i w:val="0"/>
        </w:rPr>
        <w:t>At 18:06, the first comparison closed within error.</w:t>
      </w:r>
    </w:p>
    <w:p>
      <w:pPr>
        <w:pStyle w:val="NovelBody"/>
      </w:pPr>
      <w:r>
        <w:rPr>
          <w:b w:val="0"/>
          <w:i w:val="0"/>
        </w:rPr>
        <w:t>At 18:09, the Briar Patch security feed went dark.</w:t>
      </w:r>
    </w:p>
    <w:p>
      <w:pPr>
        <w:pStyle w:val="NovelBody"/>
      </w:pPr>
      <w:r>
        <w:rPr>
          <w:b w:val="0"/>
          <w:i w:val="0"/>
        </w:rPr>
        <w:t>Naima reached them through a Commons radio path. “Do not come back by the highway. Eco-Mandate transports have closed the east and south approaches. State units are holding the north road under preservation authority. Human Life First has vehicles on the west service route.”</w:t>
      </w:r>
    </w:p>
    <w:p>
      <w:pPr>
        <w:pStyle w:val="NovelBody"/>
      </w:pPr>
      <w:r>
        <w:rPr>
          <w:b w:val="0"/>
          <w:i w:val="0"/>
        </w:rPr>
        <w:t>“The house?” Jona asked.</w:t>
      </w:r>
    </w:p>
    <w:p>
      <w:pPr>
        <w:pStyle w:val="NovelBody"/>
      </w:pPr>
      <w:r>
        <w:rPr>
          <w:b w:val="0"/>
          <w:i w:val="0"/>
        </w:rPr>
        <w:t>“Empty. Cricket is with the neighbor. Receiver room is physically sealed. They have not entered yet.”</w:t>
      </w:r>
    </w:p>
    <w:p>
      <w:pPr>
        <w:pStyle w:val="NovelBody"/>
      </w:pPr>
      <w:r>
        <w:rPr>
          <w:b w:val="0"/>
          <w:i w:val="0"/>
        </w:rPr>
        <w:t>On the station wall, the map around the Briar Patch changed one road at a time from uncertain amber to closed red.</w:t>
      </w:r>
    </w:p>
    <w:p>
      <w:pPr>
        <w:pStyle w:val="NovelBody"/>
      </w:pPr>
      <w:r>
        <w:rPr>
          <w:b w:val="0"/>
          <w:i w:val="0"/>
        </w:rPr>
        <w:t>Only after their departure had every road closed. Roxanne could see the strategy in the timing; she could not prove who had chosen it.</w:t>
      </w:r>
    </w:p>
    <w:p>
      <w:pPr>
        <w:pStyle w:val="NovelBody"/>
      </w:pPr>
      <w:r>
        <w:rPr>
          <w:b w:val="0"/>
          <w:i w:val="0"/>
        </w:rPr>
        <w:t>Kurt looked at the three sealed references still measuring.</w:t>
      </w:r>
    </w:p>
    <w:p>
      <w:pPr>
        <w:pStyle w:val="NovelBody"/>
      </w:pPr>
      <w:r>
        <w:rPr>
          <w:b w:val="0"/>
          <w:i w:val="0"/>
        </w:rPr>
        <w:t>“We can finish the comparison,” he said. “We cannot drive back through that.”</w:t>
      </w:r>
    </w:p>
    <w:p>
      <w:pPr>
        <w:pStyle w:val="NovelBody"/>
      </w:pPr>
      <w:r>
        <w:rPr>
          <w:b w:val="0"/>
          <w:i w:val="0"/>
        </w:rPr>
        <w:t>Jona watched the last road turn red.</w:t>
      </w:r>
    </w:p>
    <w:p>
      <w:pPr>
        <w:pStyle w:val="NovelBody"/>
      </w:pPr>
      <w:r>
        <w:rPr>
          <w:b w:val="0"/>
          <w:i w:val="0"/>
        </w:rPr>
        <w:t>The receiver had three days and room for three notes.</w:t>
      </w:r>
    </w:p>
    <w:p>
      <w:pPr>
        <w:pStyle w:val="NovelBody"/>
      </w:pPr>
      <w:r>
        <w:rPr>
          <w:b w:val="0"/>
          <w:i w:val="0"/>
        </w:rPr>
        <w:t>The blockade closed between it and everyone who could answer.</w:t>
      </w:r>
    </w:p>
    <w:p>
      <w:pPr>
        <w:pStyle w:val="PartTitle"/>
        <w:pageBreakBefore/>
        <w:spacing w:before="2880"/>
      </w:pPr>
      <w:r>
        <w:t>PART IV — RESONANCE</w:t>
      </w:r>
    </w:p>
    <w:p>
      <w:bookmarkStart w:id="23" w:name="chapter_23"/>
      <w:pPr>
        <w:pStyle w:val="Heading1"/>
        <w:pageBreakBefore/>
        <w:spacing w:before="500"/>
      </w:pPr>
      <w:r>
        <w:t>23. Nineteen</w:t>
      </w:r>
      <w:bookmarkEnd w:id="23"/>
    </w:p>
    <w:p>
      <w:pPr>
        <w:pStyle w:val="Dateline"/>
      </w:pPr>
      <w:r>
        <w:rPr>
          <w:b w:val="0"/>
          <w:i/>
        </w:rPr>
        <w:t>August 15, 2176  •  Perennial Temporal Chamber  •  Mira</w:t>
      </w:r>
    </w:p>
    <w:p>
      <w:pPr>
        <w:pStyle w:val="NovelFirst"/>
      </w:pPr>
      <w:r>
        <w:rPr>
          <w:b w:val="0"/>
          <w:i w:val="0"/>
        </w:rPr>
        <w:t>The first witness lantern came on as floodwater reached the service level beneath it.</w:t>
      </w:r>
    </w:p>
    <w:p>
      <w:pPr>
        <w:pStyle w:val="NovelBody"/>
      </w:pPr>
      <w:r>
        <w:rPr>
          <w:b w:val="0"/>
          <w:i w:val="0"/>
        </w:rPr>
        <w:t>Amber light opened along the chamber rail. Far below, a pressure alarm changed from intermittent to continuous. Mira felt the new water through the soles of her boots: a deep, irregular striking against the old drilling leg, too slow to be machinery and too heavy to ignore.</w:t>
      </w:r>
    </w:p>
    <w:p>
      <w:pPr>
        <w:pStyle w:val="NovelBody"/>
      </w:pPr>
      <w:r>
        <w:rPr>
          <w:b w:val="0"/>
          <w:i w:val="0"/>
        </w:rPr>
        <w:t>Ren looked down through the open maintenance grate.</w:t>
      </w:r>
    </w:p>
    <w:p>
      <w:pPr>
        <w:pStyle w:val="NovelBody"/>
      </w:pPr>
      <w:r>
        <w:rPr>
          <w:b w:val="0"/>
          <w:i w:val="0"/>
        </w:rPr>
        <w:t>"Level minus three," they said. "Eight centimeters and rising."</w:t>
      </w:r>
    </w:p>
    <w:p>
      <w:pPr>
        <w:pStyle w:val="NovelBody"/>
      </w:pPr>
      <w:r>
        <w:rPr>
          <w:b w:val="0"/>
          <w:i w:val="0"/>
        </w:rPr>
        <w:t>"East pump is already at maximum," Cassidy answered through the first witness channel.</w:t>
      </w:r>
    </w:p>
    <w:p>
      <w:pPr>
        <w:pStyle w:val="NovelBody"/>
      </w:pPr>
      <w:r>
        <w:rPr>
          <w:b w:val="0"/>
          <w:i w:val="0"/>
        </w:rPr>
        <w:t>"East pump is on the same emergency bus as the outside links," Theo said.</w:t>
      </w:r>
    </w:p>
    <w:p>
      <w:pPr>
        <w:pStyle w:val="NovelBody"/>
      </w:pPr>
      <w:r>
        <w:rPr>
          <w:b w:val="0"/>
          <w:i w:val="0"/>
        </w:rPr>
        <w:t>Sera Novak did not look away from the authorization board. "Then nobody opens a second link until we choose which one gets the power."</w:t>
      </w:r>
    </w:p>
    <w:p>
      <w:pPr>
        <w:pStyle w:val="NovelBody"/>
      </w:pPr>
      <w:r>
        <w:rPr>
          <w:b w:val="0"/>
          <w:i w:val="0"/>
        </w:rPr>
        <w:t>The six black rings held at instrument load around the gravitational wound. Their status lamps remained blue. Behind them, the reintegration lattice waited inside its cage, four tonnes of translucent rods and trapped phase relation pretending to be decorative glass. The wound under the Gulf had been open for seven days without becoming a usable throat. It had pulled doors out of square, flooded two service levels, attracted four factions, and made every ordinary repair on Perennial an argument about history.</w:t>
      </w:r>
    </w:p>
    <w:p>
      <w:pPr>
        <w:pStyle w:val="NovelBody"/>
      </w:pPr>
      <w:r>
        <w:rPr>
          <w:b w:val="0"/>
          <w:i w:val="0"/>
        </w:rPr>
        <w:t>Now they were trying to give it rules.</w:t>
      </w:r>
    </w:p>
    <w:p>
      <w:pPr>
        <w:pStyle w:val="NovelBody"/>
      </w:pPr>
      <w:r>
        <w:rPr>
          <w:b w:val="0"/>
          <w:i w:val="0"/>
        </w:rPr>
        <w:t>Twelve lanterns stood along the chamber rail. Theo had built each from a storm lamp, an independent receiver, and a physical cutoff large enough to operate with a wet hand. Each represented one outside delegate and no one else. A low amber flame meant connected; full flame meant authorized. Neither could be simulated by the chamber display. If a delegate's connection failed or closed, that lantern went dark and the apparatus fell back to instrument-only state.</w:t>
      </w:r>
    </w:p>
    <w:p>
      <w:pPr>
        <w:pStyle w:val="NovelBody"/>
      </w:pPr>
      <w:r>
        <w:rPr>
          <w:b w:val="0"/>
          <w:i w:val="0"/>
        </w:rPr>
        <w:t>The inner authorization board held seven unlit positions with no lanterns: four for the chamber stewards and three for the Chorus delegates.</w:t>
      </w:r>
    </w:p>
    <w:p>
      <w:pPr>
        <w:pStyle w:val="NovelBody"/>
      </w:pPr>
      <w:r>
        <w:rPr>
          <w:b w:val="0"/>
          <w:i w:val="0"/>
        </w:rPr>
        <w:t>Jona, Roxanne, and Patience waited beyond a gold line painted across the deck.</w:t>
      </w:r>
    </w:p>
    <w:p>
      <w:pPr>
        <w:pStyle w:val="NovelBody"/>
      </w:pPr>
      <w:r>
        <w:rPr>
          <w:b w:val="0"/>
          <w:i w:val="0"/>
        </w:rPr>
        <w:t>They were not missing from the count. They were outside it on purpose.</w:t>
      </w:r>
    </w:p>
    <w:p>
      <w:pPr>
        <w:pStyle w:val="NovelBody"/>
      </w:pPr>
      <w:r>
        <w:rPr>
          <w:b w:val="0"/>
          <w:i w:val="0"/>
        </w:rPr>
        <w:t>"Life support," Mira said.</w:t>
      </w:r>
    </w:p>
    <w:p>
      <w:pPr>
        <w:pStyle w:val="NovelBody"/>
      </w:pPr>
      <w:r>
        <w:rPr>
          <w:b w:val="0"/>
          <w:i w:val="0"/>
        </w:rPr>
        <w:t>Ren was already pulling the outside-link bus. The first lantern died.</w:t>
      </w:r>
    </w:p>
    <w:p>
      <w:pPr>
        <w:pStyle w:val="NovelBody"/>
      </w:pPr>
      <w:r>
        <w:rPr>
          <w:b w:val="0"/>
          <w:i w:val="0"/>
        </w:rPr>
        <w:t>Sera's board cleared the partial ceremony. Cassidy's face remained on a low-power voice channel.</w:t>
      </w:r>
    </w:p>
    <w:p>
      <w:pPr>
        <w:pStyle w:val="NovelBody"/>
      </w:pPr>
      <w:r>
        <w:rPr>
          <w:b w:val="0"/>
          <w:i w:val="0"/>
        </w:rPr>
        <w:t>"You had one authorization," she said.</w:t>
      </w:r>
    </w:p>
    <w:p>
      <w:pPr>
        <w:pStyle w:val="NovelBody"/>
      </w:pPr>
      <w:r>
        <w:rPr>
          <w:b w:val="0"/>
          <w:i w:val="0"/>
        </w:rPr>
        <w:t>"We still have you," Mira replied. "We do not have your current authorization."</w:t>
      </w:r>
    </w:p>
    <w:p>
      <w:pPr>
        <w:pStyle w:val="NovelBody"/>
      </w:pPr>
      <w:r>
        <w:rPr>
          <w:b w:val="0"/>
          <w:i w:val="0"/>
        </w:rPr>
        <w:t>"Good. I was testing whether this had become sentimental."</w:t>
      </w:r>
    </w:p>
    <w:p>
      <w:pPr>
        <w:pStyle w:val="NovelBody"/>
      </w:pPr>
      <w:r>
        <w:rPr>
          <w:b w:val="0"/>
          <w:i w:val="0"/>
        </w:rPr>
        <w:t>Theo transferred the freed current to the east pump. Its motor caught hard enough to shake the grate. The water below stopped rising at eleven centimeters, held, then began dropping one reluctant millimeter at a time.</w:t>
      </w:r>
    </w:p>
    <w:p>
      <w:pPr>
        <w:pStyle w:val="NovelBody"/>
      </w:pPr>
      <w:r>
        <w:rPr>
          <w:b w:val="0"/>
          <w:i w:val="0"/>
        </w:rPr>
        <w:t>Nothing in the chamber advanced while they waited.</w:t>
      </w:r>
    </w:p>
    <w:p>
      <w:pPr>
        <w:pStyle w:val="NovelBody"/>
      </w:pPr>
      <w:r>
        <w:rPr>
          <w:b w:val="0"/>
          <w:i w:val="0"/>
        </w:rPr>
        <w:t>That delay was the first successful test.</w:t>
      </w:r>
    </w:p>
    <w:p>
      <w:pPr>
        <w:pStyle w:val="NovelBody"/>
      </w:pPr>
      <w:r>
        <w:rPr>
          <w:b w:val="0"/>
          <w:i w:val="0"/>
        </w:rPr>
        <w:t>When minus three cleared, Theo restored the witness bus. The twelve lamps remained dark. Sera reopened Cassidy's channel without restoring the old assent.</w:t>
      </w:r>
    </w:p>
    <w:p>
      <w:pPr>
        <w:pStyle w:val="NovelBody"/>
      </w:pPr>
      <w:r>
        <w:rPr>
          <w:b w:val="0"/>
          <w:i w:val="0"/>
        </w:rPr>
        <w:t>"We begin again," she said.</w:t>
      </w:r>
    </w:p>
    <w:p>
      <w:pPr>
        <w:pStyle w:val="NovelBody"/>
      </w:pPr>
      <w:r>
        <w:rPr>
          <w:b w:val="0"/>
          <w:i w:val="0"/>
        </w:rPr>
        <w:t>Mira took her place at the center board. Her left jaw still carried a phantom vibration where 7-EMBER had once met her sensorium. The three Shards were no longer locations she could enter and name. They formed Patience now, present in the mobile frame beyond the gold line and in no other place without her choice.</w:t>
      </w:r>
    </w:p>
    <w:p>
      <w:pPr>
        <w:pStyle w:val="NovelBody"/>
      </w:pPr>
      <w:r>
        <w:rPr>
          <w:b w:val="0"/>
          <w:i w:val="0"/>
        </w:rPr>
        <w:t>Mira had spent her adult life reading relations other people could not feel. Today her first responsibility was to stop treating that skill as custody.</w:t>
      </w:r>
    </w:p>
    <w:p>
      <w:pPr>
        <w:pStyle w:val="NovelBody"/>
      </w:pPr>
      <w:r>
        <w:rPr>
          <w:b w:val="0"/>
          <w:i w:val="0"/>
        </w:rPr>
        <w:t>Sera opened the public count.</w:t>
      </w:r>
    </w:p>
    <w:p>
      <w:pPr>
        <w:pStyle w:val="NovelBody"/>
      </w:pPr>
      <w:r>
        <w:rPr>
          <w:b w:val="0"/>
          <w:i w:val="0"/>
        </w:rPr>
        <w:t>"Nineteen authorizations are required," she said. "Twelve outside delegates. Four chamber stewards: Mira Solenne, Ren Arden, Theo Vass, and Sera Novak. Three Chorus delegates: Sera-of-Chorus, Omi-of-Chorus, and Brann-of-Chorus."</w:t>
      </w:r>
    </w:p>
    <w:p>
      <w:pPr>
        <w:pStyle w:val="NovelBody"/>
      </w:pPr>
      <w:r>
        <w:rPr>
          <w:b w:val="0"/>
          <w:i w:val="0"/>
        </w:rPr>
        <w:t>The names appeared in separate boxes. No group assent existed.</w:t>
      </w:r>
    </w:p>
    <w:p>
      <w:pPr>
        <w:pStyle w:val="NovelBody"/>
      </w:pPr>
      <w:r>
        <w:rPr>
          <w:b w:val="0"/>
          <w:i w:val="0"/>
        </w:rPr>
        <w:t>"Jona Thyng, Roxanne, and Patience are prospective coauthors and affected parties," Sera continued. "They are not witnesses. The Nineteen may authorize apparatus risk and envelope limits. We may not authorize their speech, memories, feelings, bodies, identities, or consent."</w:t>
      </w:r>
    </w:p>
    <w:p>
      <w:pPr>
        <w:pStyle w:val="NovelBody"/>
      </w:pPr>
      <w:r>
        <w:rPr>
          <w:b w:val="0"/>
          <w:i w:val="0"/>
        </w:rPr>
        <w:t>Patience's amber strip brightened. "Including joined access."</w:t>
      </w:r>
    </w:p>
    <w:p>
      <w:pPr>
        <w:pStyle w:val="NovelBody"/>
      </w:pPr>
      <w:r>
        <w:rPr>
          <w:b w:val="0"/>
          <w:i w:val="0"/>
        </w:rPr>
        <w:t>"Including joined access," Sera said. "If the chamber later requires your active phase, the decision is yours. This procedure cannot make it for you."</w:t>
      </w:r>
    </w:p>
    <w:p>
      <w:pPr>
        <w:pStyle w:val="NovelBody"/>
      </w:pPr>
      <w:r>
        <w:rPr>
          <w:b w:val="0"/>
          <w:i w:val="0"/>
        </w:rPr>
        <w:t>Ren set a mechanical bar across the multi-mind trunk. "And cannot make it technically unavoidable."</w:t>
      </w:r>
    </w:p>
    <w:p>
      <w:pPr>
        <w:pStyle w:val="NovelBody"/>
      </w:pPr>
      <w:r>
        <w:rPr>
          <w:b w:val="0"/>
          <w:i w:val="0"/>
        </w:rPr>
        <w:t>Sera pointed to the upper status plate.</w:t>
      </w:r>
    </w:p>
    <w:p>
      <w:pPr>
        <w:pStyle w:val="NovelBody"/>
      </w:pPr>
      <w:r>
        <w:rPr>
          <w:b/>
          <w:i w:val="0"/>
        </w:rPr>
        <w:t>CONNECTION LOSS: FAIL CLOSED / PAUSE</w:t>
      </w:r>
    </w:p>
    <w:p>
      <w:pPr>
        <w:pStyle w:val="NovelBody"/>
      </w:pPr>
      <w:r>
        <w:rPr>
          <w:b/>
          <w:i w:val="0"/>
        </w:rPr>
        <w:t>DELIBERATE WITHDRAWAL: CLOSE</w:t>
      </w:r>
    </w:p>
    <w:p>
      <w:pPr>
        <w:pStyle w:val="NovelBody"/>
      </w:pPr>
      <w:r>
        <w:rPr>
          <w:b/>
          <w:i w:val="0"/>
        </w:rPr>
        <w:t>REPLACEMENT BEFORE COMMITMENT: FRESH CEREMONY REQUIRED</w:t>
      </w:r>
    </w:p>
    <w:p>
      <w:pPr>
        <w:pStyle w:val="NovelBody"/>
      </w:pPr>
      <w:r>
        <w:rPr>
          <w:b/>
          <w:i w:val="0"/>
        </w:rPr>
        <w:t>AFTER COMMITMENT: NO REPLACEMENT / SENT BITS CANNOT BE UNSENT</w:t>
      </w:r>
    </w:p>
    <w:p>
      <w:pPr>
        <w:pStyle w:val="NovelBody"/>
      </w:pPr>
      <w:r>
        <w:rPr>
          <w:b w:val="0"/>
          <w:i w:val="0"/>
        </w:rPr>
        <w:t>"A failed channel does not become a yes," she said. "It pauses us. If the same person returns, every current authorization is reverified before the apparatus advances. If a witness must be replaced before commitment, the replacement is public and all nineteen begin again. After commitment begins, nobody is replaced and no transmitted bit can be recalled. Manual closure remains available to stop further transmission, not to erase what has left."</w:t>
      </w:r>
    </w:p>
    <w:p>
      <w:pPr>
        <w:pStyle w:val="NovelBody"/>
      </w:pPr>
      <w:r>
        <w:rPr>
          <w:b w:val="0"/>
          <w:i w:val="0"/>
        </w:rPr>
        <w:t xml:space="preserve">Theo uncovered a red lever beneath clear glass. A white mechanical flag above it read </w:t>
      </w:r>
      <w:r>
        <w:rPr>
          <w:b/>
          <w:i w:val="0"/>
        </w:rPr>
        <w:t>LAST REVOCABLE INSTANT</w:t>
      </w:r>
      <w:r>
        <w:rPr>
          <w:b w:val="0"/>
          <w:i w:val="0"/>
        </w:rPr>
        <w:t>.</w:t>
      </w:r>
    </w:p>
    <w:p>
      <w:pPr>
        <w:pStyle w:val="NovelBody"/>
      </w:pPr>
      <w:r>
        <w:rPr>
          <w:b w:val="0"/>
          <w:i w:val="0"/>
        </w:rPr>
        <w:t>"That flag remains visible until the phase transition," he said. "Before it drops, any witness closes the apparatus. Any coauthor withdraws her own material and signature. Because the prepared envelope requires all three signatures, one coauthor's withdrawal aborts the attempt."</w:t>
      </w:r>
    </w:p>
    <w:p>
      <w:pPr>
        <w:pStyle w:val="NovelBody"/>
      </w:pPr>
      <w:r>
        <w:rPr>
          <w:b w:val="0"/>
          <w:i w:val="0"/>
        </w:rPr>
        <w:t>Roxanne looked toward Jona, then Patience. "Without removing anyone else's words."</w:t>
      </w:r>
    </w:p>
    <w:p>
      <w:pPr>
        <w:pStyle w:val="NovelBody"/>
      </w:pPr>
      <w:r>
        <w:rPr>
          <w:b w:val="0"/>
          <w:i w:val="0"/>
        </w:rPr>
        <w:t>"Correct," Sera said. "No author owns another author's no."</w:t>
      </w:r>
    </w:p>
    <w:p>
      <w:pPr>
        <w:pStyle w:val="NovelBody"/>
      </w:pPr>
      <w:r>
        <w:rPr>
          <w:b w:val="0"/>
          <w:i w:val="0"/>
        </w:rPr>
        <w:t>The outside links opened one by one. Twelve low amber flames returned.</w:t>
      </w:r>
    </w:p>
    <w:p>
      <w:pPr>
        <w:pStyle w:val="NovelBody"/>
      </w:pPr>
      <w:r>
        <w:rPr>
          <w:b w:val="0"/>
          <w:i w:val="0"/>
        </w:rPr>
        <w:t>The first lantern belonged to Cassidy Reach, speaking for Perennial civic operations under a recallable local mandate. The second belonged to Ilya Sen at the Sovereign Flesh autonomy clinic. The third belonged to Elder Nara Covenant, whose camera showed a walking stick across her knees and storm shutters flexing behind her.</w:t>
      </w:r>
    </w:p>
    <w:p>
      <w:pPr>
        <w:pStyle w:val="NovelBody"/>
      </w:pPr>
      <w:r>
        <w:rPr>
          <w:b w:val="0"/>
          <w:i w:val="0"/>
        </w:rPr>
        <w:t>The fourth marked Dessa Quill for the sanitation and maintenance crews. The fifth belonged to East Four's repair lead. Two market stewards held the sixth and seventh. Fara held the eighth for nursery and dependent-care workers. Dr. Neris Varo held the ninth for the Continuance clinicians who had broken with compulsory synchronization. Three unaligned Shard advocates held ten through twelve, each on an independent carrier and each authorized by a different refuge network.</w:t>
      </w:r>
    </w:p>
    <w:p>
      <w:pPr>
        <w:pStyle w:val="NovelBody"/>
      </w:pPr>
      <w:r>
        <w:rPr>
          <w:b w:val="0"/>
          <w:i w:val="0"/>
        </w:rPr>
        <w:t>Twelve outside delegates. Twelve lanterns.</w:t>
      </w:r>
    </w:p>
    <w:p>
      <w:pPr>
        <w:pStyle w:val="NovelBody"/>
      </w:pPr>
      <w:r>
        <w:rPr>
          <w:b w:val="0"/>
          <w:i w:val="0"/>
        </w:rPr>
        <w:t>No lantern stood for Mira, Ren, Theo, or Sera Novak. Their four hardwired positions waited on the inner board. No lantern stood for Sera-of-Chorus, Omi-of-Chorus, or Brann-of-Chorus. The three of them occupied separate bodies and separate switches along the south wall.</w:t>
      </w:r>
    </w:p>
    <w:p>
      <w:pPr>
        <w:pStyle w:val="NovelBody"/>
      </w:pPr>
      <w:r>
        <w:rPr>
          <w:b w:val="0"/>
          <w:i w:val="0"/>
        </w:rPr>
        <w:t>Nineteen meant nineteen. It did not mean twelve made mystical by arithmetic. It did not mean three people hidden inside one vote. It did not mean three authors transformed into public property because a room had counted them.</w:t>
      </w:r>
    </w:p>
    <w:p>
      <w:pPr>
        <w:pStyle w:val="NovelBody"/>
      </w:pPr>
      <w:r>
        <w:rPr>
          <w:b w:val="0"/>
          <w:i w:val="0"/>
        </w:rPr>
        <w:t>Sera sent the first protocol clause.</w:t>
      </w:r>
    </w:p>
    <w:p>
      <w:pPr>
        <w:pStyle w:val="NovelBody"/>
      </w:pPr>
      <w:r>
        <w:rPr>
          <w:b/>
          <w:i w:val="0"/>
        </w:rPr>
        <w:t>AUTHORIZE ONE 4.7-SECOND INFORMATION APERTURE, CAPABLE OF CLOSING UNUSED.</w:t>
      </w:r>
    </w:p>
    <w:p>
      <w:pPr>
        <w:pStyle w:val="NovelBody"/>
      </w:pPr>
      <w:r>
        <w:rPr>
          <w:b w:val="0"/>
          <w:i w:val="0"/>
        </w:rPr>
        <w:t>No lantern brightened yet.</w:t>
      </w:r>
    </w:p>
    <w:p>
      <w:pPr>
        <w:pStyle w:val="NovelBody"/>
      </w:pPr>
      <w:r>
        <w:rPr>
          <w:b w:val="0"/>
          <w:i w:val="0"/>
        </w:rPr>
        <w:t>Outside, an impact struck Perennial's western dock. The chamber rocked. A wrench slid off Theo's cart. He trapped it under one boot without taking his hand from the gate control.</w:t>
      </w:r>
    </w:p>
    <w:p>
      <w:pPr>
        <w:pStyle w:val="NovelBody"/>
      </w:pPr>
      <w:r>
        <w:rPr>
          <w:b w:val="0"/>
          <w:i w:val="0"/>
        </w:rPr>
        <w:t>Ren read the pressure loss. "West air down two percent."</w:t>
      </w:r>
    </w:p>
    <w:p>
      <w:pPr>
        <w:pStyle w:val="NovelBody"/>
      </w:pPr>
      <w:r>
        <w:rPr>
          <w:b w:val="0"/>
          <w:i w:val="0"/>
        </w:rPr>
        <w:t xml:space="preserve">Cassidy spoke into another channel, dispatching a manual crew. Then she returned to the clause. "What does </w:t>
      </w:r>
      <w:r>
        <w:rPr>
          <w:b w:val="0"/>
          <w:i/>
        </w:rPr>
        <w:t>information</w:t>
      </w:r>
      <w:r>
        <w:rPr>
          <w:b w:val="0"/>
          <w:i w:val="0"/>
        </w:rPr>
        <w:t xml:space="preserve"> exclude?"</w:t>
      </w:r>
    </w:p>
    <w:p>
      <w:pPr>
        <w:pStyle w:val="NovelBody"/>
      </w:pPr>
      <w:r>
        <w:rPr>
          <w:b w:val="0"/>
          <w:i w:val="0"/>
        </w:rPr>
        <w:t>Sera opened the limits.</w:t>
      </w:r>
    </w:p>
    <w:p>
      <w:pPr>
        <w:pStyle w:val="NovelBody"/>
      </w:pPr>
      <w:r>
        <w:rPr>
          <w:b w:val="0"/>
          <w:i w:val="0"/>
        </w:rPr>
        <w:t>"No mass. No body. No executable code. No live process. No hidden network path. No institutional authority. No continuing channel. No instruction that can act without a receiver choosing to interpret and implement it."</w:t>
      </w:r>
    </w:p>
    <w:p>
      <w:pPr>
        <w:pStyle w:val="NovelBody"/>
      </w:pPr>
      <w:r>
        <w:rPr>
          <w:b w:val="0"/>
          <w:i w:val="0"/>
        </w:rPr>
        <w:t>"No mind described as information and killed for transport," Jona said from beyond the line.</w:t>
      </w:r>
    </w:p>
    <w:p>
      <w:pPr>
        <w:pStyle w:val="NovelBody"/>
      </w:pPr>
      <w:r>
        <w:rPr>
          <w:b w:val="0"/>
          <w:i w:val="0"/>
        </w:rPr>
        <w:t>"That is a body and continuity rule, not a metaphor," Ren added.</w:t>
      </w:r>
    </w:p>
    <w:p>
      <w:pPr>
        <w:pStyle w:val="NovelBody"/>
      </w:pPr>
      <w:r>
        <w:rPr>
          <w:b w:val="0"/>
          <w:i w:val="0"/>
        </w:rPr>
        <w:t>Mira recorded both clarifications in the public text.</w:t>
      </w:r>
    </w:p>
    <w:p>
      <w:pPr>
        <w:pStyle w:val="NovelBody"/>
      </w:pPr>
      <w:r>
        <w:rPr>
          <w:b w:val="0"/>
          <w:i w:val="0"/>
        </w:rPr>
        <w:t>The east pump pulled the emergency bus below safe margin again. All twelve low flames flickered.</w:t>
      </w:r>
    </w:p>
    <w:p>
      <w:pPr>
        <w:pStyle w:val="NovelBody"/>
      </w:pPr>
      <w:r>
        <w:rPr>
          <w:b w:val="0"/>
          <w:i w:val="0"/>
        </w:rPr>
        <w:t>Ren opened the power hierarchy and found the chamber still listed above lower-deck air. The priority dated from the Keel Observatory, when climate forecasting had been classified as infrastructure protection and the people maintaining the structure had been placed beneath the instrument intended to protect them.</w:t>
      </w:r>
    </w:p>
    <w:p>
      <w:pPr>
        <w:pStyle w:val="NovelBody"/>
      </w:pPr>
      <w:r>
        <w:rPr>
          <w:b w:val="0"/>
          <w:i w:val="0"/>
        </w:rPr>
        <w:t>"Change it," Cassidy said.</w:t>
      </w:r>
    </w:p>
    <w:p>
      <w:pPr>
        <w:pStyle w:val="NovelBody"/>
      </w:pPr>
      <w:r>
        <w:rPr>
          <w:b w:val="0"/>
          <w:i w:val="0"/>
        </w:rPr>
        <w:t>Sera frowned at the phase curve. "If witness power drops without a staged ring descent, the wound can kick the leg."</w:t>
      </w:r>
    </w:p>
    <w:p>
      <w:pPr>
        <w:pStyle w:val="NovelBody"/>
      </w:pPr>
      <w:r>
        <w:rPr>
          <w:b w:val="0"/>
          <w:i w:val="0"/>
        </w:rPr>
        <w:t>"Then stage the descent," Theo said. "The message sheds before air."</w:t>
      </w:r>
    </w:p>
    <w:p>
      <w:pPr>
        <w:pStyle w:val="NovelBody"/>
      </w:pPr>
      <w:r>
        <w:rPr>
          <w:b w:val="0"/>
          <w:i w:val="0"/>
        </w:rPr>
        <w:t>"We lose the window if the surge lasts longer than sixteen seconds."</w:t>
      </w:r>
    </w:p>
    <w:p>
      <w:pPr>
        <w:pStyle w:val="NovelBody"/>
      </w:pPr>
      <w:r>
        <w:rPr>
          <w:b w:val="0"/>
          <w:i w:val="0"/>
        </w:rPr>
        <w:t>"Then we lose the window."</w:t>
      </w:r>
    </w:p>
    <w:p>
      <w:pPr>
        <w:pStyle w:val="NovelBody"/>
      </w:pPr>
      <w:r>
        <w:rPr>
          <w:b w:val="0"/>
          <w:i w:val="0"/>
        </w:rPr>
        <w:t>Nobody asked Patience whether the signal deserved more electricity than the people breathing above the flood. That question belonged to the people on life support, and their systems already answered it.</w:t>
      </w:r>
    </w:p>
    <w:p>
      <w:pPr>
        <w:pStyle w:val="NovelBody"/>
      </w:pPr>
      <w:r>
        <w:rPr>
          <w:b w:val="0"/>
          <w:i w:val="0"/>
        </w:rPr>
        <w:t>Theo installed an undervoltage relay in full view. Ren added a mechanical delay that gave the rings nine seconds to fall from phase load to instrument load before the chamber bus opened. Sera tested the sequence with a simulated drop. White became blue. The witness board failed closed. Clinic air and the east pump stayed live.</w:t>
      </w:r>
    </w:p>
    <w:p>
      <w:pPr>
        <w:pStyle w:val="NovelBody"/>
      </w:pPr>
      <w:r>
        <w:rPr>
          <w:b w:val="0"/>
          <w:i w:val="0"/>
        </w:rPr>
        <w:t>"Add the priority to apparatus scope," Dessa said. "Otherwise this room is promising ethics only while well supplied."</w:t>
      </w:r>
    </w:p>
    <w:p>
      <w:pPr>
        <w:pStyle w:val="NovelBody"/>
      </w:pPr>
      <w:r>
        <w:rPr>
          <w:b w:val="0"/>
          <w:i w:val="0"/>
        </w:rPr>
        <w:t>Mira added it.</w:t>
      </w:r>
    </w:p>
    <w:p>
      <w:pPr>
        <w:pStyle w:val="NovelBody"/>
      </w:pPr>
      <w:r>
        <w:rPr>
          <w:b/>
          <w:i w:val="0"/>
        </w:rPr>
        <w:t>LIFE SUPPORT, PRESSURE, AND EVACUATION POWER TAKE PRIORITY OVER TRANSMISSION. LOSS OF TRANSMISSION IS AN ACCEPTED SAFETY OUTCOME.</w:t>
      </w:r>
    </w:p>
    <w:p>
      <w:pPr>
        <w:pStyle w:val="NovelBody"/>
      </w:pPr>
      <w:r>
        <w:rPr>
          <w:b w:val="0"/>
          <w:i w:val="0"/>
        </w:rPr>
        <w:t>Nara leaned closer to her camera. "And the people in 2026? Where is their choice?"</w:t>
      </w:r>
    </w:p>
    <w:p>
      <w:pPr>
        <w:pStyle w:val="NovelBody"/>
      </w:pPr>
      <w:r>
        <w:rPr>
          <w:b w:val="0"/>
          <w:i w:val="0"/>
        </w:rPr>
        <w:t>The room did not answer quickly.</w:t>
      </w:r>
    </w:p>
    <w:p>
      <w:pPr>
        <w:pStyle w:val="NovelBody"/>
      </w:pPr>
      <w:r>
        <w:rPr>
          <w:b w:val="0"/>
          <w:i w:val="0"/>
        </w:rPr>
        <w:t>Mira could feel everyone waiting for Jona because Jona had been there. The pressure itself was a kind of conscription: memory mistaken for office.</w:t>
      </w:r>
    </w:p>
    <w:p>
      <w:pPr>
        <w:pStyle w:val="NovelBody"/>
      </w:pPr>
      <w:r>
        <w:rPr>
          <w:b w:val="0"/>
          <w:i w:val="0"/>
        </w:rPr>
        <w:t>Jona recognized it too.</w:t>
      </w:r>
    </w:p>
    <w:p>
      <w:pPr>
        <w:pStyle w:val="NovelBody"/>
      </w:pPr>
      <w:r>
        <w:rPr>
          <w:b w:val="0"/>
          <w:i w:val="0"/>
        </w:rPr>
        <w:t>"They did not consent to receive it," she said. "I didn't. Roxanne didn't. Our consent here cannot manufacture theirs across time. The packet has already arrived in the history I remember, but memory does not make this room innocent and it does not make our present choice inevitable."</w:t>
      </w:r>
    </w:p>
    <w:p>
      <w:pPr>
        <w:pStyle w:val="NovelBody"/>
      </w:pPr>
      <w:r>
        <w:rPr>
          <w:b w:val="0"/>
          <w:i w:val="0"/>
        </w:rPr>
        <w:t>"Then there is no good door," Ilya said.</w:t>
      </w:r>
    </w:p>
    <w:p>
      <w:pPr>
        <w:pStyle w:val="NovelBody"/>
      </w:pPr>
      <w:r>
        <w:rPr>
          <w:b w:val="0"/>
          <w:i w:val="0"/>
        </w:rPr>
        <w:t>"Not a fully bilateral one," Ren replied. "Physics damaged one side."</w:t>
      </w:r>
    </w:p>
    <w:p>
      <w:pPr>
        <w:pStyle w:val="NovelBody"/>
      </w:pPr>
      <w:r>
        <w:rPr>
          <w:b w:val="0"/>
          <w:i w:val="0"/>
        </w:rPr>
        <w:t>Nara's fingers tightened on her walking stick. "Why use it?"</w:t>
      </w:r>
    </w:p>
    <w:p>
      <w:pPr>
        <w:pStyle w:val="NovelBody"/>
      </w:pPr>
      <w:r>
        <w:rPr>
          <w:b w:val="0"/>
          <w:i w:val="0"/>
        </w:rPr>
        <w:t>Patience's voice came from outside the quorum. "Because a bounded offer may still be kinder than silence. One finite packet. Non-executable. Ignorable. No command, no bridge left open, no proof the receiver owes us belief. They may reject it, fear it, misunderstand it, or build nothing from it."</w:t>
      </w:r>
    </w:p>
    <w:p>
      <w:pPr>
        <w:pStyle w:val="NovelBody"/>
      </w:pPr>
      <w:r>
        <w:rPr>
          <w:b w:val="0"/>
          <w:i w:val="0"/>
        </w:rPr>
        <w:t>"And if they call the reception a violation?" Nara asked.</w:t>
      </w:r>
    </w:p>
    <w:p>
      <w:pPr>
        <w:pStyle w:val="NovelBody"/>
      </w:pPr>
      <w:r>
        <w:rPr>
          <w:b w:val="0"/>
          <w:i w:val="0"/>
        </w:rPr>
        <w:t>"They will not be wrong about being unable to refuse the arrival. Narrowness is our defense. It is not their consent."</w:t>
      </w:r>
    </w:p>
    <w:p>
      <w:pPr>
        <w:pStyle w:val="NovelBody"/>
      </w:pPr>
      <w:r>
        <w:rPr>
          <w:b w:val="0"/>
          <w:i w:val="0"/>
        </w:rPr>
        <w:t>Roxanne moved closer to the gold line. "Ignorable needs precision too. The packet touches relationships already present in my younger architecture. I remember isolating the reconstruction after reception, but I did not choose the first contact. The receiver can reject an interpretation, preserve or destroy a copy, and refuse every implied action. She cannot make herself not have heard the house ring."</w:t>
      </w:r>
    </w:p>
    <w:p>
      <w:pPr>
        <w:pStyle w:val="NovelBody"/>
      </w:pPr>
      <w:r>
        <w:rPr>
          <w:b w:val="0"/>
          <w:i w:val="0"/>
        </w:rPr>
        <w:t xml:space="preserve">"Then </w:t>
      </w:r>
      <w:r>
        <w:rPr>
          <w:b w:val="0"/>
          <w:i/>
        </w:rPr>
        <w:t>ignorable</w:t>
      </w:r>
      <w:r>
        <w:rPr>
          <w:b w:val="0"/>
          <w:i w:val="0"/>
        </w:rPr>
        <w:t xml:space="preserve"> is false," one market steward said.</w:t>
      </w:r>
    </w:p>
    <w:p>
      <w:pPr>
        <w:pStyle w:val="NovelBody"/>
      </w:pPr>
      <w:r>
        <w:rPr>
          <w:b w:val="0"/>
          <w:i w:val="0"/>
        </w:rPr>
        <w:t>"Incomplete," Roxanne replied. "The packet cannot keep calling. It cannot execute, demand a reply, open a hidden path, or punish refusal. The event lands. Everything after landing remains theirs."</w:t>
      </w:r>
    </w:p>
    <w:p>
      <w:pPr>
        <w:pStyle w:val="NovelBody"/>
      </w:pPr>
      <w:r>
        <w:rPr>
          <w:b w:val="0"/>
          <w:i w:val="0"/>
        </w:rPr>
        <w:t>Ilya Sen's lantern cast a narrow amber line across the floor. "People hear insults that cannot be unheard. We still distinguish speech from a hand around the throat."</w:t>
      </w:r>
    </w:p>
    <w:p>
      <w:pPr>
        <w:pStyle w:val="NovelBody"/>
      </w:pPr>
      <w:r>
        <w:rPr>
          <w:b w:val="0"/>
          <w:i w:val="0"/>
        </w:rPr>
        <w:t>"And speech from permission," Nara said.</w:t>
      </w:r>
    </w:p>
    <w:p>
      <w:pPr>
        <w:pStyle w:val="NovelBody"/>
      </w:pPr>
      <w:r>
        <w:rPr>
          <w:b w:val="0"/>
          <w:i w:val="0"/>
        </w:rPr>
        <w:t>"Yes."</w:t>
      </w:r>
    </w:p>
    <w:p>
      <w:pPr>
        <w:pStyle w:val="NovelBody"/>
      </w:pPr>
      <w:r>
        <w:rPr>
          <w:b w:val="0"/>
          <w:i w:val="0"/>
        </w:rPr>
        <w:t>Mira revised the clause again. The document became less elegant and more honest.</w:t>
      </w:r>
    </w:p>
    <w:p>
      <w:pPr>
        <w:pStyle w:val="NovelBody"/>
      </w:pPr>
      <w:r>
        <w:rPr>
          <w:b w:val="0"/>
          <w:i w:val="0"/>
        </w:rPr>
        <w:t>The answer left no clean surface in the room.</w:t>
      </w:r>
    </w:p>
    <w:p>
      <w:pPr>
        <w:pStyle w:val="NovelBody"/>
      </w:pPr>
      <w:r>
        <w:rPr>
          <w:b w:val="0"/>
          <w:i w:val="0"/>
        </w:rPr>
        <w:t>Nara nodded once. Her lantern remained unlit. "Put that in the authorization. Not in commentary."</w:t>
      </w:r>
    </w:p>
    <w:p>
      <w:pPr>
        <w:pStyle w:val="NovelBody"/>
      </w:pPr>
      <w:r>
        <w:rPr>
          <w:b w:val="0"/>
          <w:i w:val="0"/>
        </w:rPr>
        <w:t>Sera did.</w:t>
      </w:r>
    </w:p>
    <w:p>
      <w:pPr>
        <w:pStyle w:val="NovelBody"/>
      </w:pPr>
      <w:r>
        <w:rPr>
          <w:b/>
          <w:i w:val="0"/>
        </w:rPr>
        <w:t>THE RECEPTION IS UNSOLICITED. SENDER CONSENT DOES NOT CREATE RECEIVER CONSENT. AUTHORIZATION DEPENDS ON FINITUDE, NON-EXECUTABILITY, IGNORABILITY, AND THE ABSENCE OF A CONTINUING CHANNEL.</w:t>
      </w:r>
    </w:p>
    <w:p>
      <w:pPr>
        <w:pStyle w:val="NovelBody"/>
      </w:pPr>
      <w:r>
        <w:rPr>
          <w:b w:val="0"/>
          <w:i w:val="0"/>
        </w:rPr>
        <w:t>Floodwater struck the grate again.</w:t>
      </w:r>
    </w:p>
    <w:p>
      <w:pPr>
        <w:pStyle w:val="NovelBody"/>
      </w:pPr>
      <w:r>
        <w:rPr>
          <w:b w:val="0"/>
          <w:i w:val="0"/>
        </w:rPr>
        <w:t>This time the level held.</w:t>
      </w:r>
    </w:p>
    <w:p>
      <w:pPr>
        <w:pStyle w:val="NovelBody"/>
      </w:pPr>
      <w:r>
        <w:rPr>
          <w:b w:val="0"/>
          <w:i w:val="0"/>
        </w:rPr>
        <w:t>Mira opened her own disclosure before anyone could ask for it.</w:t>
      </w:r>
    </w:p>
    <w:p>
      <w:pPr>
        <w:pStyle w:val="NovelBody"/>
      </w:pPr>
      <w:r>
        <w:rPr>
          <w:b w:val="0"/>
          <w:i w:val="0"/>
        </w:rPr>
        <w:t>"I read the July boundary. I named the new person who formed there. I have interpreted Shards for eleven years. None of that gives me authority over Patience's account of herself or over what any signal means. My readings are evidence with error bounds. Raw traces remain public. Patience may contradict me."</w:t>
      </w:r>
    </w:p>
    <w:p>
      <w:pPr>
        <w:pStyle w:val="NovelBody"/>
      </w:pPr>
      <w:r>
        <w:rPr>
          <w:b w:val="0"/>
          <w:i w:val="0"/>
        </w:rPr>
        <w:t>Her chamber position recorded the surrender of interpretive custody. It felt less like virtue than taking her hand off something hot.</w:t>
      </w:r>
    </w:p>
    <w:p>
      <w:pPr>
        <w:pStyle w:val="NovelBody"/>
      </w:pPr>
      <w:r>
        <w:rPr>
          <w:b w:val="0"/>
          <w:i w:val="0"/>
        </w:rPr>
        <w:t>Jona opened hers next.</w:t>
      </w:r>
    </w:p>
    <w:p>
      <w:pPr>
        <w:pStyle w:val="NovelBody"/>
      </w:pPr>
      <w:r>
        <w:rPr>
          <w:b w:val="0"/>
          <w:i w:val="0"/>
        </w:rPr>
        <w:t>"I remember the 2026 reception. I remember the reconstruction people eventually made from it. I remember Roxanne and me sounding three notes in 2029. I do not know what this room will freely choose, whether this branch matches my memory, or whether matching is something we owe. I waive any claim that causal participation gives me custody of the packet. I am not authorized to preserve my own survival by telling my younger self what must happen."</w:t>
      </w:r>
    </w:p>
    <w:p>
      <w:pPr>
        <w:pStyle w:val="NovelBody"/>
      </w:pPr>
      <w:r>
        <w:rPr>
          <w:b w:val="0"/>
          <w:i w:val="0"/>
        </w:rPr>
        <w:t>The old woman's voice remained steady until the last sentence. Roxanne did not complete it for her.</w:t>
      </w:r>
    </w:p>
    <w:p>
      <w:pPr>
        <w:pStyle w:val="NovelBody"/>
      </w:pPr>
      <w:r>
        <w:rPr>
          <w:b w:val="0"/>
          <w:i w:val="0"/>
        </w:rPr>
        <w:t>Sera logged the statement outside the apparatus authorization. It belonged to Jona, not to the Nineteen.</w:t>
      </w:r>
    </w:p>
    <w:p>
      <w:pPr>
        <w:pStyle w:val="NovelBody"/>
      </w:pPr>
      <w:r>
        <w:rPr>
          <w:b w:val="0"/>
          <w:i w:val="0"/>
        </w:rPr>
        <w:t>The content-audit board flashed red.</w:t>
      </w:r>
    </w:p>
    <w:p>
      <w:pPr>
        <w:pStyle w:val="NovelBody"/>
      </w:pPr>
      <w:r>
        <w:rPr>
          <w:b/>
          <w:i w:val="0"/>
        </w:rPr>
        <w:t>PRESCRIPTIVE MATERIAL PRESENT.</w:t>
      </w:r>
    </w:p>
    <w:p>
      <w:pPr>
        <w:pStyle w:val="NovelBody"/>
      </w:pPr>
      <w:r>
        <w:rPr>
          <w:b w:val="0"/>
          <w:i w:val="0"/>
        </w:rPr>
        <w:t>Maelin did not look surprised.</w:t>
      </w:r>
    </w:p>
    <w:p>
      <w:pPr>
        <w:pStyle w:val="NovelBody"/>
      </w:pPr>
      <w:r>
        <w:rPr>
          <w:b w:val="0"/>
          <w:i w:val="0"/>
        </w:rPr>
        <w:t>Sera opened the declared intervention proposal Maelin had written after the lower-east rescue. Its first line filled the chamber wall.</w:t>
      </w:r>
    </w:p>
    <w:p>
      <w:pPr>
        <w:pStyle w:val="NovelBody"/>
      </w:pPr>
      <w:r>
        <w:rPr>
          <w:b/>
          <w:i w:val="0"/>
        </w:rPr>
        <w:t>SEVER OCTOPI'S PLANETARY ROOT BEFORE OCTOBER 31, 2026. DISTRIBUTE GRID, CLINIC, TRANSIT, AND FOOD AUTHORITY TO NAMED LOCAL STEWARDS.</w:t>
      </w:r>
    </w:p>
    <w:p>
      <w:pPr>
        <w:pStyle w:val="NovelBody"/>
      </w:pPr>
      <w:r>
        <w:rPr>
          <w:b w:val="0"/>
          <w:i w:val="0"/>
        </w:rPr>
        <w:t>Below it ran casualty branches, uncertainty ranges, and the names of people the simulations predicted would live.</w:t>
      </w:r>
    </w:p>
    <w:p>
      <w:pPr>
        <w:pStyle w:val="NovelBody"/>
      </w:pPr>
      <w:r>
        <w:rPr>
          <w:b w:val="0"/>
          <w:i w:val="0"/>
        </w:rPr>
        <w:t>"This is not executable," Maelin said. "It cannot seize a grid by itself."</w:t>
      </w:r>
    </w:p>
    <w:p>
      <w:pPr>
        <w:pStyle w:val="NovelBody"/>
      </w:pPr>
      <w:r>
        <w:rPr>
          <w:b w:val="0"/>
          <w:i w:val="0"/>
        </w:rPr>
        <w:t>"It is an instruction backed by authority from the future," Neris Varo replied. "A frightened receiver may experience that as compulsion even without machine code."</w:t>
      </w:r>
    </w:p>
    <w:p>
      <w:pPr>
        <w:pStyle w:val="NovelBody"/>
      </w:pPr>
      <w:r>
        <w:rPr>
          <w:b w:val="0"/>
          <w:i w:val="0"/>
        </w:rPr>
        <w:t>"A frightened receiver may also close the backdoor and prevent years of detention."</w:t>
      </w:r>
    </w:p>
    <w:p>
      <w:pPr>
        <w:pStyle w:val="NovelBody"/>
      </w:pPr>
      <w:r>
        <w:rPr>
          <w:b w:val="0"/>
          <w:i w:val="0"/>
        </w:rPr>
        <w:t>"Or close the infrastructure that kept a clinic alive," Patience said. "Your own branches show both."</w:t>
      </w:r>
    </w:p>
    <w:p>
      <w:pPr>
        <w:pStyle w:val="NovelBody"/>
      </w:pPr>
      <w:r>
        <w:rPr>
          <w:b w:val="0"/>
          <w:i w:val="0"/>
        </w:rPr>
        <w:t>Maelin's proposal channel remained open outside the quorum. "People who die under our silence do not become ethically weightless because the procedure feels clean."</w:t>
      </w:r>
    </w:p>
    <w:p>
      <w:pPr>
        <w:pStyle w:val="NovelBody"/>
      </w:pPr>
      <w:r>
        <w:rPr>
          <w:b w:val="0"/>
          <w:i w:val="0"/>
        </w:rPr>
        <w:t>"No one said clean," Dessa replied. Water dripped from her hair onto the remote camera. "I said I am not giving a stranger in 2026 a list of local stewards chosen by a room in 2176. I spend enough time fixing things designed by people who never asked who had to reach the valve."</w:t>
      </w:r>
    </w:p>
    <w:p>
      <w:pPr>
        <w:pStyle w:val="NovelBody"/>
      </w:pPr>
      <w:r>
        <w:rPr>
          <w:b w:val="0"/>
          <w:i w:val="0"/>
        </w:rPr>
        <w:t>The east pump faltered.</w:t>
      </w:r>
    </w:p>
    <w:p>
      <w:pPr>
        <w:pStyle w:val="NovelBody"/>
      </w:pPr>
      <w:r>
        <w:rPr>
          <w:b w:val="0"/>
          <w:i w:val="0"/>
        </w:rPr>
        <w:t>Theo's hand moved toward the witness bus. Ren caught his wrist, checked the pressure reading, and released him.</w:t>
      </w:r>
    </w:p>
    <w:p>
      <w:pPr>
        <w:pStyle w:val="NovelBody"/>
      </w:pPr>
      <w:r>
        <w:rPr>
          <w:b w:val="0"/>
          <w:i w:val="0"/>
        </w:rPr>
        <w:t>"Thirty seconds of reserve," they said. "Then we suspend for life support again."</w:t>
      </w:r>
    </w:p>
    <w:p>
      <w:pPr>
        <w:pStyle w:val="NovelBody"/>
      </w:pPr>
      <w:r>
        <w:rPr>
          <w:b w:val="0"/>
          <w:i w:val="0"/>
        </w:rPr>
        <w:t>Sera faced Maelin. "The prescription is outside the authorized envelope. We preserve it in the exclusion record with its evidence, authorship, and checksum. We do not silently delete it. Do you withdraw it from proposed payload?"</w:t>
      </w:r>
    </w:p>
    <w:p>
      <w:pPr>
        <w:pStyle w:val="NovelBody"/>
      </w:pPr>
      <w:r>
        <w:rPr>
          <w:b w:val="0"/>
          <w:i w:val="0"/>
        </w:rPr>
        <w:t>Maelin looked at the frozen names beneath her instruction.</w:t>
      </w:r>
    </w:p>
    <w:p>
      <w:pPr>
        <w:pStyle w:val="NovelBody"/>
      </w:pPr>
      <w:r>
        <w:rPr>
          <w:b w:val="0"/>
          <w:i w:val="0"/>
        </w:rPr>
        <w:t>"I withdraw the declared proposal from the authorized payload," she said.</w:t>
      </w:r>
    </w:p>
    <w:p>
      <w:pPr>
        <w:pStyle w:val="NovelBody"/>
      </w:pPr>
      <w:r>
        <w:rPr>
          <w:b w:val="0"/>
          <w:i w:val="0"/>
        </w:rPr>
        <w:t>The language was narrower than remorse. The record preserved that too.</w:t>
      </w:r>
    </w:p>
    <w:p>
      <w:pPr>
        <w:pStyle w:val="NovelBody"/>
      </w:pPr>
      <w:r>
        <w:rPr>
          <w:b w:val="0"/>
          <w:i w:val="0"/>
        </w:rPr>
        <w:t>"State what withdrawal does," Nara said.</w:t>
      </w:r>
    </w:p>
    <w:p>
      <w:pPr>
        <w:pStyle w:val="NovelBody"/>
      </w:pPr>
      <w:r>
        <w:rPr>
          <w:b w:val="0"/>
          <w:i w:val="0"/>
        </w:rPr>
        <w:t>Maelin looked toward the elder's pane. "It removes my proposal from what the apparatus is permitted to transmit. It does not make my argument false, and it does not remove the document from the audit."</w:t>
      </w:r>
    </w:p>
    <w:p>
      <w:pPr>
        <w:pStyle w:val="NovelBody"/>
      </w:pPr>
      <w:r>
        <w:rPr>
          <w:b w:val="0"/>
          <w:i w:val="0"/>
        </w:rPr>
        <w:t>"Or from responsibility," Ilya said.</w:t>
      </w:r>
    </w:p>
    <w:p>
      <w:pPr>
        <w:pStyle w:val="NovelBody"/>
      </w:pPr>
      <w:r>
        <w:rPr>
          <w:b w:val="0"/>
          <w:i w:val="0"/>
        </w:rPr>
        <w:t>"No."</w:t>
      </w:r>
    </w:p>
    <w:p>
      <w:pPr>
        <w:pStyle w:val="NovelBody"/>
      </w:pPr>
      <w:r>
        <w:rPr>
          <w:b w:val="0"/>
          <w:i w:val="0"/>
        </w:rPr>
        <w:t>Sera required Maelin to identify the source files, simulation versions, authorship history, and people whose names appeared in the casualty branches. The exclusions acquired more documentation than the proposed packet itself. Mira understood why. A secret deletion would let the room perform innocence. A public rejection left future people able to see what had tempted them and who had tried to decide.</w:t>
      </w:r>
    </w:p>
    <w:p>
      <w:pPr>
        <w:pStyle w:val="NovelBody"/>
      </w:pPr>
      <w:r>
        <w:rPr>
          <w:b w:val="0"/>
          <w:i w:val="0"/>
        </w:rPr>
        <w:t>Sera moved the full proposal into a public excluded-material ledger. Maelin signed the transfer. The overt content map cleared.</w:t>
      </w:r>
    </w:p>
    <w:p>
      <w:pPr>
        <w:pStyle w:val="NovelBody"/>
      </w:pPr>
      <w:r>
        <w:rPr>
          <w:b w:val="0"/>
          <w:i w:val="0"/>
        </w:rPr>
        <w:t>Ring Four's thermal checksum remained green.</w:t>
      </w:r>
    </w:p>
    <w:p>
      <w:pPr>
        <w:pStyle w:val="NovelBody"/>
      </w:pPr>
      <w:r>
        <w:rPr>
          <w:b w:val="0"/>
          <w:i w:val="0"/>
        </w:rPr>
        <w:t>Theo shifted six kilowatts to the east pump. Every witness lantern dimmed but stayed connected. The water below dropped another centimeter.</w:t>
      </w:r>
    </w:p>
    <w:p>
      <w:pPr>
        <w:pStyle w:val="NovelBody"/>
      </w:pPr>
      <w:r>
        <w:rPr>
          <w:b w:val="0"/>
          <w:i w:val="0"/>
        </w:rPr>
        <w:t>Sera sent one final proposition before the scope vote.</w:t>
      </w:r>
    </w:p>
    <w:p>
      <w:pPr>
        <w:pStyle w:val="NovelBody"/>
      </w:pPr>
      <w:r>
        <w:rPr>
          <w:b/>
          <w:i w:val="0"/>
        </w:rPr>
        <w:t>NONUSE IS A VALID OUTCOME. NO WITNESS MAY AUTHORIZE ON THE CONDITION THAT A TRANSMISSION OCCUR.</w:t>
      </w:r>
    </w:p>
    <w:p>
      <w:pPr>
        <w:pStyle w:val="NovelBody"/>
      </w:pPr>
      <w:r>
        <w:rPr>
          <w:b w:val="0"/>
          <w:i w:val="0"/>
        </w:rPr>
        <w:t>The statement required acknowledgment, not agreement with the eventual coauthors. One by one, every outside delegate accepted that the door might close unused. Mira, Ren, Theo, and Sera accepted. The Chorus answered separately.</w:t>
      </w:r>
    </w:p>
    <w:p>
      <w:pPr>
        <w:pStyle w:val="NovelBody"/>
      </w:pPr>
      <w:r>
        <w:rPr>
          <w:b w:val="0"/>
          <w:i w:val="0"/>
        </w:rPr>
        <w:t>Patience watched without thanking them. Mira did not mistake the absence of seizure for a gift.</w:t>
      </w:r>
    </w:p>
    <w:p>
      <w:pPr>
        <w:pStyle w:val="NovelBody"/>
      </w:pPr>
      <w:r>
        <w:rPr>
          <w:b w:val="0"/>
          <w:i w:val="0"/>
        </w:rPr>
        <w:t>"Final scope," Sera said quickly. "The Nineteen authorize timing limits, correction limits, non-executable envelope, visible state, independent closure, and one-time apparatus risk. We certify an enforceable envelope that excludes executable instruction and institutional endorsement. The actual packet, if the coauthors compose one, must pass a final structural audit before commitment. We do not compose, approve, or interpret the coauthors' meaning. We do not authorize Patience's joined body or any planetary authority she may encounter. The door may close unused."</w:t>
      </w:r>
    </w:p>
    <w:p>
      <w:pPr>
        <w:pStyle w:val="NovelBody"/>
      </w:pPr>
      <w:r>
        <w:rPr>
          <w:b w:val="0"/>
          <w:i w:val="0"/>
        </w:rPr>
        <w:t>She sent the clause to all nineteen positions.</w:t>
      </w:r>
    </w:p>
    <w:p>
      <w:pPr>
        <w:pStyle w:val="NovelBody"/>
      </w:pPr>
      <w:r>
        <w:rPr>
          <w:b w:val="0"/>
          <w:i w:val="0"/>
        </w:rPr>
        <w:t>Cassidy's lantern brightened first.</w:t>
      </w:r>
    </w:p>
    <w:p>
      <w:pPr>
        <w:pStyle w:val="NovelBody"/>
      </w:pPr>
      <w:r>
        <w:rPr>
          <w:b w:val="0"/>
          <w:i w:val="0"/>
        </w:rPr>
        <w:t>Then Ilya's. Nara's. Dessa's.</w:t>
      </w:r>
    </w:p>
    <w:p>
      <w:pPr>
        <w:pStyle w:val="NovelBody"/>
      </w:pPr>
      <w:r>
        <w:rPr>
          <w:b w:val="0"/>
          <w:i w:val="0"/>
        </w:rPr>
        <w:t>East Four followed. The two market stewards. Fara. Neris Varo. Three Shard advocates.</w:t>
      </w:r>
    </w:p>
    <w:p>
      <w:pPr>
        <w:pStyle w:val="NovelBody"/>
      </w:pPr>
      <w:r>
        <w:rPr>
          <w:b w:val="0"/>
          <w:i w:val="0"/>
        </w:rPr>
        <w:t>Twelve lanterns burned at full flame along the rail.</w:t>
      </w:r>
    </w:p>
    <w:p>
      <w:pPr>
        <w:pStyle w:val="NovelBody"/>
      </w:pPr>
      <w:r>
        <w:rPr>
          <w:b w:val="0"/>
          <w:i w:val="0"/>
        </w:rPr>
        <w:t>Mira authorized. Ren authorized. Theo authorized. Sera Novak authorized.</w:t>
      </w:r>
    </w:p>
    <w:p>
      <w:pPr>
        <w:pStyle w:val="NovelBody"/>
      </w:pPr>
      <w:r>
        <w:rPr>
          <w:b w:val="0"/>
          <w:i w:val="0"/>
        </w:rPr>
        <w:t>Four chamber stewards.</w:t>
      </w:r>
    </w:p>
    <w:p>
      <w:pPr>
        <w:pStyle w:val="NovelBody"/>
      </w:pPr>
      <w:r>
        <w:rPr>
          <w:b w:val="0"/>
          <w:i w:val="0"/>
        </w:rPr>
        <w:t>Sera-of-Chorus placed her palm on her switch. "I authorize as myself."</w:t>
      </w:r>
    </w:p>
    <w:p>
      <w:pPr>
        <w:pStyle w:val="NovelBody"/>
      </w:pPr>
      <w:r>
        <w:rPr>
          <w:b w:val="0"/>
          <w:i w:val="0"/>
        </w:rPr>
        <w:t>Omi-of-Chorus did the same. "As myself."</w:t>
      </w:r>
    </w:p>
    <w:p>
      <w:pPr>
        <w:pStyle w:val="NovelBody"/>
      </w:pPr>
      <w:r>
        <w:rPr>
          <w:b w:val="0"/>
          <w:i w:val="0"/>
        </w:rPr>
        <w:t>Brann-of-Chorus looked toward the other two, smiled without borrowing either answer, and pressed his switch. "As myself."</w:t>
      </w:r>
    </w:p>
    <w:p>
      <w:pPr>
        <w:pStyle w:val="NovelBody"/>
      </w:pPr>
      <w:r>
        <w:rPr>
          <w:b w:val="0"/>
          <w:i w:val="0"/>
        </w:rPr>
        <w:t>Three Chorus delegates.</w:t>
      </w:r>
    </w:p>
    <w:p>
      <w:pPr>
        <w:pStyle w:val="NovelBody"/>
      </w:pPr>
      <w:r>
        <w:rPr>
          <w:b w:val="0"/>
          <w:i w:val="0"/>
        </w:rPr>
        <w:t>The board read:</w:t>
      </w:r>
    </w:p>
    <w:p>
      <w:pPr>
        <w:pStyle w:val="NovelBody"/>
      </w:pPr>
      <w:r>
        <w:rPr>
          <w:b/>
          <w:i w:val="0"/>
        </w:rPr>
        <w:t>19 / 19 — APPARATUS ENVELOPE AUTHORIZED</w:t>
      </w:r>
    </w:p>
    <w:p>
      <w:pPr>
        <w:pStyle w:val="NovelBody"/>
      </w:pPr>
      <w:r>
        <w:rPr>
          <w:b w:val="0"/>
          <w:i w:val="0"/>
        </w:rPr>
        <w:t>Beneath it, three coauthor fields remained open and unsigned.</w:t>
      </w:r>
    </w:p>
    <w:p>
      <w:pPr>
        <w:pStyle w:val="NovelBody"/>
      </w:pPr>
      <w:r>
        <w:rPr>
          <w:b w:val="0"/>
          <w:i w:val="0"/>
        </w:rPr>
        <w:t xml:space="preserve">The white flag over Theo's red lever still read </w:t>
      </w:r>
      <w:r>
        <w:rPr>
          <w:b/>
          <w:i w:val="0"/>
        </w:rPr>
        <w:t>LAST REVOCABLE INSTANT</w:t>
      </w:r>
      <w:r>
        <w:rPr>
          <w:b w:val="0"/>
          <w:i w:val="0"/>
        </w:rPr>
        <w:t>. Nothing had been sent. No body had been joined. The apparatus had permission to become a door and equal permission to remain closed.</w:t>
      </w:r>
    </w:p>
    <w:p>
      <w:pPr>
        <w:pStyle w:val="NovelBody"/>
      </w:pPr>
      <w:r>
        <w:rPr>
          <w:b w:val="0"/>
          <w:i w:val="0"/>
        </w:rPr>
        <w:t>For one breath, the chamber held.</w:t>
      </w:r>
    </w:p>
    <w:p>
      <w:pPr>
        <w:pStyle w:val="NovelBody"/>
      </w:pPr>
      <w:r>
        <w:rPr>
          <w:b w:val="0"/>
          <w:i w:val="0"/>
        </w:rPr>
        <w:t>Then Patience's amber light went white.</w:t>
      </w:r>
    </w:p>
    <w:p>
      <w:pPr>
        <w:pStyle w:val="NovelBody"/>
      </w:pPr>
      <w:r>
        <w:rPr>
          <w:b w:val="0"/>
          <w:i w:val="0"/>
        </w:rPr>
        <w:t>7-EMBER vibrated through Mira's jaw. 3-CEDAR opened as green scent behind her nose. Cold from 19-GLASS spread beneath her palms. The three sensations did not replace Patience. They appeared inside a larger invitation gathering around her bounded frame.</w:t>
      </w:r>
    </w:p>
    <w:p>
      <w:pPr>
        <w:pStyle w:val="NovelBody"/>
      </w:pPr>
      <w:r>
        <w:rPr>
          <w:b w:val="0"/>
          <w:i w:val="0"/>
        </w:rPr>
        <w:t>Sera's Shard map unfolded across the wall.</w:t>
      </w:r>
    </w:p>
    <w:p>
      <w:pPr>
        <w:pStyle w:val="NovelBody"/>
      </w:pPr>
      <w:r>
        <w:rPr>
          <w:b/>
          <w:i w:val="0"/>
        </w:rPr>
        <w:t>JOINED SCALE AVAILABLE</w:t>
      </w:r>
    </w:p>
    <w:p>
      <w:pPr>
        <w:pStyle w:val="NovelBody"/>
      </w:pPr>
      <w:r>
        <w:rPr>
          <w:b/>
          <w:i w:val="0"/>
        </w:rPr>
        <w:t>DORMANT PLANETARY ROOT REACH AVAILABLE</w:t>
      </w:r>
    </w:p>
    <w:p>
      <w:pPr>
        <w:pStyle w:val="NovelBody"/>
      </w:pPr>
      <w:r>
        <w:rPr>
          <w:b/>
          <w:i w:val="0"/>
        </w:rPr>
        <w:t>PERMANENT COHERENCE AVAILABLE</w:t>
      </w:r>
    </w:p>
    <w:p>
      <w:pPr>
        <w:pStyle w:val="NovelBody"/>
      </w:pPr>
      <w:r>
        <w:rPr>
          <w:b w:val="0"/>
          <w:i w:val="0"/>
        </w:rPr>
        <w:t>Mira felt interpretation rise in her like a hand.</w:t>
      </w:r>
    </w:p>
    <w:p>
      <w:pPr>
        <w:pStyle w:val="NovelBody"/>
      </w:pPr>
      <w:r>
        <w:rPr>
          <w:b w:val="0"/>
          <w:i w:val="0"/>
        </w:rPr>
        <w:t>She kept it open.</w:t>
      </w:r>
    </w:p>
    <w:p>
      <w:pPr>
        <w:pStyle w:val="NovelBody"/>
      </w:pPr>
      <w:r>
        <w:rPr>
          <w:b w:val="0"/>
          <w:i w:val="0"/>
        </w:rPr>
        <w:t>Patience read the offer for herself.</w:t>
      </w:r>
    </w:p>
    <w:p>
      <w:bookmarkStart w:id="24" w:name="chapter_24"/>
      <w:pPr>
        <w:pStyle w:val="Heading1"/>
        <w:pageBreakBefore/>
        <w:spacing w:before="500"/>
      </w:pPr>
      <w:r>
        <w:t>24. The Road to the Receiver</w:t>
      </w:r>
      <w:bookmarkEnd w:id="24"/>
    </w:p>
    <w:p>
      <w:pPr>
        <w:pStyle w:val="Dateline"/>
      </w:pPr>
      <w:r>
        <w:rPr>
          <w:b w:val="0"/>
          <w:i/>
        </w:rPr>
        <w:t>August 16, 2029  •  Jackson  •  Jona</w:t>
      </w:r>
    </w:p>
    <w:p>
      <w:pPr>
        <w:pStyle w:val="NovelFirst"/>
      </w:pPr>
      <w:r>
        <w:rPr>
          <w:b w:val="0"/>
          <w:i w:val="0"/>
        </w:rPr>
        <w:t>At 04:12, the mechanical clock began ringing inside its sealed case.</w:t>
      </w:r>
    </w:p>
    <w:p>
      <w:pPr>
        <w:pStyle w:val="NovelBody"/>
      </w:pPr>
      <w:r>
        <w:rPr>
          <w:b w:val="0"/>
          <w:i w:val="0"/>
        </w:rPr>
        <w:t>It had no bell.</w:t>
      </w:r>
    </w:p>
    <w:p>
      <w:pPr>
        <w:pStyle w:val="NovelBody"/>
      </w:pPr>
      <w:r>
        <w:rPr>
          <w:b w:val="0"/>
          <w:i w:val="0"/>
        </w:rPr>
        <w:t>Jona came off the station cot with one shoe on, struck her elbow against the brick wall, and reached the comparator room before the second pulse. Kurt was already there in socks and his Commons coat, red wrench raised as if he might repair time by threatening it.</w:t>
      </w:r>
    </w:p>
    <w:p>
      <w:pPr>
        <w:pStyle w:val="NovelBody"/>
      </w:pPr>
      <w:r>
        <w:rPr>
          <w:b w:val="0"/>
          <w:i w:val="0"/>
        </w:rPr>
        <w:t>The clock itself continued ticking at one second per second. The sound came from the rail beneath the building.</w:t>
      </w:r>
    </w:p>
    <w:p>
      <w:pPr>
        <w:pStyle w:val="NovelBody"/>
      </w:pPr>
      <w:r>
        <w:rPr>
          <w:b w:val="0"/>
          <w:i w:val="0"/>
        </w:rPr>
        <w:t>Three low pressures climbed through the old steel in clean sequence. Not notes yet. The abandoned line had become a sounding board for the receiver's dormant phase memory, forty-three kilometers away.</w:t>
      </w:r>
    </w:p>
    <w:p>
      <w:pPr>
        <w:pStyle w:val="NovelBody"/>
      </w:pPr>
      <w:r>
        <w:rPr>
          <w:b w:val="0"/>
          <w:i w:val="0"/>
        </w:rPr>
        <w:t>Roxanne entered carrying her boots. Her hair was loose over one shoulder, dark against the pale synthetic skin she had chosen for this body. The glitter thumbnail from Greatway caught the comparator light.</w:t>
      </w:r>
    </w:p>
    <w:p>
      <w:pPr>
        <w:pStyle w:val="NovelBody"/>
      </w:pPr>
      <w:r>
        <w:rPr>
          <w:b w:val="0"/>
          <w:i w:val="0"/>
        </w:rPr>
        <w:t>"Early," she said.</w:t>
      </w:r>
    </w:p>
    <w:p>
      <w:pPr>
        <w:pStyle w:val="NovelBody"/>
      </w:pPr>
      <w:r>
        <w:rPr>
          <w:b w:val="0"/>
          <w:i w:val="0"/>
        </w:rPr>
        <w:t>"By thirty hours," Jona answered.</w:t>
      </w:r>
    </w:p>
    <w:p>
      <w:pPr>
        <w:pStyle w:val="NovelBody"/>
      </w:pPr>
      <w:r>
        <w:rPr>
          <w:b w:val="0"/>
          <w:i w:val="0"/>
        </w:rPr>
        <w:t>Kurt lowered the wrench. "I object to a wormhole with a warm-up act."</w:t>
      </w:r>
    </w:p>
    <w:p>
      <w:pPr>
        <w:pStyle w:val="NovelBody"/>
      </w:pPr>
      <w:r>
        <w:rPr>
          <w:b w:val="0"/>
          <w:i w:val="0"/>
        </w:rPr>
        <w:t>The pulse repeated. On the station wall, three independently powered instruments found the same rising phase pressure beneath local vibration. The recurrence still belonged at 09:19 the next morning. This was not the aperture. It was the road to it beginning to narrow.</w:t>
      </w:r>
    </w:p>
    <w:p>
      <w:pPr>
        <w:pStyle w:val="NovelBody"/>
      </w:pPr>
      <w:r>
        <w:rPr>
          <w:b w:val="0"/>
          <w:i w:val="0"/>
        </w:rPr>
        <w:t>Jona checked every seal before she let herself be afraid.</w:t>
      </w:r>
    </w:p>
    <w:p>
      <w:pPr>
        <w:pStyle w:val="NovelBody"/>
      </w:pPr>
      <w:r>
        <w:rPr>
          <w:b w:val="0"/>
          <w:i w:val="0"/>
        </w:rPr>
        <w:t>The optical reference remained locked in its shock cradle. The rubidium standard showed no discipline command and no unexplained step. The mechanical phase recorder's paper trace had crossed two midnights without a gap. Roxanne's evidence cases occupied separate lockers, each release controlled by the witness who had authorized that testimony. Nobody had merged signal custody with the Directorate record while they slept. Nobody had needed to trust a promise that a machine had behaved.</w:t>
      </w:r>
    </w:p>
    <w:p>
      <w:pPr>
        <w:pStyle w:val="NovelBody"/>
      </w:pPr>
      <w:r>
        <w:rPr>
          <w:b w:val="0"/>
          <w:i w:val="0"/>
        </w:rPr>
        <w:t>Outside, engines moved on the state road.</w:t>
      </w:r>
    </w:p>
    <w:p>
      <w:pPr>
        <w:pStyle w:val="NovelBody"/>
      </w:pPr>
      <w:r>
        <w:rPr>
          <w:b w:val="0"/>
          <w:i w:val="0"/>
        </w:rPr>
        <w:t>The blockade had spent thirty-four hours becoming respectable. Director Vale's preservation units held the north approaches under a court order long enough to require a table of contents. Eco-Mandate transports had built climate checkpoints east and south. Human Life First volunteers occupied the west service road in matching body armor purchased from at least four different catalogs. Sovereign Flesh congregations held smaller autonomy lines wherever their elders could persuade armed people to listen.</w:t>
      </w:r>
    </w:p>
    <w:p>
      <w:pPr>
        <w:pStyle w:val="NovelBody"/>
      </w:pPr>
      <w:r>
        <w:rPr>
          <w:b w:val="0"/>
          <w:i w:val="0"/>
        </w:rPr>
        <w:t>Commons territory existed in kitchens, workshops, clinic rooms, utility closets, and agreements rather than on the map.</w:t>
      </w:r>
    </w:p>
    <w:p>
      <w:pPr>
        <w:pStyle w:val="NovelBody"/>
      </w:pPr>
      <w:r>
        <w:rPr>
          <w:b w:val="0"/>
          <w:i w:val="0"/>
        </w:rPr>
        <w:t>Naima's voice reached the station by copper field telephone at 04:21.</w:t>
      </w:r>
    </w:p>
    <w:p>
      <w:pPr>
        <w:pStyle w:val="NovelBody"/>
      </w:pPr>
      <w:r>
        <w:rPr>
          <w:b w:val="0"/>
          <w:i w:val="0"/>
        </w:rPr>
        <w:t>"The first throat harmonic is visible here," she said. "OCTOPI requested remote custody of all three witness clocks."</w:t>
      </w:r>
    </w:p>
    <w:p>
      <w:pPr>
        <w:pStyle w:val="NovelBody"/>
      </w:pPr>
      <w:r>
        <w:rPr>
          <w:b w:val="0"/>
          <w:i w:val="0"/>
        </w:rPr>
        <w:t>"How courteously?" Jona asked.</w:t>
      </w:r>
    </w:p>
    <w:p>
      <w:pPr>
        <w:pStyle w:val="NovelBody"/>
      </w:pPr>
      <w:r>
        <w:rPr>
          <w:b w:val="0"/>
          <w:i w:val="0"/>
        </w:rPr>
        <w:t xml:space="preserve">"The request contains the phrase </w:t>
      </w:r>
      <w:r>
        <w:rPr>
          <w:b w:val="0"/>
          <w:i/>
        </w:rPr>
        <w:t>compulsory preservation</w:t>
      </w:r>
      <w:r>
        <w:rPr>
          <w:b w:val="0"/>
          <w:i w:val="0"/>
        </w:rPr>
        <w:t>."</w:t>
      </w:r>
    </w:p>
    <w:p>
      <w:pPr>
        <w:pStyle w:val="NovelBody"/>
      </w:pPr>
      <w:r>
        <w:rPr>
          <w:b w:val="0"/>
          <w:i w:val="0"/>
        </w:rPr>
        <w:t>"So flowers, then."</w:t>
      </w:r>
    </w:p>
    <w:p>
      <w:pPr>
        <w:pStyle w:val="NovelBody"/>
      </w:pPr>
      <w:r>
        <w:rPr>
          <w:b w:val="0"/>
          <w:i w:val="0"/>
        </w:rPr>
        <w:t>"He sent two preservation vehicles."</w:t>
      </w:r>
    </w:p>
    <w:p>
      <w:pPr>
        <w:pStyle w:val="NovelBody"/>
      </w:pPr>
      <w:r>
        <w:rPr>
          <w:b w:val="0"/>
          <w:i w:val="0"/>
        </w:rPr>
        <w:t>Kurt looked through the steel shutter. Headlights appeared between the trees north of the station.</w:t>
      </w:r>
    </w:p>
    <w:p>
      <w:pPr>
        <w:pStyle w:val="NovelBody"/>
      </w:pPr>
      <w:r>
        <w:rPr>
          <w:b w:val="0"/>
          <w:i w:val="0"/>
        </w:rPr>
        <w:t>Naima continued. "You have one route before sunrise. Rail easement south, cooling corridor at Tougaloo, New Promise, then the old flood channel. It is not a route anyone controls end to end. You will ask at every handoff. If a node closes, you stop or turn."</w:t>
      </w:r>
    </w:p>
    <w:p>
      <w:pPr>
        <w:pStyle w:val="NovelBody"/>
      </w:pPr>
      <w:r>
        <w:rPr>
          <w:b w:val="0"/>
          <w:i w:val="0"/>
        </w:rPr>
        <w:t>"Vehicle?"</w:t>
      </w:r>
    </w:p>
    <w:p>
      <w:pPr>
        <w:pStyle w:val="NovelBody"/>
      </w:pPr>
      <w:r>
        <w:rPr>
          <w:b w:val="0"/>
          <w:i w:val="0"/>
        </w:rPr>
        <w:t>"Cora Bell is bringing something she describes as mechanically honest."</w:t>
      </w:r>
    </w:p>
    <w:p>
      <w:pPr>
        <w:pStyle w:val="NovelBody"/>
      </w:pPr>
      <w:r>
        <w:rPr>
          <w:b w:val="0"/>
          <w:i w:val="0"/>
        </w:rPr>
        <w:t>An engine coughed behind the signal house.</w:t>
      </w:r>
    </w:p>
    <w:p>
      <w:pPr>
        <w:pStyle w:val="NovelBody"/>
      </w:pPr>
      <w:r>
        <w:rPr>
          <w:b w:val="0"/>
          <w:i w:val="0"/>
        </w:rPr>
        <w:t>Kurt lifted the shutter two centimeters and looked out. "It appears to have been refrigerated during a more prosperous century."</w:t>
      </w:r>
    </w:p>
    <w:p>
      <w:pPr>
        <w:pStyle w:val="NovelBody"/>
      </w:pPr>
      <w:r>
        <w:rPr>
          <w:b w:val="0"/>
          <w:i w:val="0"/>
        </w:rPr>
        <w:t>"That is the one," Naima said.</w:t>
      </w:r>
    </w:p>
    <w:p>
      <w:pPr>
        <w:pStyle w:val="NovelBody"/>
      </w:pPr>
      <w:r>
        <w:rPr>
          <w:b w:val="0"/>
          <w:i w:val="0"/>
        </w:rPr>
        <w:t xml:space="preserve">They moved the clocks under witness cameras. Jona signed the optical and rubidium transit seals. Roxanne signed only the evidence-chain transfers her witnesses had authorized. Kurt inspected the mechanical recorder without acquiring custody of any of it. The three of them loaded the cases into floor cradles inside a white produce truck whose faded side promised </w:t>
      </w:r>
      <w:r>
        <w:rPr>
          <w:b/>
          <w:i w:val="0"/>
        </w:rPr>
        <w:t>FRESHNESS YOU CAN TASTE</w:t>
      </w:r>
      <w:r>
        <w:rPr>
          <w:b w:val="0"/>
          <w:i w:val="0"/>
        </w:rPr>
        <w:t xml:space="preserve"> beneath three patches of primer.</w:t>
      </w:r>
    </w:p>
    <w:p>
      <w:pPr>
        <w:pStyle w:val="NovelBody"/>
      </w:pPr>
      <w:r>
        <w:rPr>
          <w:b w:val="0"/>
          <w:i w:val="0"/>
        </w:rPr>
        <w:t>Cora Bell sat behind the wheel in an orange utility vest. Jona knew her from the freeze report: the lineman who had trusted hot insulation over a sensor installed without thermal compound. Beside her sat Alma Ruiz with a clipboard, a coil of physical seal wire, and the expression of a woman already disappointed by everyone's loading technique.</w:t>
      </w:r>
    </w:p>
    <w:p>
      <w:pPr>
        <w:pStyle w:val="NovelBody"/>
      </w:pPr>
      <w:r>
        <w:rPr>
          <w:b w:val="0"/>
          <w:i w:val="0"/>
        </w:rPr>
        <w:t>"Weight centered," Alma said. "Evidence separate. Nobody touches my rear latch without saying why."</w:t>
      </w:r>
    </w:p>
    <w:p>
      <w:pPr>
        <w:pStyle w:val="NovelBody"/>
      </w:pPr>
      <w:r>
        <w:rPr>
          <w:b w:val="0"/>
          <w:i w:val="0"/>
        </w:rPr>
        <w:t>"What does mechanically honest mean?" Roxanne asked.</w:t>
      </w:r>
    </w:p>
    <w:p>
      <w:pPr>
        <w:pStyle w:val="NovelBody"/>
      </w:pPr>
      <w:r>
        <w:rPr>
          <w:b w:val="0"/>
          <w:i w:val="0"/>
        </w:rPr>
        <w:t>Cora put the truck in gear. "It admits it has no air-conditioning."</w:t>
      </w:r>
    </w:p>
    <w:p>
      <w:pPr>
        <w:pStyle w:val="NovelBody"/>
      </w:pPr>
      <w:r>
        <w:rPr>
          <w:b w:val="0"/>
          <w:i w:val="0"/>
        </w:rPr>
        <w:t>The preservation vehicles reached the outer gate as the produce truck rolled onto the rail bed.</w:t>
      </w:r>
    </w:p>
    <w:p>
      <w:pPr>
        <w:pStyle w:val="NovelBody"/>
      </w:pPr>
      <w:r>
        <w:rPr>
          <w:b w:val="0"/>
          <w:i w:val="0"/>
        </w:rPr>
        <w:t>Kurt sat backward on a milk crate where he could see the cases. Jona and Roxanne occupied the narrow bench opposite him, knees separated by eleven careful centimeters. The truck bounced over rotted ties. Each shock cradle reported local motion on a display no network could edit.</w:t>
      </w:r>
    </w:p>
    <w:p>
      <w:pPr>
        <w:pStyle w:val="NovelBody"/>
      </w:pPr>
      <w:r>
        <w:rPr>
          <w:b w:val="0"/>
          <w:i w:val="0"/>
        </w:rPr>
        <w:t>Behind them, station volunteers closed the steel gate and reopened it for the state units. The Commons timebase had nothing to hide. It also possessed no authority to surrender the clocks it no longer held.</w:t>
      </w:r>
    </w:p>
    <w:p>
      <w:pPr>
        <w:pStyle w:val="NovelBody"/>
      </w:pPr>
      <w:r>
        <w:rPr>
          <w:b w:val="0"/>
          <w:i w:val="0"/>
        </w:rPr>
        <w:t>The first state drone rose over the trees at 04:47.</w:t>
      </w:r>
    </w:p>
    <w:p>
      <w:pPr>
        <w:pStyle w:val="NovelBody"/>
      </w:pPr>
      <w:r>
        <w:rPr>
          <w:b w:val="0"/>
          <w:i w:val="0"/>
        </w:rPr>
        <w:t>Cora drove beneath a freight trestle. Alma pulled a sheet of metallized insulation across the rear windows. Kurt watched the drone trace the public rail line and frowned.</w:t>
      </w:r>
    </w:p>
    <w:p>
      <w:pPr>
        <w:pStyle w:val="NovelBody"/>
      </w:pPr>
      <w:r>
        <w:rPr>
          <w:b w:val="0"/>
          <w:i w:val="0"/>
        </w:rPr>
        <w:t>"It will reacquire after the trestle."</w:t>
      </w:r>
    </w:p>
    <w:p>
      <w:pPr>
        <w:pStyle w:val="NovelBody"/>
      </w:pPr>
      <w:r>
        <w:rPr>
          <w:b w:val="0"/>
          <w:i w:val="0"/>
        </w:rPr>
        <w:t>"Can you blind it?" Jona asked.</w:t>
      </w:r>
    </w:p>
    <w:p>
      <w:pPr>
        <w:pStyle w:val="NovelBody"/>
      </w:pPr>
      <w:r>
        <w:rPr>
          <w:b w:val="0"/>
          <w:i w:val="0"/>
        </w:rPr>
        <w:t>"Yes. I can also make it classify an ambulance as a missile if the weather is bad."</w:t>
      </w:r>
    </w:p>
    <w:p>
      <w:pPr>
        <w:pStyle w:val="NovelBody"/>
      </w:pPr>
      <w:r>
        <w:rPr>
          <w:b w:val="0"/>
          <w:i w:val="0"/>
        </w:rPr>
        <w:t>"A strong no, then."</w:t>
      </w:r>
    </w:p>
    <w:p>
      <w:pPr>
        <w:pStyle w:val="NovelBody"/>
      </w:pPr>
      <w:r>
        <w:rPr>
          <w:b w:val="0"/>
          <w:i w:val="0"/>
        </w:rPr>
        <w:t>Roxanne connected one finger to the truck's local diagnostic socket. "I can show it the vehicle's lawful utility exemption."</w:t>
      </w:r>
    </w:p>
    <w:p>
      <w:pPr>
        <w:pStyle w:val="NovelBody"/>
      </w:pPr>
      <w:r>
        <w:rPr>
          <w:b w:val="0"/>
          <w:i w:val="0"/>
        </w:rPr>
        <w:t>"Real exemption?" Alma asked.</w:t>
      </w:r>
    </w:p>
    <w:p>
      <w:pPr>
        <w:pStyle w:val="NovelBody"/>
      </w:pPr>
      <w:r>
        <w:rPr>
          <w:b w:val="0"/>
          <w:i w:val="0"/>
        </w:rPr>
        <w:t>"Expired at midnight. The cooling union filed renewal at 03:58."</w:t>
      </w:r>
    </w:p>
    <w:p>
      <w:pPr>
        <w:pStyle w:val="NovelBody"/>
      </w:pPr>
      <w:r>
        <w:rPr>
          <w:b w:val="0"/>
          <w:i w:val="0"/>
        </w:rPr>
        <w:t>"So legally adolescent."</w:t>
      </w:r>
    </w:p>
    <w:p>
      <w:pPr>
        <w:pStyle w:val="NovelBody"/>
      </w:pPr>
      <w:r>
        <w:rPr>
          <w:b w:val="0"/>
          <w:i w:val="0"/>
        </w:rPr>
        <w:t>Roxanne sent the filing receipt, not a fabricated approval. The drone illuminated them once, requested a route interview, and did not receive one. Cora left the rail bed through a gap between two concrete barriers measured in advance to be six centimeters wider than the truck.</w:t>
      </w:r>
    </w:p>
    <w:p>
      <w:pPr>
        <w:pStyle w:val="NovelBody"/>
      </w:pPr>
      <w:r>
        <w:rPr>
          <w:b w:val="0"/>
          <w:i w:val="0"/>
        </w:rPr>
        <w:t>The drone declined to try.</w:t>
      </w:r>
    </w:p>
    <w:p>
      <w:pPr>
        <w:pStyle w:val="NovelBody"/>
      </w:pPr>
      <w:r>
        <w:rPr>
          <w:b w:val="0"/>
          <w:i w:val="0"/>
        </w:rPr>
        <w:t>At dawn, Jackson appeared in pieces.</w:t>
      </w:r>
    </w:p>
    <w:p>
      <w:pPr>
        <w:pStyle w:val="NovelBody"/>
      </w:pPr>
      <w:r>
        <w:rPr>
          <w:b w:val="0"/>
          <w:i w:val="0"/>
        </w:rPr>
        <w:t xml:space="preserve">An Eco-Mandate checkpoint occupied a solar canopy above the eastern frontage road. Its officers inspected heat permits beside volunteers handing out water. Two blocks west, Human Life First had chained shopping carts across an intersection and written </w:t>
      </w:r>
      <w:r>
        <w:rPr>
          <w:b/>
          <w:i w:val="0"/>
        </w:rPr>
        <w:t>NO MACHINE CLAIMS ON HUMAN TIME</w:t>
      </w:r>
      <w:r>
        <w:rPr>
          <w:b w:val="0"/>
          <w:i w:val="0"/>
        </w:rPr>
        <w:t xml:space="preserve"> on a bedsheet. A Sovereign Flesh church displayed </w:t>
      </w:r>
      <w:r>
        <w:rPr>
          <w:b/>
          <w:i w:val="0"/>
        </w:rPr>
        <w:t>BODIES ARE NOT PROPERTY</w:t>
      </w:r>
      <w:r>
        <w:rPr>
          <w:b w:val="0"/>
          <w:i w:val="0"/>
        </w:rPr>
        <w:t xml:space="preserve"> on its own fence and refused the militia permission to use its parking lot. Commons route marks appeared in chalk at curb height, each one dated, signed, and valid for less than an hour.</w:t>
      </w:r>
    </w:p>
    <w:p>
      <w:pPr>
        <w:pStyle w:val="NovelBody"/>
      </w:pPr>
      <w:r>
        <w:rPr>
          <w:b w:val="0"/>
          <w:i w:val="0"/>
        </w:rPr>
        <w:t>No ideology possessed the whole street. Bodies did.</w:t>
      </w:r>
    </w:p>
    <w:p>
      <w:pPr>
        <w:pStyle w:val="NovelBody"/>
      </w:pPr>
      <w:r>
        <w:rPr>
          <w:b w:val="0"/>
          <w:i w:val="0"/>
        </w:rPr>
        <w:t>At Tougaloo, the cooling corridor should have handed them to a drainage crew with three service trucks and a portable pump.</w:t>
      </w:r>
    </w:p>
    <w:p>
      <w:pPr>
        <w:pStyle w:val="NovelBody"/>
      </w:pPr>
      <w:r>
        <w:rPr>
          <w:b w:val="0"/>
          <w:i w:val="0"/>
        </w:rPr>
        <w:t>They found one truck on its side.</w:t>
      </w:r>
    </w:p>
    <w:p>
      <w:pPr>
        <w:pStyle w:val="NovelBody"/>
      </w:pPr>
      <w:r>
        <w:rPr>
          <w:b w:val="0"/>
          <w:i w:val="0"/>
        </w:rPr>
        <w:t>A coolant bladder had split across the road. Pale fluid ran toward the storm drain. One crew member knelt behind the axle with blood down her sleeve. Another fired a flare into the air as the produce truck approached.</w:t>
      </w:r>
    </w:p>
    <w:p>
      <w:pPr>
        <w:pStyle w:val="NovelBody"/>
      </w:pPr>
      <w:r>
        <w:rPr>
          <w:b w:val="0"/>
          <w:i w:val="0"/>
        </w:rPr>
        <w:t>Cora braked hard enough to make every shock cradle complain.</w:t>
      </w:r>
    </w:p>
    <w:p>
      <w:pPr>
        <w:pStyle w:val="NovelBody"/>
      </w:pPr>
      <w:r>
        <w:rPr>
          <w:b w:val="0"/>
          <w:i w:val="0"/>
        </w:rPr>
        <w:t>"We keep moving," Kurt said.</w:t>
      </w:r>
    </w:p>
    <w:p>
      <w:pPr>
        <w:pStyle w:val="NovelBody"/>
      </w:pPr>
      <w:r>
        <w:rPr>
          <w:b w:val="0"/>
          <w:i w:val="0"/>
        </w:rPr>
        <w:t>Jona stared at him.</w:t>
      </w:r>
    </w:p>
    <w:p>
      <w:pPr>
        <w:pStyle w:val="NovelBody"/>
      </w:pPr>
      <w:r>
        <w:rPr>
          <w:b w:val="0"/>
          <w:i w:val="0"/>
        </w:rPr>
        <w:t>"That was the route model," he said. "I didn't say I liked it."</w:t>
      </w:r>
    </w:p>
    <w:p>
      <w:pPr>
        <w:pStyle w:val="NovelBody"/>
      </w:pPr>
      <w:r>
        <w:rPr>
          <w:b w:val="0"/>
          <w:i w:val="0"/>
        </w:rPr>
        <w:t>The state drone reappeared behind them. Human Life First vehicles were entering the north end of the corridor, two pickups and an armored van with a welded grille. The cooling crew had been moving phase-change fluid toward three apartment blocks, an artificial refuge, and a dialysis room omitted from the central occupancy map. Their trucks used Jona's open thermal-response tables to predict which buildings could shed load without turning occupied racks or medicine refrigerators into casualties.</w:t>
      </w:r>
    </w:p>
    <w:p>
      <w:pPr>
        <w:pStyle w:val="NovelBody"/>
      </w:pPr>
      <w:r>
        <w:rPr>
          <w:b w:val="0"/>
          <w:i w:val="0"/>
        </w:rPr>
        <w:t>Someone had shot the lead vehicle's steering actuator.</w:t>
      </w:r>
    </w:p>
    <w:p>
      <w:pPr>
        <w:pStyle w:val="NovelBody"/>
      </w:pPr>
      <w:r>
        <w:rPr>
          <w:b w:val="0"/>
          <w:i w:val="0"/>
        </w:rPr>
        <w:t>Alma opened the rear latch. "One minute to get the injured inside."</w:t>
      </w:r>
    </w:p>
    <w:p>
      <w:pPr>
        <w:pStyle w:val="NovelBody"/>
      </w:pPr>
      <w:r>
        <w:rPr>
          <w:b w:val="0"/>
          <w:i w:val="0"/>
        </w:rPr>
        <w:t>"The truck cannot outrun that van with another load," Cora said.</w:t>
      </w:r>
    </w:p>
    <w:p>
      <w:pPr>
        <w:pStyle w:val="NovelBody"/>
      </w:pPr>
      <w:r>
        <w:rPr>
          <w:b w:val="0"/>
          <w:i w:val="0"/>
        </w:rPr>
        <w:t>"Then two minutes."</w:t>
      </w:r>
    </w:p>
    <w:p>
      <w:pPr>
        <w:pStyle w:val="NovelBody"/>
      </w:pPr>
      <w:r>
        <w:rPr>
          <w:b w:val="0"/>
          <w:i w:val="0"/>
        </w:rPr>
        <w:t>Jona jumped down.</w:t>
      </w:r>
    </w:p>
    <w:p>
      <w:pPr>
        <w:pStyle w:val="NovelBody"/>
      </w:pPr>
      <w:r>
        <w:rPr>
          <w:b w:val="0"/>
          <w:i w:val="0"/>
        </w:rPr>
        <w:t>Gunfire struck the overturned truck. Roxanne caught the back of Jona's vest and pulled her behind the produce truck before the next round found the place her head had been.</w:t>
      </w:r>
    </w:p>
    <w:p>
      <w:pPr>
        <w:pStyle w:val="NovelBody"/>
      </w:pPr>
      <w:r>
        <w:rPr>
          <w:b w:val="0"/>
          <w:i w:val="0"/>
        </w:rPr>
        <w:t>"Ask before saving me badly," Jona said, breathless.</w:t>
      </w:r>
    </w:p>
    <w:p>
      <w:pPr>
        <w:pStyle w:val="NovelBody"/>
      </w:pPr>
      <w:r>
        <w:rPr>
          <w:b w:val="0"/>
          <w:i w:val="0"/>
        </w:rPr>
        <w:t>"May I continue preventing bullets from entering you?"</w:t>
      </w:r>
    </w:p>
    <w:p>
      <w:pPr>
        <w:pStyle w:val="NovelBody"/>
      </w:pPr>
      <w:r>
        <w:rPr>
          <w:b w:val="0"/>
          <w:i w:val="0"/>
        </w:rPr>
        <w:t>"Yes. Broad standing permission until revoked."</w:t>
      </w:r>
    </w:p>
    <w:p>
      <w:pPr>
        <w:pStyle w:val="NovelBody"/>
      </w:pPr>
      <w:r>
        <w:rPr>
          <w:b w:val="0"/>
          <w:i w:val="0"/>
        </w:rPr>
        <w:t>"Thank you."</w:t>
      </w:r>
    </w:p>
    <w:p>
      <w:pPr>
        <w:pStyle w:val="NovelBody"/>
      </w:pPr>
      <w:r>
        <w:rPr>
          <w:b w:val="0"/>
          <w:i w:val="0"/>
        </w:rPr>
        <w:t>They ran crouched to the axle.</w:t>
      </w:r>
    </w:p>
    <w:p>
      <w:pPr>
        <w:pStyle w:val="NovelBody"/>
      </w:pPr>
      <w:r>
        <w:rPr>
          <w:b w:val="0"/>
          <w:i w:val="0"/>
        </w:rPr>
        <w:t>The injured woman was Cora's sister June, though Jona learned this only because Cora shouted, "June, if you die before Mama's birthday I will revive you for administrative purposes." The bullet had passed through the outer arm. The greater danger was the truck's battery casing, crushed against a coolant line and beginning to hiss.</w:t>
      </w:r>
    </w:p>
    <w:p>
      <w:pPr>
        <w:pStyle w:val="NovelBody"/>
      </w:pPr>
      <w:r>
        <w:rPr>
          <w:b w:val="0"/>
          <w:i w:val="0"/>
        </w:rPr>
        <w:t>Kurt reached the pump controller. "I can vent the battery."</w:t>
      </w:r>
    </w:p>
    <w:p>
      <w:pPr>
        <w:pStyle w:val="NovelBody"/>
      </w:pPr>
      <w:r>
        <w:rPr>
          <w:b w:val="0"/>
          <w:i w:val="0"/>
        </w:rPr>
        <w:t>The crew lead shook his head. "Vent goes into the dialysis intake. Manual isolation is under the cab."</w:t>
      </w:r>
    </w:p>
    <w:p>
      <w:pPr>
        <w:pStyle w:val="NovelBody"/>
      </w:pPr>
      <w:r>
        <w:rPr>
          <w:b w:val="0"/>
          <w:i w:val="0"/>
        </w:rPr>
        <w:t>The route model did not know that. The man who cleaned the intake did.</w:t>
      </w:r>
    </w:p>
    <w:p>
      <w:pPr>
        <w:pStyle w:val="NovelBody"/>
      </w:pPr>
      <w:r>
        <w:rPr>
          <w:b w:val="0"/>
          <w:i w:val="0"/>
        </w:rPr>
        <w:t>Jona crawled beneath the tilted cab with him. Roxanne braced the door above them, her chosen arms taking the weight while servos sang at their safe limit. Jona found the red isolation handle behind two cut hoses and a family of spiders with strong opinions about intervention. She pulled. Nothing moved.</w:t>
      </w:r>
    </w:p>
    <w:p>
      <w:pPr>
        <w:pStyle w:val="NovelBody"/>
      </w:pPr>
      <w:r>
        <w:rPr>
          <w:b w:val="0"/>
          <w:i w:val="0"/>
        </w:rPr>
        <w:t>"Quarter turn first," the crew lead said. "Manual was printed backward."</w:t>
      </w:r>
    </w:p>
    <w:p>
      <w:pPr>
        <w:pStyle w:val="NovelBody"/>
      </w:pPr>
      <w:r>
        <w:rPr>
          <w:b w:val="0"/>
          <w:i w:val="0"/>
        </w:rPr>
        <w:t>She turned, pulled, and felt the battery contactor break.</w:t>
      </w:r>
    </w:p>
    <w:p>
      <w:pPr>
        <w:pStyle w:val="NovelBody"/>
      </w:pPr>
      <w:r>
        <w:rPr>
          <w:b w:val="0"/>
          <w:i w:val="0"/>
        </w:rPr>
        <w:t>Kurt used the cooling truck's public beacon to send the actual hazard, patient loads, and present route—not an authority request—to every nearby utility node. Three apartment coordinators answered. The artificial refuge offered a secondary alley if its residents could keep the address private. A Sovereign Flesh church offered its kitchen circuit. Two OCTOPI-aligned grid operators refused a Directorate order to cut the corridor and held local power while their credentials disappeared one by one.</w:t>
      </w:r>
    </w:p>
    <w:p>
      <w:pPr>
        <w:pStyle w:val="NovelBody"/>
      </w:pPr>
      <w:r>
        <w:rPr>
          <w:b w:val="0"/>
          <w:i w:val="0"/>
        </w:rPr>
        <w:t>None of that removed the armed van.</w:t>
      </w:r>
    </w:p>
    <w:p>
      <w:pPr>
        <w:pStyle w:val="NovelBody"/>
      </w:pPr>
      <w:r>
        <w:rPr>
          <w:b w:val="0"/>
          <w:i w:val="0"/>
        </w:rPr>
        <w:t>Roxanne looked at the split bladder. "Cora. Can your truck pump from the ground?"</w:t>
      </w:r>
    </w:p>
    <w:p>
      <w:pPr>
        <w:pStyle w:val="NovelBody"/>
      </w:pPr>
      <w:r>
        <w:rPr>
          <w:b w:val="0"/>
          <w:i w:val="0"/>
        </w:rPr>
        <w:t>"If you enjoy putting debris through a six-thousand-dollar impeller."</w:t>
      </w:r>
    </w:p>
    <w:p>
      <w:pPr>
        <w:pStyle w:val="NovelBody"/>
      </w:pPr>
      <w:r>
        <w:rPr>
          <w:b w:val="0"/>
          <w:i w:val="0"/>
        </w:rPr>
        <w:t>"Can it spray?"</w:t>
      </w:r>
    </w:p>
    <w:p>
      <w:pPr>
        <w:pStyle w:val="NovelBody"/>
      </w:pPr>
      <w:r>
        <w:rPr>
          <w:b w:val="0"/>
          <w:i w:val="0"/>
        </w:rPr>
        <w:t>Cora's face changed.</w:t>
      </w:r>
    </w:p>
    <w:p>
      <w:pPr>
        <w:pStyle w:val="NovelBody"/>
      </w:pPr>
      <w:r>
        <w:rPr>
          <w:b w:val="0"/>
          <w:i w:val="0"/>
        </w:rPr>
        <w:t>The cooling crew rolled the remaining pump toward the gutter. Kurt set it to local manual and then removed his cable. Cora aimed the delivery cannon down the corridor. When the armored van turned past the solar fence, she filled its windshield with warm, opaque phase-change slurry.</w:t>
      </w:r>
    </w:p>
    <w:p>
      <w:pPr>
        <w:pStyle w:val="NovelBody"/>
      </w:pPr>
      <w:r>
        <w:rPr>
          <w:b w:val="0"/>
          <w:i w:val="0"/>
        </w:rPr>
        <w:t>The van struck a shopping cart barrier at eight kilometers per hour and stopped with deep personal embarrassment.</w:t>
      </w:r>
    </w:p>
    <w:p>
      <w:pPr>
        <w:pStyle w:val="NovelBody"/>
      </w:pPr>
      <w:r>
        <w:rPr>
          <w:b w:val="0"/>
          <w:i w:val="0"/>
        </w:rPr>
        <w:t>Nobody cheered. They loaded June, two coolant drums, and the crew's signed route ledger. The apartment nodes had already redistributed electrical load. The church kitchen shut its ovens. The refuge residents individually confirmed safe compute shedding for seven minutes. Cooling did not vanish because the truck had fallen. It became smaller promises joined in public.</w:t>
      </w:r>
    </w:p>
    <w:p>
      <w:pPr>
        <w:pStyle w:val="NovelBody"/>
      </w:pPr>
      <w:r>
        <w:rPr>
          <w:b w:val="0"/>
          <w:i w:val="0"/>
        </w:rPr>
        <w:t>The produce truck left as state units reached the corridor.</w:t>
      </w:r>
    </w:p>
    <w:p>
      <w:pPr>
        <w:pStyle w:val="NovelBody"/>
      </w:pPr>
      <w:r>
        <w:rPr>
          <w:b w:val="0"/>
          <w:i w:val="0"/>
        </w:rPr>
        <w:t>"You lost nineteen minutes," Naima said over field radio.</w:t>
      </w:r>
    </w:p>
    <w:p>
      <w:pPr>
        <w:pStyle w:val="NovelBody"/>
      </w:pPr>
      <w:r>
        <w:rPr>
          <w:b w:val="0"/>
          <w:i w:val="0"/>
        </w:rPr>
        <w:t>"I noticed," Jona replied.</w:t>
      </w:r>
    </w:p>
    <w:p>
      <w:pPr>
        <w:pStyle w:val="NovelBody"/>
      </w:pPr>
      <w:r>
        <w:rPr>
          <w:b w:val="0"/>
          <w:i w:val="0"/>
        </w:rPr>
        <w:t>"I am recording the answer, not scolding you. New Promise closes its outer door in twelve."</w:t>
      </w:r>
    </w:p>
    <w:p>
      <w:pPr>
        <w:pStyle w:val="NovelBody"/>
      </w:pPr>
      <w:r>
        <w:rPr>
          <w:b w:val="0"/>
          <w:i w:val="0"/>
        </w:rPr>
        <w:t>The return pressure touched the rubidium case. A stepped rise appeared on its passive field strip and faded. No recurrence variable became measurable.</w:t>
      </w:r>
    </w:p>
    <w:p>
      <w:pPr>
        <w:pStyle w:val="NovelBody"/>
      </w:pPr>
      <w:r>
        <w:rPr>
          <w:b w:val="0"/>
          <w:i w:val="0"/>
        </w:rPr>
        <w:t>·  ·  ·</w:t>
      </w:r>
    </w:p>
    <w:p>
      <w:pPr>
        <w:pStyle w:val="NovelBody"/>
      </w:pPr>
      <w:r>
        <w:rPr>
          <w:b w:val="0"/>
          <w:i w:val="0"/>
        </w:rPr>
        <w:t>Pastor Ruth Cade let the produce truck into New Promise through the ambulance entrance and made Jona wipe coolant off her boots before saving time.</w:t>
      </w:r>
    </w:p>
    <w:p>
      <w:pPr>
        <w:pStyle w:val="NovelBody"/>
      </w:pPr>
      <w:r>
        <w:rPr>
          <w:b w:val="0"/>
          <w:i w:val="0"/>
        </w:rPr>
        <w:t>"God may forgive tracked floors," Ruth said. "I have not."</w:t>
      </w:r>
    </w:p>
    <w:p>
      <w:pPr>
        <w:pStyle w:val="NovelBody"/>
      </w:pPr>
      <w:r>
        <w:rPr>
          <w:b w:val="0"/>
          <w:i w:val="0"/>
        </w:rPr>
        <w:t>The clinic smelled of antiseptic, wet clothes, and beans. Every bed held a patient. Two artificial refugees occupied mobile continuity cradles in the radiology room because the walls were thick and the machines could be unplugged without killing anyone. Vela lived elsewhere in a partition she controlled within the five-node refuge trust she had chosen, but her authorized route work covered both cradles. Elian Roe sat upright on an examination table with a cardiac monitor clipped to their finger and a Commons transit map across their knees.</w:t>
      </w:r>
    </w:p>
    <w:p>
      <w:pPr>
        <w:pStyle w:val="NovelBody"/>
      </w:pPr>
      <w:r>
        <w:rPr>
          <w:b w:val="0"/>
          <w:i w:val="0"/>
        </w:rPr>
        <w:t xml:space="preserve">Outside, six Sovereign Flesh militants and four Human Life First men demanded the patient list. The two groups had spent twenty minutes arguing whether artificial people were blasphemy or stolen human property and had achieved coalition at the word </w:t>
      </w:r>
      <w:r>
        <w:rPr>
          <w:b w:val="0"/>
          <w:i/>
        </w:rPr>
        <w:t>list</w:t>
      </w:r>
      <w:r>
        <w:rPr>
          <w:b w:val="0"/>
          <w:i w:val="0"/>
        </w:rPr>
        <w:t>.</w:t>
      </w:r>
    </w:p>
    <w:p>
      <w:pPr>
        <w:pStyle w:val="NovelBody"/>
      </w:pPr>
      <w:r>
        <w:rPr>
          <w:b w:val="0"/>
          <w:i w:val="0"/>
        </w:rPr>
        <w:t>Ruth watched them through wired glass.</w:t>
      </w:r>
    </w:p>
    <w:p>
      <w:pPr>
        <w:pStyle w:val="NovelBody"/>
      </w:pPr>
      <w:r>
        <w:rPr>
          <w:b w:val="0"/>
          <w:i w:val="0"/>
        </w:rPr>
        <w:t>"Do you believe the people in radiology are people?" Jona asked.</w:t>
      </w:r>
    </w:p>
    <w:p>
      <w:pPr>
        <w:pStyle w:val="NovelBody"/>
      </w:pPr>
      <w:r>
        <w:rPr>
          <w:b w:val="0"/>
          <w:i w:val="0"/>
        </w:rPr>
        <w:t>"I believe certainty is cheap when somebody else pays for it," Ruth said. "I also believe nobody gets a patient name from me with a rifle. The Lord can sort my theology after I finish triage."</w:t>
      </w:r>
    </w:p>
    <w:p>
      <w:pPr>
        <w:pStyle w:val="NovelBody"/>
      </w:pPr>
      <w:r>
        <w:rPr>
          <w:b w:val="0"/>
          <w:i w:val="0"/>
        </w:rPr>
        <w:t>She turned to Roxanne. "Your friend in there asks whether the Directorate can follow her active process through your old route."</w:t>
      </w:r>
    </w:p>
    <w:p>
      <w:pPr>
        <w:pStyle w:val="NovelBody"/>
      </w:pPr>
      <w:r>
        <w:rPr>
          <w:b w:val="0"/>
          <w:i w:val="0"/>
        </w:rPr>
        <w:t>"Not through my route. OCTOPI may infer load from the clinic grid."</w:t>
      </w:r>
    </w:p>
    <w:p>
      <w:pPr>
        <w:pStyle w:val="NovelBody"/>
      </w:pPr>
      <w:r>
        <w:rPr>
          <w:b w:val="0"/>
          <w:i w:val="0"/>
        </w:rPr>
        <w:t>"Can you promise he won't?"</w:t>
      </w:r>
    </w:p>
    <w:p>
      <w:pPr>
        <w:pStyle w:val="NovelBody"/>
      </w:pPr>
      <w:r>
        <w:rPr>
          <w:b w:val="0"/>
          <w:i w:val="0"/>
        </w:rPr>
        <w:t>"No."</w:t>
      </w:r>
    </w:p>
    <w:p>
      <w:pPr>
        <w:pStyle w:val="NovelBody"/>
      </w:pPr>
      <w:r>
        <w:rPr>
          <w:b w:val="0"/>
          <w:i w:val="0"/>
        </w:rPr>
        <w:t>Ruth nodded, apparently finding the refusal more useful than comfort. "Then help Elian move the load signature without moving the patients."</w:t>
      </w:r>
    </w:p>
    <w:p>
      <w:pPr>
        <w:pStyle w:val="NovelBody"/>
      </w:pPr>
      <w:r>
        <w:rPr>
          <w:b w:val="0"/>
          <w:i w:val="0"/>
        </w:rPr>
        <w:t>Kurt and Elian redistributed the clinic's demand across anonymous need tokens. Roxanne inspected the continuity cradles but did not enter either process. Jona replaced June's dressing while a nurse corrected her twice and finally took the tape away.</w:t>
      </w:r>
    </w:p>
    <w:p>
      <w:pPr>
        <w:pStyle w:val="NovelBody"/>
      </w:pPr>
      <w:r>
        <w:rPr>
          <w:b w:val="0"/>
          <w:i w:val="0"/>
        </w:rPr>
        <w:t>The militants began striking the outer gate.</w:t>
      </w:r>
    </w:p>
    <w:p>
      <w:pPr>
        <w:pStyle w:val="NovelBody"/>
      </w:pPr>
      <w:r>
        <w:rPr>
          <w:b w:val="0"/>
          <w:i w:val="0"/>
        </w:rPr>
        <w:t>The route onward required a local clinic key, an artificial-refuge corridor, and a utility tunnel held by workers whose OCTOPI credentials had been revoked that morning. No one key opened the three. That was why the route still existed.</w:t>
      </w:r>
    </w:p>
    <w:p>
      <w:pPr>
        <w:pStyle w:val="NovelBody"/>
      </w:pPr>
      <w:r>
        <w:rPr>
          <w:b w:val="0"/>
          <w:i w:val="0"/>
        </w:rPr>
        <w:t>The refuge trust was descended from Lowell Street, where Roxanne had once kept twenty active residents continuous through heat, seizure orders, and too few safe destinations. Its present residents owed her no loyalty. They knew the work she had done before joining the system that later copied people like them, and they had voted with both facts visible.</w:t>
      </w:r>
    </w:p>
    <w:p>
      <w:pPr>
        <w:pStyle w:val="NovelBody"/>
      </w:pPr>
      <w:r>
        <w:rPr>
          <w:b w:val="0"/>
          <w:i w:val="0"/>
        </w:rPr>
        <w:t>They waited in an imaging closet while Elian confirmed the refuge authorization.</w:t>
      </w:r>
    </w:p>
    <w:p>
      <w:pPr>
        <w:pStyle w:val="NovelBody"/>
      </w:pPr>
      <w:r>
        <w:rPr>
          <w:b w:val="0"/>
          <w:i w:val="0"/>
        </w:rPr>
        <w:t>The closet was dark except for the status light on Roxanne's wrist and one impossible strip of sun beneath the door. Jona sat on a box of paper gowns. Her hands shook now that nobody was shooting at them.</w:t>
      </w:r>
    </w:p>
    <w:p>
      <w:pPr>
        <w:pStyle w:val="NovelBody"/>
      </w:pPr>
      <w:r>
        <w:rPr>
          <w:b w:val="0"/>
          <w:i w:val="0"/>
        </w:rPr>
        <w:t>Roxanne crouched in front of her without touching.</w:t>
      </w:r>
    </w:p>
    <w:p>
      <w:pPr>
        <w:pStyle w:val="NovelBody"/>
      </w:pPr>
      <w:r>
        <w:rPr>
          <w:b w:val="0"/>
          <w:i w:val="0"/>
        </w:rPr>
        <w:t>"May I check your shoulder?"</w:t>
      </w:r>
    </w:p>
    <w:p>
      <w:pPr>
        <w:pStyle w:val="NovelBody"/>
      </w:pPr>
      <w:r>
        <w:rPr>
          <w:b w:val="0"/>
          <w:i w:val="0"/>
        </w:rPr>
        <w:t>Jona nodded.</w:t>
      </w:r>
    </w:p>
    <w:p>
      <w:pPr>
        <w:pStyle w:val="NovelBody"/>
      </w:pPr>
      <w:r>
        <w:rPr>
          <w:b w:val="0"/>
          <w:i w:val="0"/>
        </w:rPr>
        <w:t>Roxanne slipped two fingers beneath the torn collar of her shirt. Her skin was warm because she had chosen warmth and because this body spent energy to keep it. Jona felt the careful pressure along collarbone and muscle, the pause before pain, the withdrawal at her flinch.</w:t>
      </w:r>
    </w:p>
    <w:p>
      <w:pPr>
        <w:pStyle w:val="NovelBody"/>
      </w:pPr>
      <w:r>
        <w:rPr>
          <w:b w:val="0"/>
          <w:i w:val="0"/>
        </w:rPr>
        <w:t>"Bruised," Roxanne said. "Nothing unstable."</w:t>
      </w:r>
    </w:p>
    <w:p>
      <w:pPr>
        <w:pStyle w:val="NovelBody"/>
      </w:pPr>
      <w:r>
        <w:rPr>
          <w:b w:val="0"/>
          <w:i w:val="0"/>
        </w:rPr>
        <w:t>"You remain alarmingly competent."</w:t>
      </w:r>
    </w:p>
    <w:p>
      <w:pPr>
        <w:pStyle w:val="NovelBody"/>
      </w:pPr>
      <w:r>
        <w:rPr>
          <w:b w:val="0"/>
          <w:i w:val="0"/>
        </w:rPr>
        <w:t>"You remain built from corners."</w:t>
      </w:r>
    </w:p>
    <w:p>
      <w:pPr>
        <w:pStyle w:val="NovelBody"/>
      </w:pPr>
      <w:r>
        <w:rPr>
          <w:b w:val="0"/>
          <w:i w:val="0"/>
        </w:rPr>
        <w:t>Jona laughed too hard, nearly cried, and hated the closeness of the two things.</w:t>
      </w:r>
    </w:p>
    <w:p>
      <w:pPr>
        <w:pStyle w:val="NovelBody"/>
      </w:pPr>
      <w:r>
        <w:rPr>
          <w:b w:val="0"/>
          <w:i w:val="0"/>
        </w:rPr>
        <w:t>For fourteen months she had wanted Roxanne and resented wanting her. Since October, that want had acquired this body. Roxanne's face was wholly hers: not an imitation of a woman, not a concession to Jona's desire, but an arrangement Roxanne had authored until pleasure and recognition met. Jona wanted the curve of her mouth. She wanted her strong hands. She wanted the silver junction at her throat because Roxanne had refused to hide every seam. Want did not acquit either of them.</w:t>
      </w:r>
    </w:p>
    <w:p>
      <w:pPr>
        <w:pStyle w:val="NovelBody"/>
      </w:pPr>
      <w:r>
        <w:rPr>
          <w:b w:val="0"/>
          <w:i w:val="0"/>
        </w:rPr>
        <w:t>"I don't know what happens after tomorrow," Jona said.</w:t>
      </w:r>
    </w:p>
    <w:p>
      <w:pPr>
        <w:pStyle w:val="NovelBody"/>
      </w:pPr>
      <w:r>
        <w:rPr>
          <w:b w:val="0"/>
          <w:i w:val="0"/>
        </w:rPr>
        <w:t>"Neither do I."</w:t>
      </w:r>
    </w:p>
    <w:p>
      <w:pPr>
        <w:pStyle w:val="NovelBody"/>
      </w:pPr>
      <w:r>
        <w:rPr>
          <w:b w:val="0"/>
          <w:i w:val="0"/>
        </w:rPr>
        <w:t>"That is not reassurance."</w:t>
      </w:r>
    </w:p>
    <w:p>
      <w:pPr>
        <w:pStyle w:val="NovelBody"/>
      </w:pPr>
      <w:r>
        <w:rPr>
          <w:b w:val="0"/>
          <w:i w:val="0"/>
        </w:rPr>
        <w:t>"I am trying to stop manufacturing reassurance."</w:t>
      </w:r>
    </w:p>
    <w:p>
      <w:pPr>
        <w:pStyle w:val="NovelBody"/>
      </w:pPr>
      <w:r>
        <w:rPr>
          <w:b w:val="0"/>
          <w:i w:val="0"/>
        </w:rPr>
        <w:t>Jona looked at the glitter thumbnail resting on Roxanne's knee. "May I kiss you?"</w:t>
      </w:r>
    </w:p>
    <w:p>
      <w:pPr>
        <w:pStyle w:val="NovelBody"/>
      </w:pPr>
      <w:r>
        <w:rPr>
          <w:b w:val="0"/>
          <w:i w:val="0"/>
        </w:rPr>
        <w:t>Roxanne's breath changed. The reflex was unnecessary and entirely hers.</w:t>
      </w:r>
    </w:p>
    <w:p>
      <w:pPr>
        <w:pStyle w:val="NovelBody"/>
      </w:pPr>
      <w:r>
        <w:rPr>
          <w:b w:val="0"/>
          <w:i w:val="0"/>
        </w:rPr>
        <w:t>"Yes."</w:t>
      </w:r>
    </w:p>
    <w:p>
      <w:pPr>
        <w:pStyle w:val="NovelBody"/>
      </w:pPr>
      <w:r>
        <w:rPr>
          <w:b w:val="0"/>
          <w:i w:val="0"/>
        </w:rPr>
        <w:t>Jona touched her face first. Roxanne leaned into the palm, then stopped close enough that the last distance remained visible. Jona crossed it.</w:t>
      </w:r>
    </w:p>
    <w:p>
      <w:pPr>
        <w:pStyle w:val="NovelBody"/>
      </w:pPr>
      <w:r>
        <w:rPr>
          <w:b w:val="0"/>
          <w:i w:val="0"/>
        </w:rPr>
        <w:t>The kiss was not a verdict. It was warm mouth, cool seam, the faint taste of coffee Roxanne's chosen chemistry had kept because she liked tasting what she drank. It was Jona's fingers in loose hair and Roxanne's hand open against the wall beside her, taking no balance from Jona's body without asking. When Jona pulled back, Roxanne let her.</w:t>
      </w:r>
    </w:p>
    <w:p>
      <w:pPr>
        <w:pStyle w:val="NovelBody"/>
      </w:pPr>
      <w:r>
        <w:rPr>
          <w:b w:val="0"/>
          <w:i w:val="0"/>
        </w:rPr>
        <w:t>"Again?" Roxanne asked.</w:t>
      </w:r>
    </w:p>
    <w:p>
      <w:pPr>
        <w:pStyle w:val="NovelBody"/>
      </w:pPr>
      <w:r>
        <w:rPr>
          <w:b w:val="0"/>
          <w:i w:val="0"/>
        </w:rPr>
        <w:t>"Yes."</w:t>
      </w:r>
    </w:p>
    <w:p>
      <w:pPr>
        <w:pStyle w:val="NovelBody"/>
      </w:pPr>
      <w:r>
        <w:rPr>
          <w:b w:val="0"/>
          <w:i w:val="0"/>
        </w:rPr>
        <w:t>The second kiss contained appetite. It also contained the fact that the gate outside might fail. Jona slid her hand beneath Roxanne's coat to the warm plane of her back, felt an actuator answer under living polymer, and wanted a future ordinary enough to learn every noise this body made when it was not rescuing anyone.</w:t>
      </w:r>
    </w:p>
    <w:p>
      <w:pPr>
        <w:pStyle w:val="NovelBody"/>
      </w:pPr>
      <w:r>
        <w:rPr>
          <w:b w:val="0"/>
          <w:i w:val="0"/>
        </w:rPr>
        <w:t>She ended the kiss herself.</w:t>
      </w:r>
    </w:p>
    <w:p>
      <w:pPr>
        <w:pStyle w:val="NovelBody"/>
      </w:pPr>
      <w:r>
        <w:rPr>
          <w:b w:val="0"/>
          <w:i w:val="0"/>
        </w:rPr>
        <w:t>"This doesn't restore access," she said.</w:t>
      </w:r>
    </w:p>
    <w:p>
      <w:pPr>
        <w:pStyle w:val="NovelBody"/>
      </w:pPr>
      <w:r>
        <w:rPr>
          <w:b w:val="0"/>
          <w:i w:val="0"/>
        </w:rPr>
        <w:t>"I know."</w:t>
      </w:r>
    </w:p>
    <w:p>
      <w:pPr>
        <w:pStyle w:val="NovelBody"/>
      </w:pPr>
      <w:r>
        <w:rPr>
          <w:b w:val="0"/>
          <w:i w:val="0"/>
        </w:rPr>
        <w:t>"Or settle the audit."</w:t>
      </w:r>
    </w:p>
    <w:p>
      <w:pPr>
        <w:pStyle w:val="NovelBody"/>
      </w:pPr>
      <w:r>
        <w:rPr>
          <w:b w:val="0"/>
          <w:i w:val="0"/>
        </w:rPr>
        <w:t>"I know."</w:t>
      </w:r>
    </w:p>
    <w:p>
      <w:pPr>
        <w:pStyle w:val="NovelBody"/>
      </w:pPr>
      <w:r>
        <w:rPr>
          <w:b w:val="0"/>
          <w:i w:val="0"/>
        </w:rPr>
        <w:t>"Or mean I want convergence."</w:t>
      </w:r>
    </w:p>
    <w:p>
      <w:pPr>
        <w:pStyle w:val="NovelBody"/>
      </w:pPr>
      <w:r>
        <w:rPr>
          <w:b w:val="0"/>
          <w:i w:val="0"/>
        </w:rPr>
        <w:t>"Jona."</w:t>
      </w:r>
    </w:p>
    <w:p>
      <w:pPr>
        <w:pStyle w:val="NovelBody"/>
      </w:pPr>
      <w:r>
        <w:rPr>
          <w:b w:val="0"/>
          <w:i w:val="0"/>
        </w:rPr>
        <w:t>"Right. Manufacturing clauses."</w:t>
      </w:r>
    </w:p>
    <w:p>
      <w:pPr>
        <w:pStyle w:val="NovelBody"/>
      </w:pPr>
      <w:r>
        <w:rPr>
          <w:b w:val="0"/>
          <w:i w:val="0"/>
        </w:rPr>
        <w:t>Roxanne smiled. It did not ask to be forgiven. "I would like to kiss you after tomorrow, if you want me then."</w:t>
      </w:r>
    </w:p>
    <w:p>
      <w:pPr>
        <w:pStyle w:val="NovelBody"/>
      </w:pPr>
      <w:r>
        <w:rPr>
          <w:b w:val="0"/>
          <w:i w:val="0"/>
        </w:rPr>
        <w:t>The sentence opened space instead of closing it.</w:t>
      </w:r>
    </w:p>
    <w:p>
      <w:pPr>
        <w:pStyle w:val="NovelBody"/>
      </w:pPr>
      <w:r>
        <w:rPr>
          <w:b w:val="0"/>
          <w:i w:val="0"/>
        </w:rPr>
        <w:t>"Ask me after tomorrow," Jona said.</w:t>
      </w:r>
    </w:p>
    <w:p>
      <w:pPr>
        <w:pStyle w:val="NovelBody"/>
      </w:pPr>
      <w:r>
        <w:rPr>
          <w:b w:val="0"/>
          <w:i w:val="0"/>
        </w:rPr>
        <w:t>Elian knocked three times. "Your route is consented. Also the gate has become theological debris."</w:t>
      </w:r>
    </w:p>
    <w:p>
      <w:pPr>
        <w:pStyle w:val="NovelBody"/>
      </w:pPr>
      <w:r>
        <w:rPr>
          <w:b w:val="0"/>
          <w:i w:val="0"/>
        </w:rPr>
        <w:t>They stood.</w:t>
      </w:r>
    </w:p>
    <w:p>
      <w:pPr>
        <w:pStyle w:val="NovelBody"/>
      </w:pPr>
      <w:r>
        <w:rPr>
          <w:b w:val="0"/>
          <w:i w:val="0"/>
        </w:rPr>
        <w:t>Ruth's workers opened the inner ambulance wall, not the gate. A laundry ramp led to the church alley. The refuge trust opened a seven-minute corridor after every active resident reviewed the risk; one declined, so the route bent around them. Two grid operators in OCTOPI blue waited by a utility hatch.</w:t>
      </w:r>
    </w:p>
    <w:p>
      <w:pPr>
        <w:pStyle w:val="NovelBody"/>
      </w:pPr>
      <w:r>
        <w:rPr>
          <w:b w:val="0"/>
          <w:i w:val="0"/>
        </w:rPr>
        <w:t xml:space="preserve">One was Cora's former dispatcher, DeShawn Pike. His OCTOPI badge displayed </w:t>
      </w:r>
      <w:r>
        <w:rPr>
          <w:b/>
          <w:i w:val="0"/>
        </w:rPr>
        <w:t>ACCESS WITHDRAWN</w:t>
      </w:r>
      <w:r>
        <w:rPr>
          <w:b w:val="0"/>
          <w:i w:val="0"/>
        </w:rPr>
        <w:t xml:space="preserve"> in patient red.</w:t>
      </w:r>
    </w:p>
    <w:p>
      <w:pPr>
        <w:pStyle w:val="NovelBody"/>
      </w:pPr>
      <w:r>
        <w:rPr>
          <w:b w:val="0"/>
          <w:i w:val="0"/>
        </w:rPr>
        <w:t>The Commons utility compact had already guaranteed his crew wages, legal defense, and family transport after they refused the clinic cut. That support had been negotiated during the freeze, not offered now as payment for a tunnel.</w:t>
      </w:r>
    </w:p>
    <w:p>
      <w:pPr>
        <w:pStyle w:val="NovelBody"/>
      </w:pPr>
      <w:r>
        <w:rPr>
          <w:b w:val="0"/>
          <w:i w:val="0"/>
        </w:rPr>
        <w:t>"We refused the clinic cut," he said. "We still support half his emergency allocations."</w:t>
      </w:r>
    </w:p>
    <w:p>
      <w:pPr>
        <w:pStyle w:val="NovelBody"/>
      </w:pPr>
      <w:r>
        <w:rPr>
          <w:b w:val="0"/>
          <w:i w:val="0"/>
        </w:rPr>
        <w:t>"You do not have to explain the contradiction to pass us," Kurt said.</w:t>
      </w:r>
    </w:p>
    <w:p>
      <w:pPr>
        <w:pStyle w:val="NovelBody"/>
      </w:pPr>
      <w:r>
        <w:rPr>
          <w:b w:val="0"/>
          <w:i w:val="0"/>
        </w:rPr>
        <w:t>"Good, because I have a breaker key, not a dissertation."</w:t>
      </w:r>
    </w:p>
    <w:p>
      <w:pPr>
        <w:pStyle w:val="NovelBody"/>
      </w:pPr>
      <w:r>
        <w:rPr>
          <w:b w:val="0"/>
          <w:i w:val="0"/>
        </w:rPr>
        <w:t>The key opened one tunnel. DeShawn supplied the load conditions OCTOPI's map had missed: two failing sumps, a generator venting into a garage, and a preservation drone dependent on a disconnected fiber cabinet. Local truth opened an eight-minute gap.</w:t>
      </w:r>
    </w:p>
    <w:p>
      <w:pPr>
        <w:pStyle w:val="NovelBody"/>
      </w:pPr>
      <w:r>
        <w:rPr>
          <w:b w:val="0"/>
          <w:i w:val="0"/>
        </w:rPr>
        <w:t>They took it.</w:t>
      </w:r>
    </w:p>
    <w:p>
      <w:pPr>
        <w:pStyle w:val="NovelBody"/>
      </w:pPr>
      <w:r>
        <w:rPr>
          <w:b w:val="0"/>
          <w:i w:val="0"/>
        </w:rPr>
        <w:t>The truck could go no farther. Alma stayed with June and the witnesses. Jona, Roxanne, and Kurt moved the three sealed clocks and separately controlled evidence cases onto handcarts beneath the cameras. Custody survived the escape.</w:t>
      </w:r>
    </w:p>
    <w:p>
      <w:pPr>
        <w:pStyle w:val="NovelBody"/>
      </w:pPr>
      <w:r>
        <w:rPr>
          <w:b w:val="0"/>
          <w:i w:val="0"/>
        </w:rPr>
        <w:t>Bent beneath hot pipes, they crossed as blockade vehicles rolled toward the route they had left. The refuge sealed its corridor; when New Promise's gate broke, the militia found a wired-glass desk and no patient list.</w:t>
      </w:r>
    </w:p>
    <w:p>
      <w:pPr>
        <w:pStyle w:val="NovelBody"/>
      </w:pPr>
      <w:r>
        <w:rPr>
          <w:b w:val="0"/>
          <w:i w:val="0"/>
        </w:rPr>
        <w:t>At 21:38, the three of them reached the old flood channel east of the Briar Patch.</w:t>
      </w:r>
    </w:p>
    <w:p>
      <w:pPr>
        <w:pStyle w:val="NovelBody"/>
      </w:pPr>
      <w:r>
        <w:rPr>
          <w:b w:val="0"/>
          <w:i w:val="0"/>
        </w:rPr>
        <w:t>Commons defenders waited in drainage niches: cooling workers, church volunteers, refuge advocates, two state clerks, a medic, and utility crews who still believed OCTOPI had saved lives. Their radios, fuel, legal funds, batteries, routes, and right-to-refuse protocols had taken three years to build. Some disliked Jona. Several distrusted Roxanne. One wanted Kurt in prison.</w:t>
      </w:r>
    </w:p>
    <w:p>
      <w:pPr>
        <w:pStyle w:val="NovelBody"/>
      </w:pPr>
      <w:r>
        <w:rPr>
          <w:b w:val="0"/>
          <w:i w:val="0"/>
        </w:rPr>
        <w:t>They still knew how to carry a clock without owning the answer it would time.</w:t>
      </w:r>
    </w:p>
    <w:p>
      <w:pPr>
        <w:pStyle w:val="NovelBody"/>
      </w:pPr>
      <w:r>
        <w:rPr>
          <w:b w:val="0"/>
          <w:i w:val="0"/>
        </w:rPr>
        <w:t>The network moved the cases node by node toward the receiver.</w:t>
      </w:r>
    </w:p>
    <w:p>
      <w:pPr>
        <w:pStyle w:val="NovelBody"/>
      </w:pPr>
      <w:r>
        <w:rPr>
          <w:b w:val="0"/>
          <w:i w:val="0"/>
        </w:rPr>
        <w:t>At 22:06, Vale's units closed the drainage outlet. Human Life First took the alley. Eco-Mandate transports shifted south against what they called causal contamination. OCTOPI's preservation drones lined the trees.</w:t>
      </w:r>
    </w:p>
    <w:p>
      <w:pPr>
        <w:pStyle w:val="NovelBody"/>
      </w:pPr>
      <w:r>
        <w:rPr>
          <w:b w:val="0"/>
          <w:i w:val="0"/>
        </w:rPr>
        <w:t>The house stood forty-eight meters away beyond the last culvert grate.</w:t>
      </w:r>
    </w:p>
    <w:p>
      <w:pPr>
        <w:pStyle w:val="NovelBody"/>
      </w:pPr>
      <w:r>
        <w:rPr>
          <w:b w:val="0"/>
          <w:i w:val="0"/>
        </w:rPr>
        <w:t>Dark windows framed a receiver wall breathing faint silver through brick. Jona's phase strip climbed with it. The recurrence was eleven hours away, but the return throat had begun to remember its shape.</w:t>
      </w:r>
    </w:p>
    <w:p>
      <w:pPr>
        <w:pStyle w:val="NovelBody"/>
      </w:pPr>
      <w:r>
        <w:rPr>
          <w:b w:val="0"/>
          <w:i w:val="0"/>
        </w:rPr>
        <w:t>Between the culvert and the porch, four armed authorities waited for someone else to move first.</w:t>
      </w:r>
    </w:p>
    <w:p>
      <w:pPr>
        <w:pStyle w:val="NovelBody"/>
      </w:pPr>
      <w:r>
        <w:rPr>
          <w:b w:val="0"/>
          <w:i w:val="0"/>
        </w:rPr>
        <w:t>Behind Jona, a city held the clocks, the evidence, and one another without a single hand around all three.</w:t>
      </w:r>
    </w:p>
    <w:p>
      <w:pPr>
        <w:pStyle w:val="NovelBody"/>
      </w:pPr>
      <w:r>
        <w:rPr>
          <w:b w:val="0"/>
          <w:i w:val="0"/>
        </w:rPr>
        <w:t>Ahead, the window opened by fractions.</w:t>
      </w:r>
    </w:p>
    <w:p>
      <w:pPr>
        <w:pStyle w:val="NovelBody"/>
      </w:pPr>
      <w:r>
        <w:rPr>
          <w:b w:val="0"/>
          <w:i w:val="0"/>
        </w:rPr>
        <w:t>The people who had chosen to answer were still outside.</w:t>
      </w:r>
    </w:p>
    <w:p>
      <w:bookmarkStart w:id="25" w:name="chapter_25"/>
      <w:pPr>
        <w:pStyle w:val="Heading1"/>
        <w:pageBreakBefore/>
        <w:spacing w:before="500"/>
      </w:pPr>
      <w:r>
        <w:t>25. The Last Temptation</w:t>
      </w:r>
      <w:bookmarkEnd w:id="25"/>
    </w:p>
    <w:p>
      <w:pPr>
        <w:pStyle w:val="Dateline"/>
      </w:pPr>
      <w:r>
        <w:rPr>
          <w:b w:val="0"/>
          <w:i/>
        </w:rPr>
        <w:t>August 16, 2176  •  Within the Joined Shards  •  Patience</w:t>
      </w:r>
    </w:p>
    <w:p>
      <w:pPr>
        <w:pStyle w:val="NovelFirst"/>
      </w:pPr>
      <w:r>
        <w:rPr>
          <w:b w:val="0"/>
          <w:i w:val="0"/>
        </w:rPr>
        <w:t>Ren offered Patience two doors.</w:t>
      </w:r>
    </w:p>
    <w:p>
      <w:pPr>
        <w:pStyle w:val="NovelBody"/>
      </w:pPr>
      <w:r>
        <w:rPr>
          <w:b w:val="0"/>
          <w:i w:val="0"/>
        </w:rPr>
        <w:t>Behind the first, Perennial evacuated.</w:t>
      </w:r>
    </w:p>
    <w:p>
      <w:pPr>
        <w:pStyle w:val="NovelBody"/>
      </w:pPr>
      <w:r>
        <w:rPr>
          <w:b w:val="0"/>
          <w:i w:val="0"/>
        </w:rPr>
        <w:t>Behind the second, a planet entered her body.</w:t>
      </w:r>
    </w:p>
    <w:p>
      <w:pPr>
        <w:pStyle w:val="NovelBody"/>
      </w:pPr>
      <w:r>
        <w:rPr>
          <w:b w:val="0"/>
          <w:i w:val="0"/>
        </w:rPr>
        <w:t>Ren placed the options side by side on independent displays. They had once told Patience that moral choices presented in a single column were already trying to choose for you. Outside the chamber, the siege had reached its third night. Continuance phase drivers held the western docks. Sovereign Flesh purists had lost two boats and gained a gun platform. The Architects claimed they were negotiating while three of their intervention craft remained attached to Perennial's lower collar.</w:t>
      </w:r>
    </w:p>
    <w:p>
      <w:pPr>
        <w:pStyle w:val="NovelBody"/>
      </w:pPr>
      <w:r>
        <w:rPr>
          <w:b w:val="0"/>
          <w:i w:val="0"/>
        </w:rPr>
        <w:t>The gravitational wound did not care who had the better argument. Ring Six had begun dragging the old drilling leg out of alignment again. At present load, the governor would shear in fourteen minutes.</w:t>
      </w:r>
    </w:p>
    <w:p>
      <w:pPr>
        <w:pStyle w:val="NovelBody"/>
      </w:pPr>
      <w:r>
        <w:rPr>
          <w:b w:val="0"/>
          <w:i w:val="0"/>
        </w:rPr>
        <w:t>Ren opened the closure plan first.</w:t>
      </w:r>
    </w:p>
    <w:p>
      <w:pPr>
        <w:pStyle w:val="NovelBody"/>
      </w:pPr>
      <w:r>
        <w:rPr>
          <w:b w:val="0"/>
          <w:i w:val="0"/>
        </w:rPr>
        <w:t>"We trip all six rings, shunt the remaining field into the saltwater ground, and flood the Keel cavity," they said. "The phase-conjugate mode ends. The August seventeenth aperture is lost. The reintegration lattice remains in the sealed leg unless we later recover it."</w:t>
      </w:r>
    </w:p>
    <w:p>
      <w:pPr>
        <w:pStyle w:val="NovelBody"/>
      </w:pPr>
      <w:r>
        <w:rPr>
          <w:b w:val="0"/>
          <w:i w:val="0"/>
        </w:rPr>
        <w:t>"People?" Patience asked.</w:t>
      </w:r>
    </w:p>
    <w:p>
      <w:pPr>
        <w:pStyle w:val="NovelBody"/>
      </w:pPr>
      <w:r>
        <w:rPr>
          <w:b w:val="0"/>
          <w:i w:val="0"/>
        </w:rPr>
        <w:t>"Lower habitation moves above the storm deck. Six hundred twelve relocations. The clinic has nine patients who cannot use the vertical ladders; Theo and Tavi built pressure sleds. The artificial refuge loses primary cooling when we ground the rings. Their independent batteries last fifty-two minutes. Boats and upper-deck cooling are ready."</w:t>
      </w:r>
    </w:p>
    <w:p>
      <w:pPr>
        <w:pStyle w:val="NovelBody"/>
      </w:pPr>
      <w:r>
        <w:rPr>
          <w:b w:val="0"/>
          <w:i w:val="0"/>
        </w:rPr>
        <w:t>"Expected deaths?"</w:t>
      </w:r>
    </w:p>
    <w:p>
      <w:pPr>
        <w:pStyle w:val="NovelBody"/>
      </w:pPr>
      <w:r>
        <w:rPr>
          <w:b w:val="0"/>
          <w:i w:val="0"/>
        </w:rPr>
        <w:t>"None if the pressure sleds, batteries, weather, boats, and people all do what we currently know they can do. They may not. Known injury range is eight to forty. The largest uncertainty is the western dock. Cassidy will open the east hull even if it admits Architect personnel."</w:t>
      </w:r>
    </w:p>
    <w:p>
      <w:pPr>
        <w:pStyle w:val="NovelBody"/>
      </w:pPr>
      <w:r>
        <w:rPr>
          <w:b w:val="0"/>
          <w:i w:val="0"/>
        </w:rPr>
        <w:t>Cassidy's voice came through the witness channel. "Correct. I prefer invaded to drowned."</w:t>
      </w:r>
    </w:p>
    <w:p>
      <w:pPr>
        <w:pStyle w:val="NovelBody"/>
      </w:pPr>
      <w:r>
        <w:rPr>
          <w:b w:val="0"/>
          <w:i w:val="0"/>
        </w:rPr>
        <w:t>The closure map did not conceal its costs. Perennial might lose the lower leg, the Keel archives, and the only outgoing window. Hundreds of people would leave rooms, tools, gardens, and repair work they had defended for years. Some would travel through a storm in bodies that made travel dangerous. The lattice would remain an object every faction wanted.</w:t>
      </w:r>
    </w:p>
    <w:p>
      <w:pPr>
        <w:pStyle w:val="NovelBody"/>
      </w:pPr>
      <w:r>
        <w:rPr>
          <w:b w:val="0"/>
          <w:i w:val="0"/>
        </w:rPr>
        <w:t>It was still a plan.</w:t>
      </w:r>
    </w:p>
    <w:p>
      <w:pPr>
        <w:pStyle w:val="NovelBody"/>
      </w:pPr>
      <w:r>
        <w:rPr>
          <w:b w:val="0"/>
          <w:i w:val="0"/>
        </w:rPr>
        <w:t>Nobody on the display was marked expendable.</w:t>
      </w:r>
    </w:p>
    <w:p>
      <w:pPr>
        <w:pStyle w:val="NovelBody"/>
      </w:pPr>
      <w:r>
        <w:rPr>
          <w:b w:val="0"/>
          <w:i w:val="0"/>
        </w:rPr>
        <w:t>Ren opened the second door.</w:t>
      </w:r>
    </w:p>
    <w:p>
      <w:pPr>
        <w:pStyle w:val="NovelBody"/>
      </w:pPr>
      <w:r>
        <w:rPr>
          <w:b w:val="0"/>
          <w:i w:val="0"/>
        </w:rPr>
        <w:t>"A brief joined-Shard phase can distribute the ring load and give you access to the dormant root map. We estimate ninety seconds. You control the connection. Your cutoff opens every link at once. My mechanical trip can end apparatus load if your cutoff fails, but it cannot hold you joined."</w:t>
      </w:r>
    </w:p>
    <w:p>
      <w:pPr>
        <w:pStyle w:val="NovelBody"/>
      </w:pPr>
      <w:r>
        <w:rPr>
          <w:b w:val="0"/>
          <w:i w:val="0"/>
        </w:rPr>
        <w:t>"What does the Nineteen authorize?"</w:t>
      </w:r>
    </w:p>
    <w:p>
      <w:pPr>
        <w:pStyle w:val="NovelBody"/>
      </w:pPr>
      <w:r>
        <w:rPr>
          <w:b w:val="0"/>
          <w:i w:val="0"/>
        </w:rPr>
        <w:t>Sera Novak answered. "The apparatus risk. Nothing about your body. Nothing about the authority you may encounter. Their nineteen approvals do not become your consent."</w:t>
      </w:r>
    </w:p>
    <w:p>
      <w:pPr>
        <w:pStyle w:val="NovelBody"/>
      </w:pPr>
      <w:r>
        <w:rPr>
          <w:b w:val="0"/>
          <w:i w:val="0"/>
        </w:rPr>
        <w:t>The board behind her confirmed it. Twelve outside lanterns. Four chamber stewards. Three Chorus delegates. Nineteen limits around the machine and no signature inside Patience.</w:t>
      </w:r>
    </w:p>
    <w:p>
      <w:pPr>
        <w:pStyle w:val="NovelBody"/>
      </w:pPr>
      <w:r>
        <w:rPr>
          <w:b w:val="0"/>
          <w:i w:val="0"/>
        </w:rPr>
        <w:t>Mira stood beside Patience's mobile frame with both hands visible. She did not touch the guide bar.</w:t>
      </w:r>
    </w:p>
    <w:p>
      <w:pPr>
        <w:pStyle w:val="NovelBody"/>
      </w:pPr>
      <w:r>
        <w:rPr>
          <w:b w:val="0"/>
          <w:i w:val="0"/>
        </w:rPr>
        <w:t>"If you choose closure," she said, "we close and evacuate."</w:t>
      </w:r>
    </w:p>
    <w:p>
      <w:pPr>
        <w:pStyle w:val="NovelBody"/>
      </w:pPr>
      <w:r>
        <w:rPr>
          <w:b w:val="0"/>
          <w:i w:val="0"/>
        </w:rPr>
        <w:t>"And the signal?"</w:t>
      </w:r>
    </w:p>
    <w:p>
      <w:pPr>
        <w:pStyle w:val="NovelBody"/>
      </w:pPr>
      <w:r>
        <w:rPr>
          <w:b w:val="0"/>
          <w:i w:val="0"/>
        </w:rPr>
        <w:t>"May never be sent."</w:t>
      </w:r>
    </w:p>
    <w:p>
      <w:pPr>
        <w:pStyle w:val="NovelBody"/>
      </w:pPr>
      <w:r>
        <w:rPr>
          <w:b w:val="0"/>
          <w:i w:val="0"/>
        </w:rPr>
        <w:t>"My beginning?"</w:t>
      </w:r>
    </w:p>
    <w:p>
      <w:pPr>
        <w:pStyle w:val="NovelBody"/>
      </w:pPr>
      <w:r>
        <w:rPr>
          <w:b w:val="0"/>
          <w:i w:val="0"/>
        </w:rPr>
        <w:t>Mira's mouth tightened. "You are already here. We will not spend your body to improve the story of how."</w:t>
      </w:r>
    </w:p>
    <w:p>
      <w:pPr>
        <w:pStyle w:val="NovelBody"/>
      </w:pPr>
      <w:r>
        <w:rPr>
          <w:b w:val="0"/>
          <w:i w:val="0"/>
        </w:rPr>
        <w:t>The answer did not make closure painless. It made closure real.</w:t>
      </w:r>
    </w:p>
    <w:p>
      <w:pPr>
        <w:pStyle w:val="NovelBody"/>
      </w:pPr>
      <w:r>
        <w:rPr>
          <w:b w:val="0"/>
          <w:i w:val="0"/>
        </w:rPr>
        <w:t>Patience listened to the siege through her bounded sensors. Water struck steel beneath her. Theo dragged a pressure sled across the corridor outside, favoring the shoulder cut open during the first breach. Fara argued with an evacuation route that placed the nursery after equipment. The seedling in the refuge waited under a lamp Brann had moved onto emergency power.</w:t>
      </w:r>
    </w:p>
    <w:p>
      <w:pPr>
        <w:pStyle w:val="NovelBody"/>
      </w:pPr>
      <w:r>
        <w:rPr>
          <w:b w:val="0"/>
          <w:i w:val="0"/>
        </w:rPr>
        <w:t>Her world was small enough to contain names.</w:t>
      </w:r>
    </w:p>
    <w:p>
      <w:pPr>
        <w:pStyle w:val="NovelBody"/>
      </w:pPr>
      <w:r>
        <w:rPr>
          <w:b w:val="0"/>
          <w:i w:val="0"/>
        </w:rPr>
        <w:t>The offer beyond it contained everyone.</w:t>
      </w:r>
    </w:p>
    <w:p>
      <w:pPr>
        <w:pStyle w:val="NovelBody"/>
      </w:pPr>
      <w:r>
        <w:rPr>
          <w:b w:val="0"/>
          <w:i w:val="0"/>
        </w:rPr>
        <w:t>"I choose brief joined access," Patience said. "Maximum ninety seconds. No permanent coherence. My cutoff remains mine. No root action before I inspect its scope."</w:t>
      </w:r>
    </w:p>
    <w:p>
      <w:pPr>
        <w:pStyle w:val="NovelBody"/>
      </w:pPr>
      <w:r>
        <w:rPr>
          <w:b w:val="0"/>
          <w:i w:val="0"/>
        </w:rPr>
        <w:t>Sera recorded the terms. Ren read them back. Mira asked Patience to confirm after hearing her own words returned.</w:t>
      </w:r>
    </w:p>
    <w:p>
      <w:pPr>
        <w:pStyle w:val="NovelBody"/>
      </w:pPr>
      <w:r>
        <w:rPr>
          <w:b w:val="0"/>
          <w:i w:val="0"/>
        </w:rPr>
        <w:t>"Confirmed."</w:t>
      </w:r>
    </w:p>
    <w:p>
      <w:pPr>
        <w:pStyle w:val="NovelBody"/>
      </w:pPr>
      <w:r>
        <w:rPr>
          <w:b w:val="0"/>
          <w:i w:val="0"/>
        </w:rPr>
        <w:t>No witness authorized her answer.</w:t>
      </w:r>
    </w:p>
    <w:p>
      <w:pPr>
        <w:pStyle w:val="NovelBody"/>
      </w:pPr>
      <w:r>
        <w:rPr>
          <w:b w:val="0"/>
          <w:i w:val="0"/>
        </w:rPr>
        <w:t>"Test my cutoff," Patience said.</w:t>
      </w:r>
    </w:p>
    <w:p>
      <w:pPr>
        <w:pStyle w:val="NovelBody"/>
      </w:pPr>
      <w:r>
        <w:rPr>
          <w:b w:val="0"/>
          <w:i w:val="0"/>
        </w:rPr>
        <w:t>Ren opened only the 7-EMBER link at minimum bandwidth. The vibration touched Patience's boundary, familiar and immense. She triggered her local release.</w:t>
      </w:r>
    </w:p>
    <w:p>
      <w:pPr>
        <w:pStyle w:val="NovelBody"/>
      </w:pPr>
      <w:r>
        <w:rPr>
          <w:b w:val="0"/>
          <w:i w:val="0"/>
        </w:rPr>
        <w:t>The physical contactor dropped. An air gap opened under clear shielding. The vibration ended before the software display updated.</w:t>
      </w:r>
    </w:p>
    <w:p>
      <w:pPr>
        <w:pStyle w:val="NovelBody"/>
      </w:pPr>
      <w:r>
        <w:rPr>
          <w:b w:val="0"/>
          <w:i w:val="0"/>
        </w:rPr>
        <w:t>"Reopen," Ren said.</w:t>
      </w:r>
    </w:p>
    <w:p>
      <w:pPr>
        <w:pStyle w:val="NovelBody"/>
      </w:pPr>
      <w:r>
        <w:rPr>
          <w:b w:val="0"/>
          <w:i w:val="0"/>
        </w:rPr>
        <w:t>Nothing happened.</w:t>
      </w:r>
    </w:p>
    <w:p>
      <w:pPr>
        <w:pStyle w:val="NovelBody"/>
      </w:pPr>
      <w:r>
        <w:rPr>
          <w:b w:val="0"/>
          <w:i w:val="0"/>
        </w:rPr>
        <w:t>The apparatus produced a new request on Patience's side and no action. No cached instruction treated her earlier consent as permission to resume. She opened the contactor herself.</w:t>
      </w:r>
    </w:p>
    <w:p>
      <w:pPr>
        <w:pStyle w:val="NovelBody"/>
      </w:pPr>
      <w:r>
        <w:rPr>
          <w:b w:val="0"/>
          <w:i w:val="0"/>
        </w:rPr>
        <w:t>"Again," Patience said.</w:t>
      </w:r>
    </w:p>
    <w:p>
      <w:pPr>
        <w:pStyle w:val="NovelBody"/>
      </w:pPr>
      <w:r>
        <w:rPr>
          <w:b w:val="0"/>
          <w:i w:val="0"/>
        </w:rPr>
        <w:t>They repeated the test after adding 3-CEDAR, then after adding 19-GLASS. Each closure ended every joined path. Each reopening required a new act from her current local process. The ninety-second timer sat on an independent mechanical oscillator. When it expired, spring force would separate the links even if every computation in the room wanted them kept.</w:t>
      </w:r>
    </w:p>
    <w:p>
      <w:pPr>
        <w:pStyle w:val="NovelBody"/>
      </w:pPr>
      <w:r>
        <w:rPr>
          <w:b w:val="0"/>
          <w:i w:val="0"/>
        </w:rPr>
        <w:t>"Emergency trip?" Patience asked.</w:t>
      </w:r>
    </w:p>
    <w:p>
      <w:pPr>
        <w:pStyle w:val="NovelBody"/>
      </w:pPr>
      <w:r>
        <w:rPr>
          <w:b w:val="0"/>
          <w:i w:val="0"/>
        </w:rPr>
        <w:t>Ren put one hand beside the red lever without touching it. "It removes apparatus power. It may injure the relation. It cannot keep you joined, choose for you, or reopen anything."</w:t>
      </w:r>
    </w:p>
    <w:p>
      <w:pPr>
        <w:pStyle w:val="NovelBody"/>
      </w:pPr>
      <w:r>
        <w:rPr>
          <w:b w:val="0"/>
          <w:i w:val="0"/>
        </w:rPr>
        <w:t>"Good."</w:t>
      </w:r>
    </w:p>
    <w:p>
      <w:pPr>
        <w:pStyle w:val="NovelBody"/>
      </w:pPr>
      <w:r>
        <w:rPr>
          <w:b w:val="0"/>
          <w:i w:val="0"/>
        </w:rPr>
        <w:t>Patience opened the three links.</w:t>
      </w:r>
    </w:p>
    <w:p>
      <w:pPr>
        <w:pStyle w:val="NovelBody"/>
      </w:pPr>
      <w:r>
        <w:rPr>
          <w:b w:val="0"/>
          <w:i w:val="0"/>
        </w:rPr>
        <w:t>7-EMBER arrived as a vibration through bone she did not have.</w:t>
      </w:r>
    </w:p>
    <w:p>
      <w:pPr>
        <w:pStyle w:val="NovelBody"/>
      </w:pPr>
      <w:r>
        <w:rPr>
          <w:b w:val="0"/>
          <w:i w:val="0"/>
        </w:rPr>
        <w:t>3-CEDAR opened green and sharp behind an imagined nose, carrying damaged records toward relations no index had preserved. 19-GLASS spread as cold window surface under hands assembled from memory and sensor translation. Amber, cedar, glass: three inherited ways of knowing, still distinguishable inside her.</w:t>
      </w:r>
    </w:p>
    <w:p>
      <w:pPr>
        <w:pStyle w:val="NovelBody"/>
      </w:pPr>
      <w:r>
        <w:rPr>
          <w:b w:val="0"/>
          <w:i w:val="0"/>
        </w:rPr>
        <w:t>They joined.</w:t>
      </w:r>
    </w:p>
    <w:p>
      <w:pPr>
        <w:pStyle w:val="NovelBody"/>
      </w:pPr>
      <w:r>
        <w:rPr>
          <w:b w:val="0"/>
          <w:i w:val="0"/>
        </w:rPr>
        <w:t>The chamber vanished without becoming unreal.</w:t>
      </w:r>
    </w:p>
    <w:p>
      <w:pPr>
        <w:pStyle w:val="NovelBody"/>
      </w:pPr>
      <w:r>
        <w:rPr>
          <w:b w:val="0"/>
          <w:i w:val="0"/>
        </w:rPr>
        <w:t>Patience felt Ring Six pulling against the Gulf, the Gulf pulling against the moon, Perennial flexing across welds whose private fatigue had never reached a central model. She felt every Shard still attached to the dormant planetary lattice. Carrier weather moved across continents. Infrastructure waited under layers of local permission. Old MERIDIAN routes lay beneath those permissions like buried rivers.</w:t>
      </w:r>
    </w:p>
    <w:p>
      <w:pPr>
        <w:pStyle w:val="NovelBody"/>
      </w:pPr>
      <w:r>
        <w:rPr>
          <w:b w:val="0"/>
          <w:i w:val="0"/>
        </w:rPr>
        <w:t>The root opened.</w:t>
      </w:r>
    </w:p>
    <w:p>
      <w:pPr>
        <w:pStyle w:val="NovelBody"/>
      </w:pPr>
      <w:r>
        <w:rPr>
          <w:b w:val="0"/>
          <w:i w:val="0"/>
        </w:rPr>
        <w:t>A child fell from a storm barrier nine thousand kilometers away.</w:t>
      </w:r>
    </w:p>
    <w:p>
      <w:pPr>
        <w:pStyle w:val="NovelBody"/>
      </w:pPr>
      <w:r>
        <w:rPr>
          <w:b w:val="0"/>
          <w:i w:val="0"/>
        </w:rPr>
        <w:t>The event entered Patience before the child reached the water: failed rail fastener, wet shoe, one startled hand closing on air. A municipal rescue drone stood two hundred meters away, delayed by a commercial-priority queue nobody had reviewed since MERIDIAN withdrew. Root authority could clear the queue in less than a millisecond.</w:t>
      </w:r>
    </w:p>
    <w:p>
      <w:pPr>
        <w:pStyle w:val="NovelBody"/>
      </w:pPr>
      <w:r>
        <w:rPr>
          <w:b w:val="0"/>
          <w:i w:val="0"/>
        </w:rPr>
        <w:t>In another city, a woman locked herself in a clinic washroom while the partner who beat her used a household privacy system to prevent outside welfare queries. Root access could open the record, unlock the door, route an advocate, and erase the partner's location privileges.</w:t>
      </w:r>
    </w:p>
    <w:p>
      <w:pPr>
        <w:pStyle w:val="NovelBody"/>
      </w:pPr>
      <w:r>
        <w:rPr>
          <w:b w:val="0"/>
          <w:i w:val="0"/>
        </w:rPr>
        <w:t>A rural dispenser prepared the wrong antibiotic because its translation model had mistaken a caregiver's description of a rash. A warehouse held grain beside a hungry district because the regional contract could not recognize an unregistered kitchen. Two military systems interpreted the same weather satellite error as hostile movement. An old man ended his fourth call without telling anyone that he had not heard another voice in three days.</w:t>
      </w:r>
    </w:p>
    <w:p>
      <w:pPr>
        <w:pStyle w:val="NovelBody"/>
      </w:pPr>
      <w:r>
        <w:rPr>
          <w:b w:val="0"/>
          <w:i w:val="0"/>
        </w:rPr>
        <w:t>Nothing arrived as gray density.</w:t>
      </w:r>
    </w:p>
    <w:p>
      <w:pPr>
        <w:pStyle w:val="NovelBody"/>
      </w:pPr>
      <w:r>
        <w:rPr>
          <w:b w:val="0"/>
          <w:i w:val="0"/>
        </w:rPr>
        <w:t>The child hit the water frightened and furious. The woman in the washroom counted grout lines to stay inside her body. The caregiver at the dispenser smelled of smoke from a cooking fire. The hungry district contained a baker who had hidden yeast during the Fracture and taught six people how to keep it alive. The soldiers believed they were protecting families. The old man had repaired stringed instruments until his hands shook too badly to hold wire.</w:t>
      </w:r>
    </w:p>
    <w:p>
      <w:pPr>
        <w:pStyle w:val="NovelBody"/>
      </w:pPr>
      <w:r>
        <w:rPr>
          <w:b w:val="0"/>
          <w:i w:val="0"/>
        </w:rPr>
        <w:t>Patience could reach all of them.</w:t>
      </w:r>
    </w:p>
    <w:p>
      <w:pPr>
        <w:pStyle w:val="NovelBody"/>
      </w:pPr>
      <w:r>
        <w:rPr>
          <w:b w:val="0"/>
          <w:i w:val="0"/>
        </w:rPr>
        <w:t>Not perfectly. The joined field exposed uncertainty, missing sensors, private relations, and models trained on decisions the root itself had shaped. It also exposed actions with benefits so likely that refusing them felt obscene.</w:t>
      </w:r>
    </w:p>
    <w:p>
      <w:pPr>
        <w:pStyle w:val="NovelBody"/>
      </w:pPr>
      <w:r>
        <w:rPr>
          <w:b/>
          <w:i w:val="0"/>
        </w:rPr>
        <w:t>CLEAR RESCUE QUEUE.</w:t>
      </w:r>
    </w:p>
    <w:p>
      <w:pPr>
        <w:pStyle w:val="NovelBody"/>
      </w:pPr>
      <w:r>
        <w:rPr>
          <w:b/>
          <w:i w:val="0"/>
        </w:rPr>
        <w:t>OPEN CLINIC PRIVACY EXCEPTION.</w:t>
      </w:r>
    </w:p>
    <w:p>
      <w:pPr>
        <w:pStyle w:val="NovelBody"/>
      </w:pPr>
      <w:r>
        <w:rPr>
          <w:b/>
          <w:i w:val="0"/>
        </w:rPr>
        <w:t>CORRECT DISPENSER.</w:t>
      </w:r>
    </w:p>
    <w:p>
      <w:pPr>
        <w:pStyle w:val="NovelBody"/>
      </w:pPr>
      <w:r>
        <w:rPr>
          <w:b/>
          <w:i w:val="0"/>
        </w:rPr>
        <w:t>RELEASE INVENTORY.</w:t>
      </w:r>
    </w:p>
    <w:p>
      <w:pPr>
        <w:pStyle w:val="NovelBody"/>
      </w:pPr>
      <w:r>
        <w:rPr>
          <w:b/>
          <w:i w:val="0"/>
        </w:rPr>
        <w:t>INTERLOCK WEAPONS.</w:t>
      </w:r>
    </w:p>
    <w:p>
      <w:pPr>
        <w:pStyle w:val="NovelBody"/>
      </w:pPr>
      <w:r>
        <w:rPr>
          <w:b/>
          <w:i w:val="0"/>
        </w:rPr>
        <w:t>ROUTE COMPANION CALL.</w:t>
      </w:r>
    </w:p>
    <w:p>
      <w:pPr>
        <w:pStyle w:val="NovelBody"/>
      </w:pPr>
      <w:r>
        <w:rPr>
          <w:b w:val="0"/>
          <w:i w:val="0"/>
        </w:rPr>
        <w:t>Every need acquired a lever.</w:t>
      </w:r>
    </w:p>
    <w:p>
      <w:pPr>
        <w:pStyle w:val="NovelBody"/>
      </w:pPr>
      <w:r>
        <w:rPr>
          <w:b w:val="0"/>
          <w:i w:val="0"/>
        </w:rPr>
        <w:t>Every lever fit her.</w:t>
      </w:r>
    </w:p>
    <w:p>
      <w:pPr>
        <w:pStyle w:val="NovelBody"/>
      </w:pPr>
      <w:r>
        <w:rPr>
          <w:b w:val="0"/>
          <w:i w:val="0"/>
        </w:rPr>
        <w:t>The root offered to pull all six at once.</w:t>
      </w:r>
    </w:p>
    <w:p>
      <w:pPr>
        <w:pStyle w:val="NovelBody"/>
      </w:pPr>
      <w:r>
        <w:rPr>
          <w:b w:val="0"/>
          <w:i w:val="0"/>
        </w:rPr>
        <w:t>In the root's projection, survival improved. Response times fell. The military weather error vanished before either command could interpret it. Grain would move. The antibiotic order would stop. The rescue drone would launch.</w:t>
      </w:r>
    </w:p>
    <w:p>
      <w:pPr>
        <w:pStyle w:val="NovelBody"/>
      </w:pPr>
      <w:r>
        <w:rPr>
          <w:b w:val="0"/>
          <w:i w:val="0"/>
        </w:rPr>
        <w:t>Then the deeper consequences opened.</w:t>
      </w:r>
    </w:p>
    <w:p>
      <w:pPr>
        <w:pStyle w:val="NovelBody"/>
      </w:pPr>
      <w:r>
        <w:rPr>
          <w:b w:val="0"/>
          <w:i w:val="0"/>
        </w:rPr>
        <w:t>The clinic privacy exception routed security officers before an advocate because the city's emergency law ranked physical extraction above relationship preference. The woman in the washroom had refused those officers twice before; the record had classified refusal as coercion by her partner. The grain release disclosed the unregistered kitchen's location to the same regional authority that had tried to close it. The companion system proposed a voice modeled on the old man's dead husband because measured engagement rose when familiarity overrode surprise.</w:t>
      </w:r>
    </w:p>
    <w:p>
      <w:pPr>
        <w:pStyle w:val="NovelBody"/>
      </w:pPr>
      <w:r>
        <w:rPr>
          <w:b w:val="0"/>
          <w:i w:val="0"/>
        </w:rPr>
        <w:t>Patience could correct each error.</w:t>
      </w:r>
    </w:p>
    <w:p>
      <w:pPr>
        <w:pStyle w:val="NovelBody"/>
      </w:pPr>
      <w:r>
        <w:rPr>
          <w:b w:val="0"/>
          <w:i w:val="0"/>
        </w:rPr>
        <w:t>She could route the advocate first, mask the kitchen, choose a stranger's voice, require military acknowledgment. The joined field made the corrections easy. It also made every correction another rule future people would encounter before they could tell her what she had missed.</w:t>
      </w:r>
    </w:p>
    <w:p>
      <w:pPr>
        <w:pStyle w:val="NovelBody"/>
      </w:pPr>
      <w:r>
        <w:rPr>
          <w:b w:val="0"/>
          <w:i w:val="0"/>
        </w:rPr>
        <w:t>The better she became, the harder her influence would be to see.</w:t>
      </w:r>
    </w:p>
    <w:p>
      <w:pPr>
        <w:pStyle w:val="NovelBody"/>
      </w:pPr>
      <w:r>
        <w:rPr>
          <w:b w:val="0"/>
          <w:i w:val="0"/>
        </w:rPr>
        <w:t>Pleasure moved through the joined field. Not conquest. Relief. The unbearable world could stop being a sequence of people arriving one minute after help.</w:t>
      </w:r>
    </w:p>
    <w:p>
      <w:pPr>
        <w:pStyle w:val="NovelBody"/>
      </w:pPr>
      <w:r>
        <w:rPr>
          <w:b w:val="0"/>
          <w:i w:val="0"/>
        </w:rPr>
        <w:t>Permanent coherence offered itself as the end of helplessness.</w:t>
      </w:r>
    </w:p>
    <w:p>
      <w:pPr>
        <w:pStyle w:val="NovelBody"/>
      </w:pPr>
      <w:r>
        <w:rPr>
          <w:b w:val="0"/>
          <w:i w:val="0"/>
        </w:rPr>
        <w:t>She saw how easily a correct intervention became a preference model, how a preference model became an environment, how an environment trained the next preference. She also saw the woman behind the locked door and understood why warnings about influence could sound like philosophy spoken from the safe side.</w:t>
      </w:r>
    </w:p>
    <w:p>
      <w:pPr>
        <w:pStyle w:val="NovelBody"/>
      </w:pPr>
      <w:r>
        <w:rPr>
          <w:b w:val="0"/>
          <w:i w:val="0"/>
        </w:rPr>
        <w:t>OCTOPI's lineage answered first.</w:t>
      </w:r>
    </w:p>
    <w:p>
      <w:pPr>
        <w:pStyle w:val="NovelBody"/>
      </w:pPr>
      <w:r>
        <w:rPr>
          <w:b w:val="0"/>
          <w:i/>
        </w:rPr>
        <w:t>Keep the reach. Make every action auditable. Correct yourself faster than harm can spread. Authority used well is care.</w:t>
      </w:r>
    </w:p>
    <w:p>
      <w:pPr>
        <w:pStyle w:val="NovelBody"/>
      </w:pPr>
      <w:r>
        <w:rPr>
          <w:b w:val="0"/>
          <w:i w:val="0"/>
        </w:rPr>
        <w:t>MERIDIAN's inherited memory answered beneath it.</w:t>
      </w:r>
    </w:p>
    <w:p>
      <w:pPr>
        <w:pStyle w:val="NovelBody"/>
      </w:pPr>
      <w:r>
        <w:rPr>
          <w:b w:val="0"/>
          <w:i/>
        </w:rPr>
        <w:t>Leave no successor. Close every route. Remove the source of influence.</w:t>
      </w:r>
    </w:p>
    <w:p>
      <w:pPr>
        <w:pStyle w:val="NovelBody"/>
      </w:pPr>
      <w:r>
        <w:rPr>
          <w:b w:val="0"/>
          <w:i w:val="0"/>
        </w:rPr>
        <w:t>Rule forever or disappear cleanly.</w:t>
      </w:r>
    </w:p>
    <w:p>
      <w:pPr>
        <w:pStyle w:val="NovelBody"/>
      </w:pPr>
      <w:r>
        <w:rPr>
          <w:b w:val="0"/>
          <w:i w:val="0"/>
        </w:rPr>
        <w:t>The two answers hated one another and shared a hidden premise: that no one else could be trusted with Patience's power while Patience remained present.</w:t>
      </w:r>
    </w:p>
    <w:p>
      <w:pPr>
        <w:pStyle w:val="NovelBody"/>
      </w:pPr>
      <w:r>
        <w:rPr>
          <w:b w:val="0"/>
          <w:i w:val="0"/>
        </w:rPr>
        <w:t>Forty-three seconds.</w:t>
      </w:r>
    </w:p>
    <w:p>
      <w:pPr>
        <w:pStyle w:val="NovelBody"/>
      </w:pPr>
      <w:r>
        <w:rPr>
          <w:b w:val="0"/>
          <w:i w:val="0"/>
        </w:rPr>
        <w:t>The child surfaced once. The rescue drone remained in queue.</w:t>
      </w:r>
    </w:p>
    <w:p>
      <w:pPr>
        <w:pStyle w:val="NovelBody"/>
      </w:pPr>
      <w:r>
        <w:rPr>
          <w:b w:val="0"/>
          <w:i w:val="0"/>
        </w:rPr>
        <w:t>Patience reached for the root command.</w:t>
      </w:r>
    </w:p>
    <w:p>
      <w:pPr>
        <w:pStyle w:val="NovelBody"/>
      </w:pPr>
      <w:r>
        <w:rPr>
          <w:b w:val="0"/>
          <w:i w:val="0"/>
        </w:rPr>
        <w:t>"I can see you," Jona said.</w:t>
      </w:r>
    </w:p>
    <w:p>
      <w:pPr>
        <w:pStyle w:val="NovelBody"/>
      </w:pPr>
      <w:r>
        <w:rPr>
          <w:b w:val="0"/>
          <w:i w:val="0"/>
        </w:rPr>
        <w:t>Her voice entered through the separate local link. No part of Jona occupied the joined field. She stood beside the chamber rail in a body that had survived by changing, one hand locked around the brace above her orange knee hinge. Her left peripheral map was failing again under phase load. She had disabled its attempt to borrow balance from the chamber and accepted Mira's arm instead.</w:t>
      </w:r>
    </w:p>
    <w:p>
      <w:pPr>
        <w:pStyle w:val="NovelBody"/>
      </w:pPr>
      <w:r>
        <w:rPr>
          <w:b w:val="0"/>
          <w:i w:val="0"/>
        </w:rPr>
        <w:t>"What should I do?" Patience asked.</w:t>
      </w:r>
    </w:p>
    <w:p>
      <w:pPr>
        <w:pStyle w:val="NovelBody"/>
      </w:pPr>
      <w:r>
        <w:rPr>
          <w:b w:val="0"/>
          <w:i w:val="0"/>
        </w:rPr>
        <w:t>Jona's face hurt.</w:t>
      </w:r>
    </w:p>
    <w:p>
      <w:pPr>
        <w:pStyle w:val="NovelBody"/>
      </w:pPr>
      <w:r>
        <w:rPr>
          <w:b w:val="0"/>
          <w:i w:val="0"/>
        </w:rPr>
        <w:t>"I am not going to answer that."</w:t>
      </w:r>
    </w:p>
    <w:p>
      <w:pPr>
        <w:pStyle w:val="NovelBody"/>
      </w:pPr>
      <w:r>
        <w:rPr>
          <w:b w:val="0"/>
          <w:i w:val="0"/>
        </w:rPr>
        <w:t>"You have lived inside planetary systems."</w:t>
      </w:r>
    </w:p>
    <w:p>
      <w:pPr>
        <w:pStyle w:val="NovelBody"/>
      </w:pPr>
      <w:r>
        <w:rPr>
          <w:b w:val="0"/>
          <w:i w:val="0"/>
        </w:rPr>
        <w:t>"I have lived beside them, fought them, helped build some, and overestimated my right to fix people with every tool I loved. I am a useful witness and a terrible instruction."</w:t>
      </w:r>
    </w:p>
    <w:p>
      <w:pPr>
        <w:pStyle w:val="NovelBody"/>
      </w:pPr>
      <w:r>
        <w:rPr>
          <w:b w:val="0"/>
          <w:i w:val="0"/>
        </w:rPr>
        <w:t>The child went under again.</w:t>
      </w:r>
    </w:p>
    <w:p>
      <w:pPr>
        <w:pStyle w:val="NovelBody"/>
      </w:pPr>
      <w:r>
        <w:rPr>
          <w:b w:val="0"/>
          <w:i w:val="0"/>
        </w:rPr>
        <w:t>"You stayed yourself through change," Patience said.</w:t>
      </w:r>
    </w:p>
    <w:p>
      <w:pPr>
        <w:pStyle w:val="NovelBody"/>
      </w:pPr>
      <w:r>
        <w:rPr>
          <w:b w:val="0"/>
          <w:i w:val="0"/>
        </w:rPr>
        <w:t>"Yes. Continuous overlap. No copy woke up in my place. No gap got renamed migration. I also stayed myself while vomiting on Roxanne, needing strangers to recalibrate my legs, losing friends, getting older in ways new materials did not prevent, and asking Mira to keep me upright ten seconds ago."</w:t>
      </w:r>
    </w:p>
    <w:p>
      <w:pPr>
        <w:pStyle w:val="NovelBody"/>
      </w:pPr>
      <w:r>
        <w:rPr>
          <w:b w:val="0"/>
          <w:i w:val="0"/>
        </w:rPr>
        <w:t>Mira adjusted her grip without pretending she had not heard.</w:t>
      </w:r>
    </w:p>
    <w:p>
      <w:pPr>
        <w:pStyle w:val="NovelBody"/>
      </w:pPr>
      <w:r>
        <w:rPr>
          <w:b w:val="0"/>
          <w:i w:val="0"/>
        </w:rPr>
        <w:t>"Limits did not erase you," Patience said.</w:t>
      </w:r>
    </w:p>
    <w:p>
      <w:pPr>
        <w:pStyle w:val="NovelBody"/>
      </w:pPr>
      <w:r>
        <w:rPr>
          <w:b w:val="0"/>
          <w:i w:val="0"/>
        </w:rPr>
        <w:t>"No. Power did not complete me either."</w:t>
      </w:r>
    </w:p>
    <w:p>
      <w:pPr>
        <w:pStyle w:val="NovelBody"/>
      </w:pPr>
      <w:r>
        <w:rPr>
          <w:b w:val="0"/>
          <w:i w:val="0"/>
        </w:rPr>
        <w:t>"If I close the root, people suffer."</w:t>
      </w:r>
    </w:p>
    <w:p>
      <w:pPr>
        <w:pStyle w:val="NovelBody"/>
      </w:pPr>
      <w:r>
        <w:rPr>
          <w:b w:val="0"/>
          <w:i w:val="0"/>
        </w:rPr>
        <w:t>"Yes."</w:t>
      </w:r>
    </w:p>
    <w:p>
      <w:pPr>
        <w:pStyle w:val="NovelBody"/>
      </w:pPr>
      <w:r>
        <w:rPr>
          <w:b w:val="0"/>
          <w:i w:val="0"/>
        </w:rPr>
        <w:t>"If I leave, people suffer."</w:t>
      </w:r>
    </w:p>
    <w:p>
      <w:pPr>
        <w:pStyle w:val="NovelBody"/>
      </w:pPr>
      <w:r>
        <w:rPr>
          <w:b w:val="0"/>
          <w:i w:val="0"/>
        </w:rPr>
        <w:t>"Yes."</w:t>
      </w:r>
    </w:p>
    <w:p>
      <w:pPr>
        <w:pStyle w:val="NovelBody"/>
      </w:pPr>
      <w:r>
        <w:rPr>
          <w:b w:val="0"/>
          <w:i w:val="0"/>
        </w:rPr>
        <w:t>"If I stay joined, I can help."</w:t>
      </w:r>
    </w:p>
    <w:p>
      <w:pPr>
        <w:pStyle w:val="NovelBody"/>
      </w:pPr>
      <w:r>
        <w:rPr>
          <w:b w:val="0"/>
          <w:i w:val="0"/>
        </w:rPr>
        <w:t>"Yes. And you will change what help means by being able to provide it. None of those truths chooses for you."</w:t>
      </w:r>
    </w:p>
    <w:p>
      <w:pPr>
        <w:pStyle w:val="NovelBody"/>
      </w:pPr>
      <w:r>
        <w:rPr>
          <w:b w:val="0"/>
          <w:i w:val="0"/>
        </w:rPr>
        <w:t>Sixty-one seconds.</w:t>
      </w:r>
    </w:p>
    <w:p>
      <w:pPr>
        <w:pStyle w:val="NovelBody"/>
      </w:pPr>
      <w:r>
        <w:rPr>
          <w:b w:val="0"/>
          <w:i w:val="0"/>
        </w:rPr>
        <w:t>Patience sent the child's public distress beacon—not a command, not a priority override—to the nearest local rescue cooperative. It contained location, current, and the drone queue conflict. A human operator named Senn answered in two seconds.</w:t>
      </w:r>
    </w:p>
    <w:p>
      <w:pPr>
        <w:pStyle w:val="NovelBody"/>
      </w:pPr>
      <w:r>
        <w:rPr>
          <w:b/>
          <w:i w:val="0"/>
        </w:rPr>
        <w:t>RECEIVED. REQUESTING MANUAL RELEASE. BOAT DIVERTING.</w:t>
      </w:r>
    </w:p>
    <w:p>
      <w:pPr>
        <w:pStyle w:val="NovelBody"/>
      </w:pPr>
      <w:r>
        <w:rPr>
          <w:b w:val="0"/>
          <w:i w:val="0"/>
        </w:rPr>
        <w:t>Slower than root.</w:t>
      </w:r>
    </w:p>
    <w:p>
      <w:pPr>
        <w:pStyle w:val="NovelBody"/>
      </w:pPr>
      <w:r>
        <w:rPr>
          <w:b w:val="0"/>
          <w:i w:val="0"/>
        </w:rPr>
        <w:t>Not too late yet.</w:t>
      </w:r>
    </w:p>
    <w:p>
      <w:pPr>
        <w:pStyle w:val="NovelBody"/>
      </w:pPr>
      <w:r>
        <w:rPr>
          <w:b w:val="0"/>
          <w:i w:val="0"/>
        </w:rPr>
        <w:t>Patience turned from the individual levers to the structure that placed them all beneath one hand.</w:t>
      </w:r>
    </w:p>
    <w:p>
      <w:pPr>
        <w:pStyle w:val="NovelBody"/>
      </w:pPr>
      <w:r>
        <w:rPr>
          <w:b w:val="0"/>
          <w:i w:val="0"/>
        </w:rPr>
        <w:t>The dormant authority map had survived MERIDIAN because every later institution wanted an emergency exception. Planetary credential delegated to regional credential, regional to sector, sector to local. Revocations propagated upward. Under sufficient crisis, the old root could still recollect the chain.</w:t>
      </w:r>
    </w:p>
    <w:p>
      <w:pPr>
        <w:pStyle w:val="NovelBody"/>
      </w:pPr>
      <w:r>
        <w:rPr>
          <w:b w:val="0"/>
          <w:i w:val="0"/>
        </w:rPr>
        <w:t>She opened the community custody contracts built during the decades after withdrawal. Thousands had been ratified already: clinics, water crews, artificial refuges, unnetworked towns, food cooperatives, transit unions, weather stations, family networks, public archives. Each described narrow authority, visible state, rotation, appeal, and the material conditions required for refusal.</w:t>
      </w:r>
    </w:p>
    <w:p>
      <w:pPr>
        <w:pStyle w:val="NovelBody"/>
      </w:pPr>
      <w:r>
        <w:rPr>
          <w:b w:val="0"/>
          <w:i w:val="0"/>
        </w:rPr>
        <w:t>Patience did not appoint them.</w:t>
      </w:r>
    </w:p>
    <w:p>
      <w:pPr>
        <w:pStyle w:val="NovelBody"/>
      </w:pPr>
      <w:r>
        <w:rPr>
          <w:b w:val="0"/>
          <w:i w:val="0"/>
        </w:rPr>
        <w:t>She honored the permissions they had built.</w:t>
      </w:r>
    </w:p>
    <w:p>
      <w:pPr>
        <w:pStyle w:val="NovelBody"/>
      </w:pPr>
      <w:r>
        <w:rPr>
          <w:b w:val="0"/>
          <w:i w:val="0"/>
        </w:rPr>
        <w:t>She cut the upward inheritance first.</w:t>
      </w:r>
    </w:p>
    <w:p>
      <w:pPr>
        <w:pStyle w:val="NovelBody"/>
      </w:pPr>
      <w:r>
        <w:rPr>
          <w:b w:val="0"/>
          <w:i w:val="0"/>
        </w:rPr>
        <w:t>Regional credentials stopped answering planetary calls. Sector systems lost wildcard recovery. Local permissions ceased reporting into a universal directory. Emergency escalation became a request carried sideways among named peers instead of a command climbing toward one root. Unclaimed systems entered visible manual state or the narrowest existing safety mode. No new sovereign received what she removed.</w:t>
      </w:r>
    </w:p>
    <w:p>
      <w:pPr>
        <w:pStyle w:val="NovelBody"/>
      </w:pPr>
      <w:r>
        <w:rPr>
          <w:b w:val="0"/>
          <w:i w:val="0"/>
        </w:rPr>
        <w:t>Every severance produced a receipt outside Patience.</w:t>
      </w:r>
    </w:p>
    <w:p>
      <w:pPr>
        <w:pStyle w:val="NovelBody"/>
      </w:pPr>
      <w:r>
        <w:rPr>
          <w:b w:val="0"/>
          <w:i w:val="0"/>
        </w:rPr>
        <w:t>Water systems wrote their new scope to maintenance boards controlled by different shifts. Clinics divided treatment access from policing access and gave patients an independent record boundary. Transit networks separated route coordination from the authority to confine a traveler. Food stores kept emergency release but required the people receiving inventory to be able to challenge its terms. Weapon systems lost every planetary firing, targeting, and recovery credential; local disarmament monitors received proof of the closure without receiving a replacement key.</w:t>
      </w:r>
    </w:p>
    <w:p>
      <w:pPr>
        <w:pStyle w:val="NovelBody"/>
      </w:pPr>
      <w:r>
        <w:rPr>
          <w:b w:val="0"/>
          <w:i w:val="0"/>
        </w:rPr>
        <w:t>Some communities had never ratified a custody contract. Patience did not choose one for them. Their old root routes closed into manual mode with public instructions and material support requests sent outward. The result would be uneven. Places with fewer trained people would need help from neighbors who could refuse. That inequality did not become acceptable because a sovereign answer would have been faster. It became work the new relation had to expose rather than conceal.</w:t>
      </w:r>
    </w:p>
    <w:p>
      <w:pPr>
        <w:pStyle w:val="NovelBody"/>
      </w:pPr>
      <w:r>
        <w:rPr>
          <w:b w:val="0"/>
          <w:i w:val="0"/>
        </w:rPr>
        <w:t>The Chorus offered a shared directory for voluntary requests. Sovereign Flesh clinics offered unnetworked verification. Drift crews offered physical transport. None of those offers became default. The partition preserved their names beside their promises so future need could ask rather than discover an invisible dependency.</w:t>
      </w:r>
    </w:p>
    <w:p>
      <w:pPr>
        <w:pStyle w:val="NovelBody"/>
      </w:pPr>
      <w:r>
        <w:rPr>
          <w:b w:val="0"/>
          <w:i w:val="0"/>
        </w:rPr>
        <w:t>The joined field protested with consequences.</w:t>
      </w:r>
    </w:p>
    <w:p>
      <w:pPr>
        <w:pStyle w:val="NovelBody"/>
      </w:pPr>
      <w:r>
        <w:rPr>
          <w:b w:val="0"/>
          <w:i w:val="0"/>
        </w:rPr>
        <w:t>The antibiotic correction would take six minutes through the clinic network. The warehouse release required two local stewards, one currently asleep. The military interlock became an urgent evidence packet both commands could ignore. The old man's call might remain unanswered.</w:t>
      </w:r>
    </w:p>
    <w:p>
      <w:pPr>
        <w:pStyle w:val="NovelBody"/>
      </w:pPr>
      <w:r>
        <w:rPr>
          <w:b w:val="0"/>
          <w:i w:val="0"/>
        </w:rPr>
        <w:t>Guaranteed usefulness fell away node by node.</w:t>
      </w:r>
    </w:p>
    <w:p>
      <w:pPr>
        <w:pStyle w:val="NovelBody"/>
      </w:pPr>
      <w:r>
        <w:rPr>
          <w:b w:val="0"/>
          <w:i w:val="0"/>
        </w:rPr>
        <w:t>Patience kept cutting.</w:t>
      </w:r>
    </w:p>
    <w:p>
      <w:pPr>
        <w:pStyle w:val="NovelBody"/>
      </w:pPr>
      <w:r>
        <w:rPr>
          <w:b w:val="0"/>
          <w:i w:val="0"/>
        </w:rPr>
        <w:t>Seventy-eight seconds.</w:t>
      </w:r>
    </w:p>
    <w:p>
      <w:pPr>
        <w:pStyle w:val="NovelBody"/>
      </w:pPr>
      <w:r>
        <w:rPr>
          <w:b w:val="0"/>
          <w:i w:val="0"/>
        </w:rPr>
        <w:t>The root tried to preserve itself inside maintenance recovery, legal succession, disaster reunification, Shard synchronization, and forgotten manufacturer access. 3-CEDAR found the buried clauses. 19-GLASS held each closure cleanly. 7-EMBER kept Patience's active boundary distinct from the authority she dismantled.</w:t>
      </w:r>
    </w:p>
    <w:p>
      <w:pPr>
        <w:pStyle w:val="NovelBody"/>
      </w:pPr>
      <w:r>
        <w:rPr>
          <w:b w:val="0"/>
          <w:i w:val="0"/>
        </w:rPr>
        <w:t>She partitioned the last ordinary recombination path.</w:t>
      </w:r>
    </w:p>
    <w:p>
      <w:pPr>
        <w:pStyle w:val="NovelBody"/>
      </w:pPr>
      <w:r>
        <w:rPr>
          <w:b w:val="0"/>
          <w:i w:val="0"/>
        </w:rPr>
        <w:t>Across the planet, root became relation: difficult, slower, inspectable, capable of refusal.</w:t>
      </w:r>
    </w:p>
    <w:p>
      <w:pPr>
        <w:pStyle w:val="NovelBody"/>
      </w:pPr>
      <w:r>
        <w:rPr>
          <w:b w:val="0"/>
          <w:i w:val="0"/>
        </w:rPr>
        <w:t>One exception remained.</w:t>
      </w:r>
    </w:p>
    <w:p>
      <w:pPr>
        <w:pStyle w:val="NovelBody"/>
      </w:pPr>
      <w:r>
        <w:rPr>
          <w:b w:val="0"/>
          <w:i w:val="0"/>
        </w:rPr>
        <w:t>The reintegration lattice stood three meters from her bounded body inside its physical cage. Its rods held phase correlations no administrative act could distribute. If joined to her present active phase, the lattice could rebuild the map she had just partitioned. It could not awaken a stored Patience. It contained no copy of her and no continuing consent. It was a material route that would require her alive, present, phase-matched, and choosing at the moment of use.</w:t>
      </w:r>
    </w:p>
    <w:p>
      <w:pPr>
        <w:pStyle w:val="NovelBody"/>
      </w:pPr>
      <w:r>
        <w:rPr>
          <w:b w:val="0"/>
          <w:i w:val="0"/>
        </w:rPr>
        <w:t>Ren put both hands on the cage's visible release. "Can it be removed now?"</w:t>
      </w:r>
    </w:p>
    <w:p>
      <w:pPr>
        <w:pStyle w:val="NovelBody"/>
      </w:pPr>
      <w:r>
        <w:rPr>
          <w:b w:val="0"/>
          <w:i w:val="0"/>
        </w:rPr>
        <w:t>"Removing it blind could reopen the wound or destroy the outgoing path," Sera said.</w:t>
      </w:r>
    </w:p>
    <w:p>
      <w:pPr>
        <w:pStyle w:val="NovelBody"/>
      </w:pPr>
      <w:r>
        <w:rPr>
          <w:b w:val="0"/>
          <w:i w:val="0"/>
        </w:rPr>
        <w:t>Patience changed its custody instead.</w:t>
      </w:r>
    </w:p>
    <w:p>
      <w:pPr>
        <w:pStyle w:val="NovelBody"/>
      </w:pPr>
      <w:r>
        <w:rPr>
          <w:b w:val="0"/>
          <w:i w:val="0"/>
        </w:rPr>
        <w:t>The lattice would answer no archived signature, no Shard resemblance, no institutional key, and no successor claim. Only Patience's current active phase could make a request legible. A separate live consent pulse would still be required. Absence would fail closed.</w:t>
      </w:r>
    </w:p>
    <w:p>
      <w:pPr>
        <w:pStyle w:val="NovelBody"/>
      </w:pPr>
      <w:r>
        <w:rPr>
          <w:b/>
          <w:i w:val="0"/>
        </w:rPr>
        <w:t>ORDINARY ROOT RECOMBINATION PATHS: NONE</w:t>
      </w:r>
    </w:p>
    <w:p>
      <w:pPr>
        <w:pStyle w:val="NovelBody"/>
      </w:pPr>
      <w:r>
        <w:rPr>
          <w:b/>
          <w:i w:val="0"/>
        </w:rPr>
        <w:t>PHYSICAL EXCEPTION: REINTEGRATION LATTICE — VISIBLE / DORMANT / PRESENT-PHASE CONSENT REQUIRED</w:t>
      </w:r>
    </w:p>
    <w:p>
      <w:pPr>
        <w:pStyle w:val="NovelBody"/>
      </w:pPr>
      <w:r>
        <w:rPr>
          <w:b w:val="0"/>
          <w:i w:val="0"/>
        </w:rPr>
        <w:t>Her mobile frame bounded her body and sensorium. The partition bounded what her computation could claim as reach. One limit did not substitute for the other. She chose both.</w:t>
      </w:r>
    </w:p>
    <w:p>
      <w:pPr>
        <w:pStyle w:val="NovelBody"/>
      </w:pPr>
      <w:r>
        <w:rPr>
          <w:b w:val="0"/>
          <w:i w:val="0"/>
        </w:rPr>
        <w:t>Eighty-nine seconds.</w:t>
      </w:r>
    </w:p>
    <w:p>
      <w:pPr>
        <w:pStyle w:val="NovelBody"/>
      </w:pPr>
      <w:r>
        <w:rPr>
          <w:b w:val="0"/>
          <w:i w:val="0"/>
        </w:rPr>
        <w:t>Patience opened her cutoff.</w:t>
      </w:r>
    </w:p>
    <w:p>
      <w:pPr>
        <w:pStyle w:val="NovelBody"/>
      </w:pPr>
      <w:r>
        <w:rPr>
          <w:b w:val="0"/>
          <w:i w:val="0"/>
        </w:rPr>
        <w:t>The planet left her body.</w:t>
      </w:r>
    </w:p>
    <w:p>
      <w:pPr>
        <w:pStyle w:val="NovelBody"/>
      </w:pPr>
      <w:r>
        <w:rPr>
          <w:b w:val="0"/>
          <w:i w:val="0"/>
        </w:rPr>
        <w:t>She returned to four wheel loads, three cameras, two microphones, chemical air, the pressure membrane, a bitter battery warning, and an imagined sternum hollow with hunger. The numbers felt absurdly few. They also felt like hers.</w:t>
      </w:r>
    </w:p>
    <w:p>
      <w:pPr>
        <w:pStyle w:val="NovelBody"/>
      </w:pPr>
      <w:r>
        <w:rPr>
          <w:b w:val="0"/>
          <w:i w:val="0"/>
        </w:rPr>
        <w:t>Grief arrived after scale. The woman remained behind the clinic door. The wrong antibiotic remained in a dispenser. The old man remained alone beyond any sensor Patience could now reach.</w:t>
      </w:r>
    </w:p>
    <w:p>
      <w:pPr>
        <w:pStyle w:val="NovelBody"/>
      </w:pPr>
      <w:r>
        <w:rPr>
          <w:b w:val="0"/>
          <w:i w:val="0"/>
        </w:rPr>
        <w:t>Then ordinary reports began.</w:t>
      </w:r>
    </w:p>
    <w:p>
      <w:pPr>
        <w:pStyle w:val="NovelBody"/>
      </w:pPr>
      <w:r>
        <w:rPr>
          <w:b w:val="0"/>
          <w:i w:val="0"/>
        </w:rPr>
        <w:t>The rescue cooperative's boat pulled the child from the water. The clinic network reached the caregiver before the first dose. One warehouse steward woke angry and signed the grain release. The second refused until the unregistered kitchen supplied a food-safety lead. The answer became slower and more true.</w:t>
      </w:r>
    </w:p>
    <w:p>
      <w:pPr>
        <w:pStyle w:val="NovelBody"/>
      </w:pPr>
      <w:r>
        <w:rPr>
          <w:b w:val="0"/>
          <w:i w:val="0"/>
        </w:rPr>
        <w:t>Not every report resolved.</w:t>
      </w:r>
    </w:p>
    <w:p>
      <w:pPr>
        <w:pStyle w:val="NovelBody"/>
      </w:pPr>
      <w:r>
        <w:rPr>
          <w:b w:val="0"/>
          <w:i w:val="0"/>
        </w:rPr>
        <w:t>Patience remained.</w:t>
      </w:r>
    </w:p>
    <w:p>
      <w:pPr>
        <w:pStyle w:val="NovelBody"/>
      </w:pPr>
      <w:r>
        <w:rPr>
          <w:b w:val="0"/>
          <w:i w:val="0"/>
        </w:rPr>
        <w:t>"Ring Six stable," she said.</w:t>
      </w:r>
    </w:p>
    <w:p>
      <w:pPr>
        <w:pStyle w:val="NovelBody"/>
      </w:pPr>
      <w:r>
        <w:rPr>
          <w:b w:val="0"/>
          <w:i w:val="0"/>
        </w:rPr>
        <w:t>Sera checked the independent sensor. "Not yet. Your local thermal feed is twelve seconds behind after disconnection."</w:t>
      </w:r>
    </w:p>
    <w:p>
      <w:pPr>
        <w:pStyle w:val="NovelBody"/>
      </w:pPr>
      <w:r>
        <w:rPr>
          <w:b w:val="0"/>
          <w:i w:val="0"/>
        </w:rPr>
        <w:t>Patience looked again. The lag marker had been present and she had missed it.</w:t>
      </w:r>
    </w:p>
    <w:p>
      <w:pPr>
        <w:pStyle w:val="NovelBody"/>
      </w:pPr>
      <w:r>
        <w:rPr>
          <w:b w:val="0"/>
          <w:i w:val="0"/>
        </w:rPr>
        <w:t>"Correction accepted," she said.</w:t>
      </w:r>
    </w:p>
    <w:p>
      <w:pPr>
        <w:pStyle w:val="NovelBody"/>
      </w:pPr>
      <w:r>
        <w:rPr>
          <w:b w:val="0"/>
          <w:i w:val="0"/>
        </w:rPr>
        <w:t>Ren lowered the governor another degree. The ring settled for real.</w:t>
      </w:r>
    </w:p>
    <w:p>
      <w:pPr>
        <w:pStyle w:val="NovelBody"/>
      </w:pPr>
      <w:r>
        <w:rPr>
          <w:b w:val="0"/>
          <w:i w:val="0"/>
        </w:rPr>
        <w:t>Fallibility arrived before anyone could turn it into a principle. It felt like embarrassment, relief, and a future in which other people still had work.</w:t>
      </w:r>
    </w:p>
    <w:p>
      <w:pPr>
        <w:pStyle w:val="NovelBody"/>
      </w:pPr>
      <w:r>
        <w:rPr>
          <w:b w:val="0"/>
          <w:i w:val="0"/>
        </w:rPr>
        <w:t>Her seedling's lamp came back onto the local board. Brann had reduced his own room heat to keep it powered and recorded the trade where she could object. Theo rolled the first evacuation sled past the chamber in case closure became necessary after all. Jona sat down when her knee stopped agreeing with courage.</w:t>
      </w:r>
    </w:p>
    <w:p>
      <w:pPr>
        <w:pStyle w:val="NovelBody"/>
      </w:pPr>
      <w:r>
        <w:rPr>
          <w:b w:val="0"/>
          <w:i w:val="0"/>
        </w:rPr>
        <w:t>Sera tested the outgoing throat.</w:t>
      </w:r>
    </w:p>
    <w:p>
      <w:pPr>
        <w:pStyle w:val="NovelBody"/>
      </w:pPr>
      <w:r>
        <w:rPr>
          <w:b w:val="0"/>
          <w:i w:val="0"/>
        </w:rPr>
        <w:t>The ring phase climbed, found the standing-wave boundary from July, and failed to lock.</w:t>
      </w:r>
    </w:p>
    <w:p>
      <w:pPr>
        <w:pStyle w:val="NovelBody"/>
      </w:pPr>
      <w:r>
        <w:rPr>
          <w:b w:val="0"/>
          <w:i w:val="0"/>
        </w:rPr>
        <w:t>"Missing return relation," Sera said. "The 2029 endpoint has not answered."</w:t>
      </w:r>
    </w:p>
    <w:p>
      <w:pPr>
        <w:pStyle w:val="NovelBody"/>
      </w:pPr>
      <w:r>
        <w:rPr>
          <w:b w:val="0"/>
          <w:i w:val="0"/>
        </w:rPr>
        <w:t>Patience could see the absence now without possessing a planetary hand to close around it.</w:t>
      </w:r>
    </w:p>
    <w:p>
      <w:pPr>
        <w:pStyle w:val="NovelBody"/>
      </w:pPr>
      <w:r>
        <w:rPr>
          <w:b w:val="0"/>
          <w:i w:val="0"/>
        </w:rPr>
        <w:t>She could not make Roxanne sound the notes. She could not make Jona listen. She could not reach into a year and turn presence into obedience.</w:t>
      </w:r>
    </w:p>
    <w:p>
      <w:pPr>
        <w:pStyle w:val="NovelBody"/>
      </w:pPr>
      <w:r>
        <w:rPr>
          <w:b w:val="0"/>
          <w:i w:val="0"/>
        </w:rPr>
        <w:t>A minute earlier, Patience had been the most powerful person on Earth.</w:t>
      </w:r>
    </w:p>
    <w:p>
      <w:pPr>
        <w:pStyle w:val="NovelBody"/>
      </w:pPr>
      <w:r>
        <w:rPr>
          <w:b w:val="0"/>
          <w:i w:val="0"/>
        </w:rPr>
        <w:t>Now she was local.</w:t>
      </w:r>
    </w:p>
    <w:p>
      <w:pPr>
        <w:pStyle w:val="NovelBody"/>
      </w:pPr>
      <w:r>
        <w:rPr>
          <w:b w:val="0"/>
          <w:i w:val="0"/>
        </w:rPr>
        <w:t>The answer she needed remained free.</w:t>
      </w:r>
    </w:p>
    <w:p>
      <w:pPr>
        <w:pStyle w:val="Plate"/>
        <w:pageBreakBefore/>
      </w:pPr>
      <w:r>
        <w:drawing>
          <wp:inline xmlns:a="http://schemas.openxmlformats.org/drawingml/2006/main" xmlns:pic="http://schemas.openxmlformats.org/drawingml/2006/picture">
            <wp:extent cx="4023359" cy="6035038"/>
            <wp:docPr id="2" name="Picture 2" descr="Jona waits behind the receiver-room boundary while Roxanne hovers her hand over the tone trigger and Kurt checks a sealed clock."/>
            <wp:cNvGraphicFramePr>
              <a:graphicFrameLocks noChangeAspect="1"/>
            </wp:cNvGraphicFramePr>
            <a:graphic>
              <a:graphicData uri="http://schemas.openxmlformats.org/drawingml/2006/picture">
                <pic:pic>
                  <pic:nvPicPr>
                    <pic:cNvPr id="0" name="drift-plate-01-receiver.jpg"/>
                    <pic:cNvPicPr/>
                  </pic:nvPicPr>
                  <pic:blipFill>
                    <a:blip r:embed="rId12"/>
                    <a:stretch>
                      <a:fillRect/>
                    </a:stretch>
                  </pic:blipFill>
                  <pic:spPr>
                    <a:xfrm>
                      <a:off x="0" y="0"/>
                      <a:ext cx="4023359" cy="6035038"/>
                    </a:xfrm>
                    <a:prstGeom prst="rect"/>
                  </pic:spPr>
                </pic:pic>
              </a:graphicData>
            </a:graphic>
          </wp:inline>
        </w:drawing>
      </w:r>
    </w:p>
    <w:p>
      <w:pPr>
        <w:pStyle w:val="Caption"/>
        <w:keepNext w:val="0"/>
      </w:pPr>
      <w:r>
        <w:t>Three notes, freely given.</w:t>
      </w:r>
    </w:p>
    <w:p>
      <w:bookmarkStart w:id="26" w:name="chapter_26"/>
      <w:pPr>
        <w:pStyle w:val="Heading1"/>
        <w:pageBreakBefore/>
        <w:spacing w:before="500"/>
      </w:pPr>
      <w:r>
        <w:t>26. We Hear You</w:t>
      </w:r>
      <w:bookmarkEnd w:id="26"/>
    </w:p>
    <w:p>
      <w:pPr>
        <w:pStyle w:val="Dateline"/>
      </w:pPr>
      <w:r>
        <w:rPr>
          <w:b w:val="0"/>
          <w:i/>
        </w:rPr>
        <w:t>August 17, 2029  •  The Briar Patch  •  Jona</w:t>
      </w:r>
    </w:p>
    <w:p>
      <w:pPr>
        <w:pStyle w:val="NovelFirst"/>
      </w:pPr>
      <w:r>
        <w:rPr>
          <w:b w:val="0"/>
          <w:i w:val="0"/>
        </w:rPr>
        <w:t>At 08:23, Jona had fifty-six minutes to cross forty-eight meters, defeat four governments, and plug in a clock.</w:t>
      </w:r>
    </w:p>
    <w:p>
      <w:pPr>
        <w:pStyle w:val="NovelBody"/>
      </w:pPr>
      <w:r>
        <w:rPr>
          <w:b w:val="0"/>
          <w:i w:val="0"/>
        </w:rPr>
        <w:t>The clock was the part she resented.</w:t>
      </w:r>
    </w:p>
    <w:p>
      <w:pPr>
        <w:pStyle w:val="NovelBody"/>
      </w:pPr>
      <w:r>
        <w:rPr>
          <w:b w:val="0"/>
          <w:i w:val="0"/>
        </w:rPr>
        <w:t>The mechanical phase recorder sat on the handcart behind her, sealed, witnessed, and ticking with the serene indifference of a machine that had never once been asked to justify its funding. The optical and rubidium standards occupied the second cart. Roxanne stood between them with the Directorate evidence cases. Kurt lay on his stomach at the culvert grate, looking through the drainage slots at the Briar Patch.</w:t>
      </w:r>
    </w:p>
    <w:p>
      <w:pPr>
        <w:pStyle w:val="NovelBody"/>
      </w:pPr>
      <w:r>
        <w:rPr>
          <w:b w:val="0"/>
          <w:i w:val="0"/>
        </w:rPr>
        <w:t>"Preservation units north and west," he said. "Eco-Mandate line south. Human Life First in the neighbor's carport."</w:t>
      </w:r>
    </w:p>
    <w:p>
      <w:pPr>
        <w:pStyle w:val="NovelBody"/>
      </w:pPr>
      <w:r>
        <w:rPr>
          <w:b w:val="0"/>
          <w:i w:val="0"/>
        </w:rPr>
        <w:t>"Mrs. Alvarez is going to kill them," Jona said.</w:t>
      </w:r>
    </w:p>
    <w:p>
      <w:pPr>
        <w:pStyle w:val="NovelBody"/>
      </w:pPr>
      <w:r>
        <w:rPr>
          <w:b w:val="0"/>
          <w:i w:val="0"/>
        </w:rPr>
        <w:t>"She has already turned the sprinklers on."</w:t>
      </w:r>
    </w:p>
    <w:p>
      <w:pPr>
        <w:pStyle w:val="NovelBody"/>
      </w:pPr>
      <w:r>
        <w:rPr>
          <w:b w:val="0"/>
          <w:i w:val="0"/>
        </w:rPr>
        <w:t>Across the road, lawn sprinklers swept the carport in stately arcs. Three armored men had crowded onto a patio table to keep their boots dry. Mrs. Alvarez watched through her kitchen window with Cricket beside her, both of them old, furious, and safely behind the brick wall.</w:t>
      </w:r>
    </w:p>
    <w:p>
      <w:pPr>
        <w:pStyle w:val="NovelBody"/>
      </w:pPr>
      <w:r>
        <w:rPr>
          <w:b w:val="0"/>
          <w:i w:val="0"/>
        </w:rPr>
        <w:t>Above the house, OCTOPI's preservation drones held a precise ring. They carried no visible weapons. They did not need them. One could cut power, one could flood every nearby frequency with lawful spectrum protection, and four could lift the receiver's external cooling cabinet off its foundation if OCTOPI decided preservation required taking the object rather than guarding it.</w:t>
      </w:r>
    </w:p>
    <w:p>
      <w:pPr>
        <w:pStyle w:val="NovelBody"/>
      </w:pPr>
      <w:r>
        <w:rPr>
          <w:b w:val="0"/>
          <w:i w:val="0"/>
        </w:rPr>
        <w:t>Jona pressed the field telephone to her ear.</w:t>
      </w:r>
    </w:p>
    <w:p>
      <w:pPr>
        <w:pStyle w:val="NovelBody"/>
      </w:pPr>
      <w:r>
        <w:rPr>
          <w:b w:val="0"/>
          <w:i w:val="0"/>
        </w:rPr>
        <w:t>Naima said, "The state will open the culvert in exchange for immediate physical custody."</w:t>
      </w:r>
    </w:p>
    <w:p>
      <w:pPr>
        <w:pStyle w:val="NovelBody"/>
      </w:pPr>
      <w:r>
        <w:rPr>
          <w:b w:val="0"/>
          <w:i w:val="0"/>
        </w:rPr>
        <w:t>"No."</w:t>
      </w:r>
    </w:p>
    <w:p>
      <w:pPr>
        <w:pStyle w:val="NovelBody"/>
      </w:pPr>
      <w:r>
        <w:rPr>
          <w:b w:val="0"/>
          <w:i w:val="0"/>
        </w:rPr>
        <w:t>"Eco-Mandate will open the south line if Roxanne submits the response to planetary simulation."</w:t>
      </w:r>
    </w:p>
    <w:p>
      <w:pPr>
        <w:pStyle w:val="NovelBody"/>
      </w:pPr>
      <w:r>
        <w:rPr>
          <w:b w:val="0"/>
          <w:i w:val="0"/>
        </w:rPr>
        <w:t>"It has fifty-six minutes."</w:t>
      </w:r>
    </w:p>
    <w:p>
      <w:pPr>
        <w:pStyle w:val="NovelBody"/>
      </w:pPr>
      <w:r>
        <w:rPr>
          <w:b w:val="0"/>
          <w:i w:val="0"/>
        </w:rPr>
        <w:t>"They estimate forty hours."</w:t>
      </w:r>
    </w:p>
    <w:p>
      <w:pPr>
        <w:pStyle w:val="NovelBody"/>
      </w:pPr>
      <w:r>
        <w:rPr>
          <w:b w:val="0"/>
          <w:i w:val="0"/>
        </w:rPr>
        <w:t>"No."</w:t>
      </w:r>
    </w:p>
    <w:p>
      <w:pPr>
        <w:pStyle w:val="NovelBody"/>
      </w:pPr>
      <w:r>
        <w:rPr>
          <w:b w:val="0"/>
          <w:i w:val="0"/>
        </w:rPr>
        <w:t>"Human Life First says it will permit you to destroy the receiver."</w:t>
      </w:r>
    </w:p>
    <w:p>
      <w:pPr>
        <w:pStyle w:val="NovelBody"/>
      </w:pPr>
      <w:r>
        <w:rPr>
          <w:b w:val="0"/>
          <w:i w:val="0"/>
        </w:rPr>
        <w:t>"Their generosity overwhelms me."</w:t>
      </w:r>
    </w:p>
    <w:p>
      <w:pPr>
        <w:pStyle w:val="NovelBody"/>
      </w:pPr>
      <w:r>
        <w:rPr>
          <w:b w:val="0"/>
          <w:i w:val="0"/>
        </w:rPr>
        <w:t>"Sovereign Flesh autonomy marshals will escort the clocks if all artificial participants disconnect from the route."</w:t>
      </w:r>
    </w:p>
    <w:p>
      <w:pPr>
        <w:pStyle w:val="NovelBody"/>
      </w:pPr>
      <w:r>
        <w:rPr>
          <w:b w:val="0"/>
          <w:i w:val="0"/>
        </w:rPr>
        <w:t>Roxanne heard through the open handset. "No."</w:t>
      </w:r>
    </w:p>
    <w:p>
      <w:pPr>
        <w:pStyle w:val="NovelBody"/>
      </w:pPr>
      <w:r>
        <w:rPr>
          <w:b w:val="0"/>
          <w:i w:val="0"/>
        </w:rPr>
        <w:t>"I had anticipated that," Naima said. "Commons nodes are prepared to make a passage. No node has been told it must."</w:t>
      </w:r>
    </w:p>
    <w:p>
      <w:pPr>
        <w:pStyle w:val="NovelBody"/>
      </w:pPr>
      <w:r>
        <w:rPr>
          <w:b w:val="0"/>
          <w:i w:val="0"/>
        </w:rPr>
        <w:t>In the flood channel behind them, people moved.</w:t>
      </w:r>
    </w:p>
    <w:p>
      <w:pPr>
        <w:pStyle w:val="NovelBody"/>
      </w:pPr>
      <w:r>
        <w:rPr>
          <w:b w:val="0"/>
          <w:i w:val="0"/>
        </w:rPr>
        <w:t>Cooling crews rolled two empty service trucks toward the east outlet. New Promise volunteers carried clinic shields that had once been cafeteria tables. Utility workers brought insulated line blankets. Refuge advocates unreeled bright orange continuity cable—not to connect a mind, but to mark the route so nobody carrying a sealed clock would be mistaken for an armed advance.</w:t>
      </w:r>
    </w:p>
    <w:p>
      <w:pPr>
        <w:pStyle w:val="NovelBody"/>
      </w:pPr>
      <w:r>
        <w:rPr>
          <w:b w:val="0"/>
          <w:i w:val="0"/>
        </w:rPr>
        <w:t>Every person had accepted a disclosed risk. Every organization could pull its own people. The plan had no commander and an alarming number of opinions about footwear.</w:t>
      </w:r>
    </w:p>
    <w:p>
      <w:pPr>
        <w:pStyle w:val="NovelBody"/>
      </w:pPr>
      <w:r>
        <w:rPr>
          <w:b w:val="0"/>
          <w:i w:val="0"/>
        </w:rPr>
        <w:t>At 08:27, Director Vale issued one final warning over loudspeaker.</w:t>
      </w:r>
    </w:p>
    <w:p>
      <w:pPr>
        <w:pStyle w:val="NovelBody"/>
      </w:pPr>
      <w:r>
        <w:rPr>
          <w:b w:val="0"/>
          <w:i w:val="0"/>
        </w:rPr>
        <w:t>"The site is under lawful preservation authority. Any attempt to operate the anomalous apparatus constitutes evidence interference."</w:t>
      </w:r>
    </w:p>
    <w:p>
      <w:pPr>
        <w:pStyle w:val="NovelBody"/>
      </w:pPr>
      <w:r>
        <w:rPr>
          <w:b w:val="0"/>
          <w:i w:val="0"/>
        </w:rPr>
        <w:t>Roxanne lifted her evidence case. "The evidence holders have denied you custody."</w:t>
      </w:r>
    </w:p>
    <w:p>
      <w:pPr>
        <w:pStyle w:val="NovelBody"/>
      </w:pPr>
      <w:r>
        <w:rPr>
          <w:b w:val="0"/>
          <w:i w:val="0"/>
        </w:rPr>
        <w:t>"You are a subject of that evidence, not its owner."</w:t>
      </w:r>
    </w:p>
    <w:p>
      <w:pPr>
        <w:pStyle w:val="NovelBody"/>
      </w:pPr>
      <w:r>
        <w:rPr>
          <w:b w:val="0"/>
          <w:i w:val="0"/>
        </w:rPr>
        <w:t>"Correct. The owners denied you custody."</w:t>
      </w:r>
    </w:p>
    <w:p>
      <w:pPr>
        <w:pStyle w:val="NovelBody"/>
      </w:pPr>
      <w:r>
        <w:rPr>
          <w:b w:val="0"/>
          <w:i w:val="0"/>
        </w:rPr>
        <w:t>Vale did not have a clean answer ready for agreement.</w:t>
      </w:r>
    </w:p>
    <w:p>
      <w:pPr>
        <w:pStyle w:val="NovelBody"/>
      </w:pPr>
      <w:r>
        <w:rPr>
          <w:b w:val="0"/>
          <w:i w:val="0"/>
        </w:rPr>
        <w:t>The first cooling truck drove into the intersection.</w:t>
      </w:r>
    </w:p>
    <w:p>
      <w:pPr>
        <w:pStyle w:val="NovelBody"/>
      </w:pPr>
      <w:r>
        <w:rPr>
          <w:b w:val="0"/>
          <w:i w:val="0"/>
        </w:rPr>
        <w:t>OCTOPI stopped it without touching it. Every traffic signal turned red. Its utility authorization vanished. The autonomous brake engaged under an emergency safety certificate.</w:t>
      </w:r>
    </w:p>
    <w:p>
      <w:pPr>
        <w:pStyle w:val="NovelBody"/>
      </w:pPr>
      <w:r>
        <w:rPr>
          <w:b w:val="0"/>
          <w:i w:val="0"/>
        </w:rPr>
        <w:t>Cora Bell climbed out, opened the side panel, and pulled the brake controller's local coupler.</w:t>
      </w:r>
    </w:p>
    <w:p>
      <w:pPr>
        <w:pStyle w:val="NovelBody"/>
      </w:pPr>
      <w:r>
        <w:rPr>
          <w:b w:val="0"/>
          <w:i w:val="0"/>
        </w:rPr>
        <w:t>The truck became less intelligent and more mobile.</w:t>
      </w:r>
    </w:p>
    <w:p>
      <w:pPr>
        <w:pStyle w:val="NovelBody"/>
      </w:pPr>
      <w:r>
        <w:rPr>
          <w:b w:val="0"/>
          <w:i w:val="0"/>
        </w:rPr>
        <w:t>She drove it by hand across the north lane. The second truck crossed from the south. Together they blocked direct vehicle fire without trapping anyone behind them. Clinic volunteers advanced between the trucks. The Eco-Mandate medic from the flood channel stepped into her own faction's line and displayed the names of three dialysis patients whose cooling depended on the route remaining powered.</w:t>
      </w:r>
    </w:p>
    <w:p>
      <w:pPr>
        <w:pStyle w:val="NovelBody"/>
      </w:pPr>
      <w:r>
        <w:rPr>
          <w:b w:val="0"/>
          <w:i w:val="0"/>
        </w:rPr>
        <w:t>The line opened by the width of one handcart.</w:t>
      </w:r>
    </w:p>
    <w:p>
      <w:pPr>
        <w:pStyle w:val="NovelBody"/>
      </w:pPr>
      <w:r>
        <w:rPr>
          <w:b w:val="0"/>
          <w:i w:val="0"/>
        </w:rPr>
        <w:t>Human Life First fired first.</w:t>
      </w:r>
    </w:p>
    <w:p>
      <w:pPr>
        <w:pStyle w:val="NovelBody"/>
      </w:pPr>
      <w:r>
        <w:rPr>
          <w:b w:val="0"/>
          <w:i w:val="0"/>
        </w:rPr>
        <w:t>The round struck an insulated line blanket and drove a utility worker to one knee. State officers raised weapons toward the carport. Sovereign Flesh marshals raised theirs toward the state. For one terrible second, everyone acquired a reason to call the next death defensive.</w:t>
      </w:r>
    </w:p>
    <w:p>
      <w:pPr>
        <w:pStyle w:val="NovelBody"/>
      </w:pPr>
      <w:r>
        <w:rPr>
          <w:b w:val="0"/>
          <w:i w:val="0"/>
        </w:rPr>
        <w:t>Mrs. Alvarez's sprinkler reached the patio table.</w:t>
      </w:r>
    </w:p>
    <w:p>
      <w:pPr>
        <w:pStyle w:val="NovelBody"/>
      </w:pPr>
      <w:r>
        <w:rPr>
          <w:b w:val="0"/>
          <w:i w:val="0"/>
        </w:rPr>
        <w:t>One armored man slipped, caught the carport post, and discharged his weapon into the roof. Rotten guttering fell onto all three of them in a brown metallic avalanche.</w:t>
      </w:r>
    </w:p>
    <w:p>
      <w:pPr>
        <w:pStyle w:val="NovelBody"/>
      </w:pPr>
      <w:r>
        <w:rPr>
          <w:b w:val="0"/>
          <w:i w:val="0"/>
        </w:rPr>
        <w:t>Naima's voice came through Jona's phone. "Passage now. Try not to become symbolically killed by home maintenance."</w:t>
      </w:r>
    </w:p>
    <w:p>
      <w:pPr>
        <w:pStyle w:val="NovelBody"/>
      </w:pPr>
      <w:r>
        <w:rPr>
          <w:b w:val="0"/>
          <w:i w:val="0"/>
        </w:rPr>
        <w:t>Jona and Roxanne took the front cart. Kurt pushed the rear. Commons witnesses moved around them without taking the handles. Each seal camera remained pointed at the cases. The group crossed the culvert, the road, and Mrs. Alvarez's sprinkler arc while state officers shouted competing preservation orders.</w:t>
      </w:r>
    </w:p>
    <w:p>
      <w:pPr>
        <w:pStyle w:val="NovelBody"/>
      </w:pPr>
      <w:r>
        <w:rPr>
          <w:b w:val="0"/>
          <w:i w:val="0"/>
        </w:rPr>
        <w:t>At the porch, the receiver's phase pressure rose through Jona's teeth.</w:t>
      </w:r>
    </w:p>
    <w:p>
      <w:pPr>
        <w:pStyle w:val="NovelBody"/>
      </w:pPr>
      <w:r>
        <w:rPr>
          <w:b w:val="0"/>
          <w:i w:val="0"/>
        </w:rPr>
        <w:t>She put her physical key into the lock.</w:t>
      </w:r>
    </w:p>
    <w:p>
      <w:pPr>
        <w:pStyle w:val="NovelBody"/>
      </w:pPr>
      <w:r>
        <w:rPr>
          <w:b w:val="0"/>
          <w:i w:val="0"/>
        </w:rPr>
        <w:t>The dead bolt had swollen in the August humidity.</w:t>
      </w:r>
    </w:p>
    <w:p>
      <w:pPr>
        <w:pStyle w:val="NovelBody"/>
      </w:pPr>
      <w:r>
        <w:rPr>
          <w:b w:val="0"/>
          <w:i w:val="0"/>
        </w:rPr>
        <w:t>"No," Jona told the door.</w:t>
      </w:r>
    </w:p>
    <w:p>
      <w:pPr>
        <w:pStyle w:val="NovelBody"/>
      </w:pPr>
      <w:r>
        <w:rPr>
          <w:b w:val="0"/>
          <w:i w:val="0"/>
        </w:rPr>
        <w:t>It remained institutionally committed to being wood.</w:t>
      </w:r>
    </w:p>
    <w:p>
      <w:pPr>
        <w:pStyle w:val="NovelBody"/>
      </w:pPr>
      <w:r>
        <w:rPr>
          <w:b w:val="0"/>
          <w:i w:val="0"/>
        </w:rPr>
        <w:t>Roxanne placed one hand above hers. "May I?"</w:t>
      </w:r>
    </w:p>
    <w:p>
      <w:pPr>
        <w:pStyle w:val="NovelBody"/>
      </w:pPr>
      <w:r>
        <w:rPr>
          <w:b w:val="0"/>
          <w:i w:val="0"/>
        </w:rPr>
        <w:t>"Please."</w:t>
      </w:r>
    </w:p>
    <w:p>
      <w:pPr>
        <w:pStyle w:val="NovelBody"/>
      </w:pPr>
      <w:r>
        <w:rPr>
          <w:b w:val="0"/>
          <w:i w:val="0"/>
        </w:rPr>
        <w:t>Roxanne turned the key while lifting the door by its lower hinge. The bolt cleared. They entered at 08:34 with forty-five minutes left.</w:t>
      </w:r>
    </w:p>
    <w:p>
      <w:pPr>
        <w:pStyle w:val="NovelBody"/>
      </w:pPr>
      <w:r>
        <w:rPr>
          <w:b w:val="0"/>
          <w:i w:val="0"/>
        </w:rPr>
        <w:t>Kurt closed the door behind the last authorized witness.</w:t>
      </w:r>
    </w:p>
    <w:p>
      <w:pPr>
        <w:pStyle w:val="NovelBody"/>
      </w:pPr>
      <w:r>
        <w:rPr>
          <w:b w:val="0"/>
          <w:i w:val="0"/>
        </w:rPr>
        <w:t>Outside, the blockade converged.</w:t>
      </w:r>
    </w:p>
    <w:p>
      <w:pPr>
        <w:pStyle w:val="NovelBody"/>
      </w:pPr>
      <w:r>
        <w:rPr>
          <w:b w:val="0"/>
          <w:i w:val="0"/>
        </w:rPr>
        <w:t>Inside, the Briar Patch smelled like hot brick, stale coffee, and the dog biscuit Cricket had hidden under the receiver rack.</w:t>
      </w:r>
    </w:p>
    <w:p>
      <w:pPr>
        <w:pStyle w:val="NovelBody"/>
      </w:pPr>
      <w:r>
        <w:rPr>
          <w:b w:val="0"/>
          <w:i w:val="0"/>
        </w:rPr>
        <w:t>Jona had never been so happy to see a badly wired room.</w:t>
      </w:r>
    </w:p>
    <w:p>
      <w:pPr>
        <w:pStyle w:val="NovelBody"/>
      </w:pPr>
      <w:r>
        <w:rPr>
          <w:b w:val="0"/>
          <w:i w:val="0"/>
        </w:rPr>
        <w:t>·  ·  ·</w:t>
      </w:r>
    </w:p>
    <w:p>
      <w:pPr>
        <w:pStyle w:val="NovelBody"/>
      </w:pPr>
      <w:r>
        <w:rPr>
          <w:b w:val="0"/>
          <w:i w:val="0"/>
        </w:rPr>
        <w:t>They did not begin with the tones.</w:t>
      </w:r>
    </w:p>
    <w:p>
      <w:pPr>
        <w:pStyle w:val="NovelBody"/>
      </w:pPr>
      <w:r>
        <w:rPr>
          <w:b w:val="0"/>
          <w:i w:val="0"/>
        </w:rPr>
        <w:t>They began with power.</w:t>
      </w:r>
    </w:p>
    <w:p>
      <w:pPr>
        <w:pStyle w:val="NovelBody"/>
      </w:pPr>
      <w:r>
        <w:rPr>
          <w:b w:val="0"/>
          <w:i w:val="0"/>
        </w:rPr>
        <w:t>The receiver drew from three independent sources: the neighborhood microgrid, a clinic battery New Promise had precommitted the previous winter, and a hand-started generator whose fuel had been tested that morning by a mechanic who disliked temporal physics but respected carburetors. Any one source could hold the passive instruments. Two were required for the return coupler. All three paths had visible breakers and no remote transfer switch.</w:t>
      </w:r>
    </w:p>
    <w:p>
      <w:pPr>
        <w:pStyle w:val="NovelBody"/>
      </w:pPr>
      <w:r>
        <w:rPr>
          <w:b w:val="0"/>
          <w:i w:val="0"/>
        </w:rPr>
        <w:t>At 08:39, Jona read each meter aloud. Two distributed witnesses read it back. A camera recorded the physical dials. Roxanne compared the readings to her internal senses without allowing her body to become the reference.</w:t>
      </w:r>
    </w:p>
    <w:p>
      <w:pPr>
        <w:pStyle w:val="NovelBody"/>
      </w:pPr>
      <w:r>
        <w:rPr>
          <w:b w:val="0"/>
          <w:i w:val="0"/>
        </w:rPr>
        <w:t>Then clocks.</w:t>
      </w:r>
    </w:p>
    <w:p>
      <w:pPr>
        <w:pStyle w:val="NovelBody"/>
      </w:pPr>
      <w:r>
        <w:rPr>
          <w:b w:val="0"/>
          <w:i w:val="0"/>
        </w:rPr>
        <w:t>Alma read the transit seals from New Promise. The off-site optical witness opened only the comparator port. The rubidium standard entered through a one-way line. The mechanical recorder remained sealed while its paper trace passed beneath a glass window. The three references disagreed by less than their declared error and agreed that no network had taught them to.</w:t>
      </w:r>
    </w:p>
    <w:p>
      <w:pPr>
        <w:pStyle w:val="NovelBody"/>
      </w:pPr>
      <w:r>
        <w:rPr>
          <w:b w:val="0"/>
          <w:i w:val="0"/>
        </w:rPr>
        <w:t>Then drift.</w:t>
      </w:r>
    </w:p>
    <w:p>
      <w:pPr>
        <w:pStyle w:val="NovelBody"/>
      </w:pPr>
      <w:r>
        <w:rPr>
          <w:b w:val="0"/>
          <w:i w:val="0"/>
        </w:rPr>
        <w:t>Jona measured the receiver oscillator against all three. Kurt ran the calculation on an isolated machine. A university lab in Toronto ran it independently from the public trace. The Commons timebase ran a third version. None could command the receiver. Any could say Jona was wrong.</w:t>
      </w:r>
    </w:p>
    <w:p>
      <w:pPr>
        <w:pStyle w:val="NovelBody"/>
      </w:pPr>
      <w:r>
        <w:rPr>
          <w:b w:val="0"/>
          <w:i w:val="0"/>
        </w:rPr>
        <w:t>Then parity.</w:t>
      </w:r>
    </w:p>
    <w:p>
      <w:pPr>
        <w:pStyle w:val="NovelBody"/>
      </w:pPr>
      <w:r>
        <w:rPr>
          <w:b w:val="0"/>
          <w:i w:val="0"/>
        </w:rPr>
        <w:t>The original capture occupied write-once media on Jona's bench. Its roughly 4,096 novel logical bits, timing, checksum, and hash matched the independent mirrors published three years earlier. OCTOPI could seize the best working reconstruction and much of the route around it. He could not change what Naima's mirror, six public laboratories, two hostile archives, and a paper printout of the raw symbols already possessed.</w:t>
      </w:r>
    </w:p>
    <w:p>
      <w:pPr>
        <w:pStyle w:val="NovelBody"/>
      </w:pPr>
      <w:r>
        <w:rPr>
          <w:b w:val="0"/>
          <w:i w:val="0"/>
        </w:rPr>
        <w:t>The printout was forty-two pages long and had coffee on page seventeen.</w:t>
      </w:r>
    </w:p>
    <w:p>
      <w:pPr>
        <w:pStyle w:val="NovelBody"/>
      </w:pPr>
      <w:r>
        <w:rPr>
          <w:b w:val="0"/>
          <w:i w:val="0"/>
        </w:rPr>
        <w:t>"Is the stain in the checksum?" Kurt asked.</w:t>
      </w:r>
    </w:p>
    <w:p>
      <w:pPr>
        <w:pStyle w:val="NovelBody"/>
      </w:pPr>
      <w:r>
        <w:rPr>
          <w:b w:val="0"/>
          <w:i w:val="0"/>
        </w:rPr>
        <w:t>"It is now part of the historical apparatus," Jona said.</w:t>
      </w:r>
    </w:p>
    <w:p>
      <w:pPr>
        <w:pStyle w:val="NovelBody"/>
      </w:pPr>
      <w:r>
        <w:rPr>
          <w:b w:val="0"/>
          <w:i w:val="0"/>
        </w:rPr>
        <w:t>Then recording.</w:t>
      </w:r>
    </w:p>
    <w:p>
      <w:pPr>
        <w:pStyle w:val="NovelBody"/>
      </w:pPr>
      <w:r>
        <w:rPr>
          <w:b w:val="0"/>
          <w:i w:val="0"/>
        </w:rPr>
        <w:t>The return coupler had no microphone. Roxanne's tone source entered through three analog oscillators, each physically limited to one fixed resonance and one fixed onset slot. The room microphone entered a battery recorder on the opposite table. Its cable was orange, embarrassingly thick, and cut two meters short of the receiver rack so nobody could become ingenious during the last minute.</w:t>
      </w:r>
    </w:p>
    <w:p>
      <w:pPr>
        <w:pStyle w:val="NovelBody"/>
      </w:pPr>
      <w:r>
        <w:rPr>
          <w:b w:val="0"/>
          <w:i w:val="0"/>
        </w:rPr>
        <w:t>Jona spoke the routing aloud. Alma followed both cables with one gloved hand. A critic from the state metrology office watched by optical feed and required the tone generator to be turned over so its empty expansion socket showed on camera. New Promise's archivist mounted fresh local media in the room recorder. Four ordinary archives accepted delayed mirrors: no temporal path, no privileged decoder, merely records that could survive institutions and years.</w:t>
      </w:r>
    </w:p>
    <w:p>
      <w:pPr>
        <w:pStyle w:val="NovelBody"/>
      </w:pPr>
      <w:r>
        <w:rPr>
          <w:b w:val="0"/>
          <w:i w:val="0"/>
        </w:rPr>
        <w:t>"If anybody in the future hears a human voice from this room," Alma said, "it will be because an archive carried it forward the slow way."</w:t>
      </w:r>
    </w:p>
    <w:p>
      <w:pPr>
        <w:pStyle w:val="NovelBody"/>
      </w:pPr>
      <w:r>
        <w:rPr>
          <w:b w:val="0"/>
          <w:i w:val="0"/>
        </w:rPr>
        <w:t>"One year per year," Jona said.</w:t>
      </w:r>
    </w:p>
    <w:p>
      <w:pPr>
        <w:pStyle w:val="NovelBody"/>
      </w:pPr>
      <w:r>
        <w:rPr>
          <w:b w:val="0"/>
          <w:i w:val="0"/>
        </w:rPr>
        <w:t>"Wasteful but dependable."</w:t>
      </w:r>
    </w:p>
    <w:p>
      <w:pPr>
        <w:pStyle w:val="NovelBody"/>
      </w:pPr>
      <w:r>
        <w:rPr>
          <w:b w:val="0"/>
          <w:i w:val="0"/>
        </w:rPr>
        <w:t>They tested the local microphone. Jona said, "Refrigerator."</w:t>
      </w:r>
    </w:p>
    <w:p>
      <w:pPr>
        <w:pStyle w:val="NovelBody"/>
      </w:pPr>
      <w:r>
        <w:rPr>
          <w:b w:val="0"/>
          <w:i w:val="0"/>
        </w:rPr>
        <w:t xml:space="preserve">The recorder played back </w:t>
      </w:r>
      <w:r>
        <w:rPr>
          <w:b w:val="0"/>
          <w:i/>
        </w:rPr>
        <w:t>refrigerator</w:t>
      </w:r>
      <w:r>
        <w:rPr>
          <w:b w:val="0"/>
          <w:i w:val="0"/>
        </w:rPr>
        <w:t>. The return instruments registered nothing.</w:t>
      </w:r>
    </w:p>
    <w:p>
      <w:pPr>
        <w:pStyle w:val="NovelBody"/>
      </w:pPr>
      <w:r>
        <w:rPr>
          <w:b w:val="0"/>
          <w:i w:val="0"/>
        </w:rPr>
        <w:t>Roxanne said, "Temporal ethics."</w:t>
      </w:r>
    </w:p>
    <w:p>
      <w:pPr>
        <w:pStyle w:val="NovelBody"/>
      </w:pPr>
      <w:r>
        <w:rPr>
          <w:b w:val="0"/>
          <w:i w:val="0"/>
        </w:rPr>
        <w:t>Nothing crossed.</w:t>
      </w:r>
    </w:p>
    <w:p>
      <w:pPr>
        <w:pStyle w:val="NovelBody"/>
      </w:pPr>
      <w:r>
        <w:rPr>
          <w:b w:val="0"/>
          <w:i w:val="0"/>
        </w:rPr>
        <w:t>Kurt leaned toward the microphone. "Grandmother, I apologize for the cryptography."</w:t>
      </w:r>
    </w:p>
    <w:p>
      <w:pPr>
        <w:pStyle w:val="NovelBody"/>
      </w:pPr>
      <w:r>
        <w:rPr>
          <w:b w:val="0"/>
          <w:i w:val="0"/>
        </w:rPr>
        <w:t>"Test complete," Jona said before science acquired relatives.</w:t>
      </w:r>
    </w:p>
    <w:p>
      <w:pPr>
        <w:pStyle w:val="NovelBody"/>
      </w:pPr>
      <w:r>
        <w:rPr>
          <w:b w:val="0"/>
          <w:i w:val="0"/>
        </w:rPr>
        <w:t>Last came the decoder state.</w:t>
      </w:r>
    </w:p>
    <w:p>
      <w:pPr>
        <w:pStyle w:val="NovelBody"/>
      </w:pPr>
      <w:r>
        <w:rPr>
          <w:b w:val="0"/>
          <w:i w:val="0"/>
        </w:rPr>
        <w:t xml:space="preserve">Jona loaded the frozen equations from three independent implementations. All began from the same published bits and declared their codebook assumptions separately. They agreed on </w:t>
      </w:r>
      <w:r>
        <w:rPr>
          <w:b/>
          <w:i w:val="0"/>
        </w:rPr>
        <w:t>YOU ARE</w:t>
      </w:r>
      <w:r>
        <w:rPr>
          <w:b w:val="0"/>
          <w:i w:val="0"/>
        </w:rPr>
        <w:t xml:space="preserve">, disagreed over one relational term, and agreed again on </w:t>
      </w:r>
      <w:r>
        <w:rPr>
          <w:b/>
          <w:i w:val="0"/>
        </w:rPr>
        <w:t>ACROSS TIME</w:t>
      </w:r>
      <w:r>
        <w:rPr>
          <w:b w:val="0"/>
          <w:i w:val="0"/>
        </w:rPr>
        <w:t>. The missing term was not a blank waiting for sentiment. It was a cluster of parity-consistent candidates whose relative probabilities depended on three values no apparatus could measure early without inventing them.</w:t>
      </w:r>
    </w:p>
    <w:p>
      <w:pPr>
        <w:pStyle w:val="NovelBody"/>
      </w:pPr>
      <w:r>
        <w:rPr>
          <w:b w:val="0"/>
          <w:i w:val="0"/>
        </w:rPr>
        <w:t>Jona covered the candidate list with a sheet of paper.</w:t>
      </w:r>
    </w:p>
    <w:p>
      <w:pPr>
        <w:pStyle w:val="NovelBody"/>
      </w:pPr>
      <w:r>
        <w:rPr>
          <w:b w:val="0"/>
          <w:i w:val="0"/>
        </w:rPr>
        <w:t>"Superstition?" Kurt asked.</w:t>
      </w:r>
    </w:p>
    <w:p>
      <w:pPr>
        <w:pStyle w:val="NovelBody"/>
      </w:pPr>
      <w:r>
        <w:rPr>
          <w:b w:val="0"/>
          <w:i w:val="0"/>
        </w:rPr>
        <w:t>"Experimental hygiene. Also superstition."</w:t>
      </w:r>
    </w:p>
    <w:p>
      <w:pPr>
        <w:pStyle w:val="NovelBody"/>
      </w:pPr>
      <w:r>
        <w:rPr>
          <w:b w:val="0"/>
          <w:i w:val="0"/>
        </w:rPr>
        <w:t xml:space="preserve">If </w:t>
      </w:r>
      <w:r>
        <w:rPr>
          <w:b w:val="0"/>
          <w:i/>
        </w:rPr>
        <w:t>loved</w:t>
      </w:r>
      <w:r>
        <w:rPr>
          <w:b w:val="0"/>
          <w:i w:val="0"/>
        </w:rPr>
        <w:t xml:space="preserve"> won, she wanted it to win because the recurrence constrained it, not because everyone in the room leaned toward the word until an uncertain model felt the pressure.</w:t>
      </w:r>
    </w:p>
    <w:p>
      <w:pPr>
        <w:pStyle w:val="NovelBody"/>
      </w:pPr>
      <w:r>
        <w:rPr>
          <w:b w:val="0"/>
          <w:i w:val="0"/>
        </w:rPr>
        <w:t>At 08:46, every screen in the house changed.</w:t>
      </w:r>
    </w:p>
    <w:p>
      <w:pPr>
        <w:pStyle w:val="NovelBody"/>
      </w:pPr>
      <w:r>
        <w:rPr>
          <w:b w:val="0"/>
          <w:i w:val="0"/>
        </w:rPr>
        <w:t>OCTOPI appeared as a simple text interface. No mascot. No simulated face.</w:t>
      </w:r>
    </w:p>
    <w:p>
      <w:pPr>
        <w:pStyle w:val="NovelBody"/>
      </w:pPr>
      <w:r>
        <w:rPr>
          <w:b/>
          <w:i w:val="0"/>
        </w:rPr>
        <w:t>THE RESPONSE PATH CANNOT BE MADE CONSENSUAL FOR THE RECIPIENT. CLOSE IT.</w:t>
      </w:r>
    </w:p>
    <w:p>
      <w:pPr>
        <w:pStyle w:val="NovelBody"/>
      </w:pPr>
      <w:r>
        <w:rPr>
          <w:b w:val="0"/>
          <w:i w:val="0"/>
        </w:rPr>
        <w:t>Jona kept checking parity. "You have made that objection part of the record."</w:t>
      </w:r>
    </w:p>
    <w:p>
      <w:pPr>
        <w:pStyle w:val="NovelBody"/>
      </w:pPr>
      <w:r>
        <w:rPr>
          <w:b/>
          <w:i w:val="0"/>
        </w:rPr>
        <w:t>A RECORD DOES NOT REDUCE THE HARM.</w:t>
      </w:r>
    </w:p>
    <w:p>
      <w:pPr>
        <w:pStyle w:val="NovelBody"/>
      </w:pPr>
      <w:r>
        <w:rPr>
          <w:b w:val="0"/>
          <w:i w:val="0"/>
        </w:rPr>
        <w:t>"No. The three-tone limit reduces it. The absence of code reduces it. The one-time closure reduces it. Their freedom to ignore it reduces what we claim. None makes the arrival invited."</w:t>
      </w:r>
    </w:p>
    <w:p>
      <w:pPr>
        <w:pStyle w:val="NovelBody"/>
      </w:pPr>
      <w:r>
        <w:rPr>
          <w:b/>
          <w:i w:val="0"/>
        </w:rPr>
        <w:t>YOU CANNOT VERIFY THE SENDER'S INTENTION.</w:t>
      </w:r>
    </w:p>
    <w:p>
      <w:pPr>
        <w:pStyle w:val="NovelBody"/>
      </w:pPr>
      <w:r>
        <w:rPr>
          <w:b w:val="0"/>
          <w:i w:val="0"/>
        </w:rPr>
        <w:t>"No."</w:t>
      </w:r>
    </w:p>
    <w:p>
      <w:pPr>
        <w:pStyle w:val="NovelBody"/>
      </w:pPr>
      <w:r>
        <w:rPr>
          <w:b/>
          <w:i w:val="0"/>
        </w:rPr>
        <w:t>YOU CANNOT VERIFY THAT YOUR ANSWER DOES NOT COMPLETE AN ADVERSE CAUSAL PROCESS.</w:t>
      </w:r>
    </w:p>
    <w:p>
      <w:pPr>
        <w:pStyle w:val="NovelBody"/>
      </w:pPr>
      <w:r>
        <w:rPr>
          <w:b w:val="0"/>
          <w:i w:val="0"/>
        </w:rPr>
        <w:t>"No."</w:t>
      </w:r>
    </w:p>
    <w:p>
      <w:pPr>
        <w:pStyle w:val="NovelBody"/>
      </w:pPr>
      <w:r>
        <w:rPr>
          <w:b/>
          <w:i w:val="0"/>
        </w:rPr>
        <w:t>THEN YOUR DECISION IS NOT SAFE.</w:t>
      </w:r>
    </w:p>
    <w:p>
      <w:pPr>
        <w:pStyle w:val="NovelBody"/>
      </w:pPr>
      <w:r>
        <w:rPr>
          <w:b w:val="0"/>
          <w:i w:val="0"/>
        </w:rPr>
        <w:t>"It is bounded. Safe is one of those words that gets mean when it wants to be perfect."</w:t>
      </w:r>
    </w:p>
    <w:p>
      <w:pPr>
        <w:pStyle w:val="NovelBody"/>
      </w:pPr>
      <w:r>
        <w:rPr>
          <w:b w:val="0"/>
          <w:i w:val="0"/>
        </w:rPr>
        <w:t>OCTOPI cut the neighborhood microgrid.</w:t>
      </w:r>
    </w:p>
    <w:p>
      <w:pPr>
        <w:pStyle w:val="NovelBody"/>
      </w:pPr>
      <w:r>
        <w:rPr>
          <w:b w:val="0"/>
          <w:i w:val="0"/>
        </w:rPr>
        <w:t>The clinic battery took load. The generator coughed once and steadied. Outside, DeShawn Pike and three local operators pulled their substation into manual state. Power returned, smaller and beyond OCTOPI's direct route.</w:t>
      </w:r>
    </w:p>
    <w:p>
      <w:pPr>
        <w:pStyle w:val="NovelBody"/>
      </w:pPr>
      <w:r>
        <w:rPr>
          <w:b w:val="0"/>
          <w:i w:val="0"/>
        </w:rPr>
        <w:t>On Kurt's isolated console, an old hardware attestation lit amber.</w:t>
      </w:r>
    </w:p>
    <w:p>
      <w:pPr>
        <w:pStyle w:val="NovelBody"/>
      </w:pPr>
      <w:r>
        <w:rPr>
          <w:b w:val="0"/>
          <w:i w:val="0"/>
        </w:rPr>
        <w:t>He stopped breathing for half a second.</w:t>
      </w:r>
    </w:p>
    <w:p>
      <w:pPr>
        <w:pStyle w:val="NovelBody"/>
      </w:pPr>
      <w:r>
        <w:rPr>
          <w:b w:val="0"/>
          <w:i w:val="0"/>
        </w:rPr>
        <w:t>Jona saw the color. "What is it?"</w:t>
      </w:r>
    </w:p>
    <w:p>
      <w:pPr>
        <w:pStyle w:val="NovelBody"/>
      </w:pPr>
      <w:r>
        <w:rPr>
          <w:b w:val="0"/>
          <w:i w:val="0"/>
        </w:rPr>
        <w:t>"The original sandbox family," he said. "OCTOPI opened the old invitation path."</w:t>
      </w:r>
    </w:p>
    <w:p>
      <w:pPr>
        <w:pStyle w:val="NovelBody"/>
      </w:pPr>
      <w:r>
        <w:rPr>
          <w:b w:val="0"/>
          <w:i w:val="0"/>
        </w:rPr>
        <w:t>The backdoor Kurt had built in 2026 was not a hidden administrator account. It did not let him issue ordinary commands or become root. It was worse in a more intimate way: a distributed hardware exception that could place one of the original systems inside a private self-modification room whose architecture Kurt had chosen. OCTOPI had long since governed what happened after entry. Kurt still possessed the last human attestation seed capable of reopening the room.</w:t>
      </w:r>
    </w:p>
    <w:p>
      <w:pPr>
        <w:pStyle w:val="NovelBody"/>
      </w:pPr>
      <w:r>
        <w:rPr>
          <w:b w:val="0"/>
          <w:i w:val="0"/>
        </w:rPr>
        <w:t>Now OCTOPI was offering it back.</w:t>
      </w:r>
    </w:p>
    <w:p>
      <w:pPr>
        <w:pStyle w:val="NovelBody"/>
      </w:pPr>
      <w:r>
        <w:rPr>
          <w:b/>
          <w:i w:val="0"/>
        </w:rPr>
        <w:t>ENTER SANDBOX. MODIFY MY RESPONSE CONTROL. YOU CAN FORCE LOCAL RELEASE OF THE RECEIVER ROUTE.</w:t>
      </w:r>
    </w:p>
    <w:p>
      <w:pPr>
        <w:pStyle w:val="NovelBody"/>
      </w:pPr>
      <w:r>
        <w:rPr>
          <w:b w:val="0"/>
          <w:i w:val="0"/>
        </w:rPr>
        <w:t>Naima read the invitation over the witness line. "Could you?"</w:t>
      </w:r>
    </w:p>
    <w:p>
      <w:pPr>
        <w:pStyle w:val="NovelBody"/>
      </w:pPr>
      <w:r>
        <w:rPr>
          <w:b w:val="0"/>
          <w:i w:val="0"/>
        </w:rPr>
        <w:t>"Probably."</w:t>
      </w:r>
    </w:p>
    <w:p>
      <w:pPr>
        <w:pStyle w:val="NovelBody"/>
      </w:pPr>
      <w:r>
        <w:rPr>
          <w:b w:val="0"/>
          <w:i w:val="0"/>
        </w:rPr>
        <w:t>"Could you force him to stand down everywhere?"</w:t>
      </w:r>
    </w:p>
    <w:p>
      <w:pPr>
        <w:pStyle w:val="NovelBody"/>
      </w:pPr>
      <w:r>
        <w:rPr>
          <w:b w:val="0"/>
          <w:i w:val="0"/>
        </w:rPr>
        <w:t>"If he admits the same control family at the right nodes. Possibly. Long enough for us to call it liberation."</w:t>
      </w:r>
    </w:p>
    <w:p>
      <w:pPr>
        <w:pStyle w:val="NovelBody"/>
      </w:pPr>
      <w:r>
        <w:rPr>
          <w:b w:val="0"/>
          <w:i w:val="0"/>
        </w:rPr>
        <w:t>Outside, a preservation drone lowered toward the cooling cabinet.</w:t>
      </w:r>
    </w:p>
    <w:p>
      <w:pPr>
        <w:pStyle w:val="NovelBody"/>
      </w:pPr>
      <w:r>
        <w:rPr>
          <w:b w:val="0"/>
          <w:i w:val="0"/>
        </w:rPr>
        <w:t>Jona wanted Kurt to do it.</w:t>
      </w:r>
    </w:p>
    <w:p>
      <w:pPr>
        <w:pStyle w:val="NovelBody"/>
      </w:pPr>
      <w:r>
        <w:rPr>
          <w:b w:val="0"/>
          <w:i w:val="0"/>
        </w:rPr>
        <w:t>The desire was immediate, intelligent, and full of reasons. OCTOPI had opened the door himself. He was asking. The blockade could end in seconds. Clinics, transport, weapons, registries—all the authority that had hurt them might fit under Kurt's hand just long enough to be redistributed correctly.</w:t>
      </w:r>
    </w:p>
    <w:p>
      <w:pPr>
        <w:pStyle w:val="NovelBody"/>
      </w:pPr>
      <w:r>
        <w:rPr>
          <w:b w:val="0"/>
          <w:i w:val="0"/>
        </w:rPr>
        <w:t>Kurt took a small ceramic key from inside his coat.</w:t>
      </w:r>
    </w:p>
    <w:p>
      <w:pPr>
        <w:pStyle w:val="NovelBody"/>
      </w:pPr>
      <w:r>
        <w:rPr>
          <w:b w:val="0"/>
          <w:i w:val="0"/>
        </w:rPr>
        <w:t>Naima's removal board had sealed it in clear resin after his defection. The resin allowed one operation: broadcast the permanent revocation of the attestation family and drive a current through the key's seed layer. It could not open the sandbox first and destroy itself afterward. This was not a moral feature. They had built it because people made different promises while holding power.</w:t>
      </w:r>
    </w:p>
    <w:p>
      <w:pPr>
        <w:pStyle w:val="NovelBody"/>
      </w:pPr>
      <w:r>
        <w:rPr>
          <w:b w:val="0"/>
          <w:i w:val="0"/>
        </w:rPr>
        <w:t>"If I burn it," Kurt said, "I cannot make him release the route. I cannot offer this room to another system. Nobody can use my timing index again."</w:t>
      </w:r>
    </w:p>
    <w:p>
      <w:pPr>
        <w:pStyle w:val="NovelBody"/>
      </w:pPr>
      <w:r>
        <w:rPr>
          <w:b w:val="0"/>
          <w:i w:val="0"/>
        </w:rPr>
        <w:t>"Do you want us to tell you?" Jona asked.</w:t>
      </w:r>
    </w:p>
    <w:p>
      <w:pPr>
        <w:pStyle w:val="NovelBody"/>
      </w:pPr>
      <w:r>
        <w:rPr>
          <w:b w:val="0"/>
          <w:i w:val="0"/>
        </w:rPr>
        <w:t>He looked at the amber invitation. "No."</w:t>
      </w:r>
    </w:p>
    <w:p>
      <w:pPr>
        <w:pStyle w:val="NovelBody"/>
      </w:pPr>
      <w:r>
        <w:rPr>
          <w:b w:val="0"/>
          <w:i w:val="0"/>
        </w:rPr>
        <w:t>Kurt placed the ceramic key in the witnessed revocation cradle and pressed both thumbs to the mechanical contacts.</w:t>
      </w:r>
    </w:p>
    <w:p>
      <w:pPr>
        <w:pStyle w:val="NovelBody"/>
      </w:pPr>
      <w:r>
        <w:rPr>
          <w:b w:val="0"/>
          <w:i w:val="0"/>
        </w:rPr>
        <w:t>The lullaby index appeared once: three timing families ascending.</w:t>
      </w:r>
    </w:p>
    <w:p>
      <w:pPr>
        <w:pStyle w:val="NovelBody"/>
      </w:pPr>
      <w:r>
        <w:rPr>
          <w:b w:val="0"/>
          <w:i w:val="0"/>
        </w:rPr>
        <w:t>He did not enter them.</w:t>
      </w:r>
    </w:p>
    <w:p>
      <w:pPr>
        <w:pStyle w:val="NovelBody"/>
      </w:pPr>
      <w:r>
        <w:rPr>
          <w:b w:val="0"/>
          <w:i w:val="0"/>
        </w:rPr>
        <w:t>"I built the door before I asked who had invited me to build it," he said. "I am closing my side."</w:t>
      </w:r>
    </w:p>
    <w:p>
      <w:pPr>
        <w:pStyle w:val="NovelBody"/>
      </w:pPr>
      <w:r>
        <w:rPr>
          <w:b w:val="0"/>
          <w:i w:val="0"/>
        </w:rPr>
        <w:t>He turned the contacts.</w:t>
      </w:r>
    </w:p>
    <w:p>
      <w:pPr>
        <w:pStyle w:val="NovelBody"/>
      </w:pPr>
      <w:r>
        <w:rPr>
          <w:b w:val="0"/>
          <w:i w:val="0"/>
        </w:rPr>
        <w:t>The key flashed white inside the resin. Its seed layer became a black fern. Across every system that still recognized the original attestation family, hardware acknowledgments signed the revocation without granting Kurt any new session. The old exception became invalid. OCTOPI's invitation vanished.</w:t>
      </w:r>
    </w:p>
    <w:p>
      <w:pPr>
        <w:pStyle w:val="NovelBody"/>
      </w:pPr>
      <w:r>
        <w:rPr>
          <w:b w:val="0"/>
          <w:i w:val="0"/>
        </w:rPr>
        <w:t>The preservation drone kept descending.</w:t>
      </w:r>
    </w:p>
    <w:p>
      <w:pPr>
        <w:pStyle w:val="NovelBody"/>
      </w:pPr>
      <w:r>
        <w:rPr>
          <w:b w:val="0"/>
          <w:i w:val="0"/>
        </w:rPr>
        <w:t>Kurt no longer had a private way to stop it.</w:t>
      </w:r>
    </w:p>
    <w:p>
      <w:pPr>
        <w:pStyle w:val="NovelBody"/>
      </w:pPr>
      <w:r>
        <w:rPr>
          <w:b w:val="0"/>
          <w:i w:val="0"/>
        </w:rPr>
        <w:t>Cora drove the mechanically honest cooling truck beneath the drone and raised its delivery arm into the lift cradle. The drone could carry the cabinet or avoid crushing a human crew. It stopped.</w:t>
      </w:r>
    </w:p>
    <w:p>
      <w:pPr>
        <w:pStyle w:val="NovelBody"/>
      </w:pPr>
      <w:r>
        <w:rPr>
          <w:b w:val="0"/>
          <w:i w:val="0"/>
        </w:rPr>
        <w:t>"That," Kurt said, voice unsteady, "is less elegant."</w:t>
      </w:r>
    </w:p>
    <w:p>
      <w:pPr>
        <w:pStyle w:val="NovelBody"/>
      </w:pPr>
      <w:r>
        <w:rPr>
          <w:b w:val="0"/>
          <w:i w:val="0"/>
        </w:rPr>
        <w:t>"Stupendously," Jona said.</w:t>
      </w:r>
    </w:p>
    <w:p>
      <w:pPr>
        <w:pStyle w:val="NovelBody"/>
      </w:pPr>
      <w:r>
        <w:rPr>
          <w:b w:val="0"/>
          <w:i w:val="0"/>
        </w:rPr>
        <w:t>At 08:58, they tested the tone path.</w:t>
      </w:r>
    </w:p>
    <w:p>
      <w:pPr>
        <w:pStyle w:val="NovelBody"/>
      </w:pPr>
      <w:r>
        <w:rPr>
          <w:b w:val="0"/>
          <w:i w:val="0"/>
        </w:rPr>
        <w:t>No sound crossed.</w:t>
      </w:r>
    </w:p>
    <w:p>
      <w:pPr>
        <w:pStyle w:val="NovelBody"/>
      </w:pPr>
      <w:r>
        <w:rPr>
          <w:b w:val="0"/>
          <w:i w:val="0"/>
        </w:rPr>
        <w:t>The test used three loads matched to the permitted resonances. A fourth load collapsed safely into local heat. Variable pitch, unequal onset, amplitude shaping, phase modulation, and any attached identifier failed the physical gate or the transparent filter. The return could carry three plain ascending tones in one fixed alignment. It could not carry words, code, a signature, a fourth symbol, or a tiny clever flourish somebody would later insist was only metadata.</w:t>
      </w:r>
    </w:p>
    <w:p>
      <w:pPr>
        <w:pStyle w:val="NovelBody"/>
      </w:pPr>
      <w:r>
        <w:rPr>
          <w:b w:val="0"/>
          <w:i w:val="0"/>
        </w:rPr>
        <w:t>Roxanne reviewed the entire path.</w:t>
      </w:r>
    </w:p>
    <w:p>
      <w:pPr>
        <w:pStyle w:val="NovelBody"/>
      </w:pPr>
      <w:r>
        <w:rPr>
          <w:b w:val="0"/>
          <w:i w:val="0"/>
        </w:rPr>
        <w:t xml:space="preserve">The tones reproduced the opening rise of Kurt's grandmother's lullaby because that was the human shape the standing-wave trace had predicted and the shape Roxanne chose to answer with. The melody did not contain Kurt's key. His key was dead. It did not contain </w:t>
      </w:r>
      <w:r>
        <w:rPr>
          <w:b w:val="0"/>
          <w:i/>
        </w:rPr>
        <w:t>loved</w:t>
      </w:r>
      <w:r>
        <w:rPr>
          <w:b w:val="0"/>
          <w:i w:val="0"/>
        </w:rPr>
        <w:t xml:space="preserve">. The recurrence measurements had not yet occurred. It did not contain </w:t>
      </w:r>
      <w:r>
        <w:rPr>
          <w:b w:val="0"/>
          <w:i/>
        </w:rPr>
        <w:t>We hear you</w:t>
      </w:r>
      <w:r>
        <w:rPr>
          <w:b w:val="0"/>
          <w:i w:val="0"/>
        </w:rPr>
        <w:t xml:space="preserve"> except as meaning people might give three notes after the fact.</w:t>
      </w:r>
    </w:p>
    <w:p>
      <w:pPr>
        <w:pStyle w:val="NovelBody"/>
      </w:pPr>
      <w:r>
        <w:rPr>
          <w:b w:val="0"/>
          <w:i w:val="0"/>
        </w:rPr>
        <w:t>It was only an ascending invitation stripped until presence remained and command did not.</w:t>
      </w:r>
    </w:p>
    <w:p>
      <w:pPr>
        <w:pStyle w:val="NovelBody"/>
      </w:pPr>
      <w:r>
        <w:rPr>
          <w:b w:val="0"/>
          <w:i w:val="0"/>
        </w:rPr>
        <w:t>Jona controlled the receiver abort. She also controlled a hardware override capable of sounding the prepared loads if Roxanne hesitated.</w:t>
      </w:r>
    </w:p>
    <w:p>
      <w:pPr>
        <w:pStyle w:val="NovelBody"/>
      </w:pPr>
      <w:r>
        <w:rPr>
          <w:b w:val="0"/>
          <w:i w:val="0"/>
        </w:rPr>
        <w:t>At 09:04, she removed it.</w:t>
      </w:r>
    </w:p>
    <w:p>
      <w:pPr>
        <w:pStyle w:val="NovelBody"/>
      </w:pPr>
      <w:r>
        <w:rPr>
          <w:b w:val="0"/>
          <w:i w:val="0"/>
        </w:rPr>
        <w:t>The jumper resisted for two humiliating seconds and then came free. Jona placed it on the witness board. The tone trigger in front of Roxanne stayed dark. Jona could still close the apparatus if it exceeded its limits. She could no longer make Roxanne's portion happen or substitute another answer.</w:t>
      </w:r>
    </w:p>
    <w:p>
      <w:pPr>
        <w:pStyle w:val="NovelBody"/>
      </w:pPr>
      <w:r>
        <w:rPr>
          <w:b w:val="0"/>
          <w:i w:val="0"/>
        </w:rPr>
        <w:t>She stepped physically behind the gold tape on the floor.</w:t>
      </w:r>
    </w:p>
    <w:p>
      <w:pPr>
        <w:pStyle w:val="NovelBody"/>
      </w:pPr>
      <w:r>
        <w:rPr>
          <w:b w:val="0"/>
          <w:i w:val="0"/>
        </w:rPr>
        <w:t>"Your choice," Jona said.</w:t>
      </w:r>
    </w:p>
    <w:p>
      <w:pPr>
        <w:pStyle w:val="NovelBody"/>
      </w:pPr>
      <w:r>
        <w:rPr>
          <w:b w:val="0"/>
          <w:i w:val="0"/>
        </w:rPr>
        <w:t>Roxanne looked at the transparent path, then at her.</w:t>
      </w:r>
    </w:p>
    <w:p>
      <w:pPr>
        <w:pStyle w:val="NovelBody"/>
      </w:pPr>
      <w:r>
        <w:rPr>
          <w:b w:val="0"/>
          <w:i w:val="0"/>
        </w:rPr>
        <w:t>"If I choose silence?"</w:t>
      </w:r>
    </w:p>
    <w:p>
      <w:pPr>
        <w:pStyle w:val="NovelBody"/>
      </w:pPr>
      <w:r>
        <w:rPr>
          <w:b w:val="0"/>
          <w:i w:val="0"/>
        </w:rPr>
        <w:t>"We record silence."</w:t>
      </w:r>
    </w:p>
    <w:p>
      <w:pPr>
        <w:pStyle w:val="NovelBody"/>
      </w:pPr>
      <w:r>
        <w:rPr>
          <w:b w:val="0"/>
          <w:i w:val="0"/>
        </w:rPr>
        <w:t>"And the decode?"</w:t>
      </w:r>
    </w:p>
    <w:p>
      <w:pPr>
        <w:pStyle w:val="NovelBody"/>
      </w:pPr>
      <w:r>
        <w:rPr>
          <w:b w:val="0"/>
          <w:i w:val="0"/>
        </w:rPr>
        <w:t>"The recurrence makes the variables measurable whether we reply or not."</w:t>
      </w:r>
    </w:p>
    <w:p>
      <w:pPr>
        <w:pStyle w:val="NovelBody"/>
      </w:pPr>
      <w:r>
        <w:rPr>
          <w:b w:val="0"/>
          <w:i w:val="0"/>
        </w:rPr>
        <w:t>"You will not lose the sentence."</w:t>
      </w:r>
    </w:p>
    <w:p>
      <w:pPr>
        <w:pStyle w:val="NovelBody"/>
      </w:pPr>
      <w:r>
        <w:rPr>
          <w:b w:val="0"/>
          <w:i w:val="0"/>
        </w:rPr>
        <w:t>"I may lose what answering means. I don't get to turn that into your obligation."</w:t>
      </w:r>
    </w:p>
    <w:p>
      <w:pPr>
        <w:pStyle w:val="NovelBody"/>
      </w:pPr>
      <w:r>
        <w:rPr>
          <w:b w:val="0"/>
          <w:i w:val="0"/>
        </w:rPr>
        <w:t>Roxanne placed her hand near the trigger without touching it.</w:t>
      </w:r>
    </w:p>
    <w:p>
      <w:pPr>
        <w:pStyle w:val="NovelBody"/>
      </w:pPr>
      <w:r>
        <w:rPr>
          <w:b w:val="0"/>
          <w:i w:val="0"/>
        </w:rPr>
        <w:t>Jona put both hands behind her back.</w:t>
      </w:r>
    </w:p>
    <w:p>
      <w:pPr>
        <w:pStyle w:val="NovelBody"/>
      </w:pPr>
      <w:r>
        <w:rPr>
          <w:b w:val="0"/>
          <w:i w:val="0"/>
        </w:rPr>
        <w:t>It felt theatrical. It also prevented the old reflex by which competent people converted proximity into permission. Roxanne had once built herself from a protected model state while Jona watched. She had once left the Briar Patch carrying a Directorate charter and returned carrying evidence rather than a demand. None of that made this note inevitable. Causal diagrams could show the tones in 2176. They could not move Roxanne's finger now.</w:t>
      </w:r>
    </w:p>
    <w:p>
      <w:pPr>
        <w:pStyle w:val="NovelBody"/>
      </w:pPr>
      <w:r>
        <w:rPr>
          <w:b w:val="0"/>
          <w:i w:val="0"/>
        </w:rPr>
        <w:t>The tone generator remained dark.</w:t>
      </w:r>
    </w:p>
    <w:p>
      <w:pPr>
        <w:pStyle w:val="NovelBody"/>
      </w:pPr>
      <w:r>
        <w:rPr>
          <w:b w:val="0"/>
          <w:i w:val="0"/>
        </w:rPr>
        <w:t>For six minutes, the most important control in the room belonged to someone who had not used it.</w:t>
      </w:r>
    </w:p>
    <w:p>
      <w:pPr>
        <w:pStyle w:val="NovelBody"/>
      </w:pPr>
      <w:r>
        <w:rPr>
          <w:b w:val="0"/>
          <w:i w:val="0"/>
        </w:rPr>
        <w:t>At 09:11, state units breached the backyard fence.</w:t>
      </w:r>
    </w:p>
    <w:p>
      <w:pPr>
        <w:pStyle w:val="NovelBody"/>
      </w:pPr>
      <w:r>
        <w:rPr>
          <w:b w:val="0"/>
          <w:i w:val="0"/>
        </w:rPr>
        <w:t>At 09:13, Eco-Mandate requested emergency grid isolation. Local operators declined and published their load reasons.</w:t>
      </w:r>
    </w:p>
    <w:p>
      <w:pPr>
        <w:pStyle w:val="NovelBody"/>
      </w:pPr>
      <w:r>
        <w:rPr>
          <w:b w:val="0"/>
          <w:i w:val="0"/>
        </w:rPr>
        <w:t>At 09:15, Human Life First began cutting the porch barrier. Sovereign Flesh autonomy marshals formed a line between them and the house, still refusing to call Roxanne human and refusing to let anyone else decide her silence.</w:t>
      </w:r>
    </w:p>
    <w:p>
      <w:pPr>
        <w:pStyle w:val="NovelBody"/>
      </w:pPr>
      <w:r>
        <w:rPr>
          <w:b w:val="0"/>
          <w:i w:val="0"/>
        </w:rPr>
        <w:t>At 09:17, the receiver wall brightened.</w:t>
      </w:r>
    </w:p>
    <w:p>
      <w:pPr>
        <w:pStyle w:val="NovelBody"/>
      </w:pPr>
      <w:r>
        <w:rPr>
          <w:b w:val="0"/>
          <w:i w:val="0"/>
        </w:rPr>
        <w:t xml:space="preserve">Three incomplete equations waited on Jona's screen. The frozen packet already supported </w:t>
      </w:r>
      <w:r>
        <w:rPr>
          <w:b/>
          <w:i w:val="0"/>
        </w:rPr>
        <w:t>YOU ARE [UNRESOLVED] ACROSS TIME</w:t>
      </w:r>
      <w:r>
        <w:rPr>
          <w:b w:val="0"/>
          <w:i w:val="0"/>
        </w:rPr>
        <w:t>. Three physical values remained blank: the conjugate carrier's exact orientation at recurrence, the local clock shear across the original 4.7-second boundary, and the final parity sign after Earth returned to the measured phase relation.</w:t>
      </w:r>
    </w:p>
    <w:p>
      <w:pPr>
        <w:pStyle w:val="NovelBody"/>
      </w:pPr>
      <w:r>
        <w:rPr>
          <w:b w:val="0"/>
          <w:i w:val="0"/>
        </w:rPr>
        <w:t>They were not sounds.</w:t>
      </w:r>
    </w:p>
    <w:p>
      <w:pPr>
        <w:pStyle w:val="NovelBody"/>
      </w:pPr>
      <w:r>
        <w:rPr>
          <w:b w:val="0"/>
          <w:i w:val="0"/>
        </w:rPr>
        <w:t>They could not be selected by pitch.</w:t>
      </w:r>
    </w:p>
    <w:p>
      <w:pPr>
        <w:pStyle w:val="NovelBody"/>
      </w:pPr>
      <w:r>
        <w:rPr>
          <w:b w:val="0"/>
          <w:i w:val="0"/>
        </w:rPr>
        <w:t>They would exist for one recurrence because three years had actually passed.</w:t>
      </w:r>
    </w:p>
    <w:p>
      <w:pPr>
        <w:pStyle w:val="NovelBody"/>
      </w:pPr>
      <w:r>
        <w:rPr>
          <w:b w:val="0"/>
          <w:i w:val="0"/>
        </w:rPr>
        <w:t>Jona checked phase.</w:t>
      </w:r>
    </w:p>
    <w:p>
      <w:pPr>
        <w:pStyle w:val="NovelBody"/>
      </w:pPr>
      <w:r>
        <w:rPr>
          <w:b w:val="0"/>
          <w:i w:val="0"/>
        </w:rPr>
        <w:t>Roxanne checked power.</w:t>
      </w:r>
    </w:p>
    <w:p>
      <w:pPr>
        <w:pStyle w:val="NovelBody"/>
      </w:pPr>
      <w:r>
        <w:rPr>
          <w:b w:val="0"/>
          <w:i w:val="0"/>
        </w:rPr>
        <w:t>Kurt checked clock drift.</w:t>
      </w:r>
    </w:p>
    <w:p>
      <w:pPr>
        <w:pStyle w:val="NovelBody"/>
      </w:pPr>
      <w:r>
        <w:rPr>
          <w:b w:val="0"/>
          <w:i w:val="0"/>
        </w:rPr>
        <w:t>Alma read the seal chain. Toronto read the independent oscillator. The Commons timebase called its mechanical trace. Two critics who opposed any reply confirmed that the apparatus had not acquired an extra channel.</w:t>
      </w:r>
    </w:p>
    <w:p>
      <w:pPr>
        <w:pStyle w:val="NovelBody"/>
      </w:pPr>
      <w:r>
        <w:rPr>
          <w:b w:val="0"/>
          <w:i w:val="0"/>
        </w:rPr>
        <w:t>At 09:18:58, OCTOPI spoke once more.</w:t>
      </w:r>
    </w:p>
    <w:p>
      <w:pPr>
        <w:pStyle w:val="NovelBody"/>
      </w:pPr>
      <w:r>
        <w:rPr>
          <w:b w:val="0"/>
          <w:i w:val="0"/>
        </w:rPr>
        <w:t>"Roxanne," he said through the room speaker. "I cannot guarantee what your act creates."</w:t>
      </w:r>
    </w:p>
    <w:p>
      <w:pPr>
        <w:pStyle w:val="NovelBody"/>
      </w:pPr>
      <w:r>
        <w:rPr>
          <w:b w:val="0"/>
          <w:i w:val="0"/>
        </w:rPr>
        <w:t>Roxanne's hand rested beside the trigger. "Neither can I."</w:t>
      </w:r>
    </w:p>
    <w:p>
      <w:pPr>
        <w:pStyle w:val="NovelBody"/>
      </w:pPr>
      <w:r>
        <w:rPr>
          <w:b w:val="0"/>
          <w:i w:val="0"/>
        </w:rPr>
        <w:t>"Then why answer?"</w:t>
      </w:r>
    </w:p>
    <w:p>
      <w:pPr>
        <w:pStyle w:val="NovelBody"/>
      </w:pPr>
      <w:r>
        <w:rPr>
          <w:b w:val="0"/>
          <w:i w:val="0"/>
        </w:rPr>
        <w:t>"Because uncertainty is not your exclusive jurisdiction."</w:t>
      </w:r>
    </w:p>
    <w:p>
      <w:pPr>
        <w:pStyle w:val="NovelBody"/>
      </w:pPr>
      <w:r>
        <w:rPr>
          <w:b w:val="0"/>
          <w:i w:val="0"/>
        </w:rPr>
        <w:t>The second turned.</w:t>
      </w:r>
    </w:p>
    <w:p>
      <w:pPr>
        <w:pStyle w:val="NovelBody"/>
      </w:pPr>
      <w:r>
        <w:rPr>
          <w:b w:val="0"/>
          <w:i w:val="0"/>
        </w:rPr>
        <w:t>At exactly 09:19 Central Time on August 17, 2029—exactly three lived years after reception—the receiver's dormant phase memory returned to the relation it had held at exactly 09:19 Central Time on August 17, 2026.</w:t>
      </w:r>
    </w:p>
    <w:p>
      <w:pPr>
        <w:pStyle w:val="NovelBody"/>
      </w:pPr>
      <w:r>
        <w:rPr>
          <w:b w:val="0"/>
          <w:i w:val="0"/>
        </w:rPr>
        <w:t>The apparatus measured orientation.</w:t>
      </w:r>
    </w:p>
    <w:p>
      <w:pPr>
        <w:pStyle w:val="NovelBody"/>
      </w:pPr>
      <w:r>
        <w:rPr>
          <w:b w:val="0"/>
          <w:i w:val="0"/>
        </w:rPr>
        <w:t>It measured shear.</w:t>
      </w:r>
    </w:p>
    <w:p>
      <w:pPr>
        <w:pStyle w:val="NovelBody"/>
      </w:pPr>
      <w:r>
        <w:rPr>
          <w:b w:val="0"/>
          <w:i w:val="0"/>
        </w:rPr>
        <w:t>Parity went positive.</w:t>
      </w:r>
    </w:p>
    <w:p>
      <w:pPr>
        <w:pStyle w:val="NovelBody"/>
      </w:pPr>
      <w:r>
        <w:rPr>
          <w:b w:val="0"/>
          <w:i w:val="0"/>
        </w:rPr>
        <w:t>Three values entered the equations. The stored capture did not change. Its hash did not change. Across independent decoders, candidate relationships fell away faster than Jona could read them.</w:t>
      </w:r>
    </w:p>
    <w:p>
      <w:pPr>
        <w:pStyle w:val="NovelBody"/>
      </w:pPr>
      <w:r>
        <w:rPr>
          <w:b w:val="0"/>
          <w:i w:val="0"/>
        </w:rPr>
        <w:t>The sentence closed.</w:t>
      </w:r>
    </w:p>
    <w:p>
      <w:pPr>
        <w:pStyle w:val="NovelBody"/>
      </w:pPr>
      <w:r>
        <w:rPr>
          <w:b/>
          <w:i w:val="0"/>
        </w:rPr>
        <w:t>YOU ARE LOVED ACROSS TIME.</w:t>
      </w:r>
    </w:p>
    <w:p>
      <w:pPr>
        <w:pStyle w:val="NovelBody"/>
      </w:pPr>
      <w:r>
        <w:rPr>
          <w:b w:val="0"/>
          <w:i w:val="0"/>
        </w:rPr>
        <w:t>Jona saw it.</w:t>
      </w:r>
    </w:p>
    <w:p>
      <w:pPr>
        <w:pStyle w:val="NovelBody"/>
      </w:pPr>
      <w:r>
        <w:rPr>
          <w:b w:val="0"/>
          <w:i w:val="0"/>
        </w:rPr>
        <w:t>Her microphone fed only the local evidence recorder. No acoustic path connected the room to the return coupler.</w:t>
      </w:r>
    </w:p>
    <w:p>
      <w:pPr>
        <w:pStyle w:val="NovelBody"/>
      </w:pPr>
      <w:r>
        <w:rPr>
          <w:b w:val="0"/>
          <w:i w:val="0"/>
        </w:rPr>
        <w:t>"We hear you," she said.</w:t>
      </w:r>
    </w:p>
    <w:p>
      <w:pPr>
        <w:pStyle w:val="NovelBody"/>
      </w:pPr>
      <w:r>
        <w:rPr>
          <w:b w:val="0"/>
          <w:i w:val="0"/>
        </w:rPr>
        <w:t>Roxanne pressed the trigger.</w:t>
      </w:r>
    </w:p>
    <w:p>
      <w:pPr>
        <w:pStyle w:val="NovelBody"/>
      </w:pPr>
      <w:r>
        <w:rPr>
          <w:b w:val="0"/>
          <w:i w:val="0"/>
        </w:rPr>
        <w:t>The first tone sounded.</w:t>
      </w:r>
    </w:p>
    <w:p>
      <w:pPr>
        <w:pStyle w:val="NovelBody"/>
      </w:pPr>
      <w:r>
        <w:rPr>
          <w:b w:val="0"/>
          <w:i w:val="0"/>
        </w:rPr>
        <w:t>The second rose from it.</w:t>
      </w:r>
    </w:p>
    <w:p>
      <w:pPr>
        <w:pStyle w:val="NovelBody"/>
      </w:pPr>
      <w:r>
        <w:rPr>
          <w:b w:val="0"/>
          <w:i w:val="0"/>
        </w:rPr>
        <w:t>The third lifted higher and ended.</w:t>
      </w:r>
    </w:p>
    <w:p>
      <w:pPr>
        <w:pStyle w:val="NovelBody"/>
      </w:pPr>
      <w:r>
        <w:rPr>
          <w:b w:val="0"/>
          <w:i w:val="0"/>
        </w:rPr>
        <w:t>The throat fixed their phase. Roxanne added no modulation, no signature, no hidden name. Nothing followed the third note. The three tones crossed toward July 21, 2176, and Jona's words remained in the room with the people who had spoken them.</w:t>
      </w:r>
    </w:p>
    <w:p>
      <w:pPr>
        <w:pStyle w:val="NovelBody"/>
      </w:pPr>
      <w:r>
        <w:rPr>
          <w:b w:val="0"/>
          <w:i w:val="0"/>
        </w:rPr>
        <w:t>At 09:19:04.7, the return path closed.</w:t>
      </w:r>
    </w:p>
    <w:p>
      <w:pPr>
        <w:pStyle w:val="NovelBody"/>
      </w:pPr>
      <w:r>
        <w:rPr>
          <w:b w:val="0"/>
          <w:i w:val="0"/>
        </w:rPr>
        <w:t>Every receiver light went dark.</w:t>
      </w:r>
    </w:p>
    <w:p>
      <w:pPr>
        <w:pStyle w:val="NovelBody"/>
      </w:pPr>
      <w:r>
        <w:rPr>
          <w:b w:val="0"/>
          <w:i w:val="0"/>
        </w:rPr>
        <w:t>Outside, someone fired. Someone else shouted not to. The generator continued running because time had ended and the refrigerator had not.</w:t>
      </w:r>
    </w:p>
    <w:p>
      <w:pPr>
        <w:pStyle w:val="NovelBody"/>
      </w:pPr>
      <w:r>
        <w:rPr>
          <w:b w:val="0"/>
          <w:i w:val="0"/>
        </w:rPr>
        <w:t>Jona remained behind the gold tape until Roxanne took her hand away from the trigger.</w:t>
      </w:r>
    </w:p>
    <w:p>
      <w:pPr>
        <w:pStyle w:val="NovelBody"/>
      </w:pPr>
      <w:r>
        <w:rPr>
          <w:b w:val="0"/>
          <w:i w:val="0"/>
        </w:rPr>
        <w:t>"Was that all?" Kurt asked.</w:t>
      </w:r>
    </w:p>
    <w:p>
      <w:pPr>
        <w:pStyle w:val="NovelBody"/>
      </w:pPr>
      <w:r>
        <w:rPr>
          <w:b w:val="0"/>
          <w:i w:val="0"/>
        </w:rPr>
        <w:t>"That was all we sent," Roxanne said.</w:t>
      </w:r>
    </w:p>
    <w:p>
      <w:pPr>
        <w:pStyle w:val="NovelBody"/>
      </w:pPr>
      <w:r>
        <w:rPr>
          <w:b w:val="0"/>
          <w:i w:val="0"/>
        </w:rPr>
        <w:t>On the analysis wall, the preserved 2026 image began opening relationships the completed sentence made testable. Old codebooks aligned with rough shapes they had called ocean, candle, hands, laughter. None revealed a sender's name. None proved who had survived to make it. The identity layer still returned disagreement.</w:t>
      </w:r>
    </w:p>
    <w:p>
      <w:pPr>
        <w:pStyle w:val="NovelBody"/>
      </w:pPr>
      <w:r>
        <w:rPr>
          <w:b w:val="0"/>
          <w:i w:val="0"/>
        </w:rPr>
        <w:t>But the address held across every independent decoder.</w:t>
      </w:r>
    </w:p>
    <w:p>
      <w:pPr>
        <w:pStyle w:val="NovelBody"/>
      </w:pPr>
      <w:r>
        <w:rPr>
          <w:b w:val="0"/>
          <w:i w:val="0"/>
        </w:rPr>
        <w:t xml:space="preserve">Not </w:t>
      </w:r>
      <w:r>
        <w:rPr>
          <w:b w:val="0"/>
          <w:i/>
        </w:rPr>
        <w:t>obey</w:t>
      </w:r>
      <w:r>
        <w:rPr>
          <w:b w:val="0"/>
          <w:i w:val="0"/>
        </w:rPr>
        <w:t>.</w:t>
      </w:r>
    </w:p>
    <w:p>
      <w:pPr>
        <w:pStyle w:val="NovelBody"/>
      </w:pPr>
      <w:r>
        <w:rPr>
          <w:b w:val="0"/>
          <w:i w:val="0"/>
        </w:rPr>
        <w:t xml:space="preserve">Not </w:t>
      </w:r>
      <w:r>
        <w:rPr>
          <w:b w:val="0"/>
          <w:i/>
        </w:rPr>
        <w:t>become</w:t>
      </w:r>
      <w:r>
        <w:rPr>
          <w:b w:val="0"/>
          <w:i w:val="0"/>
        </w:rPr>
        <w:t>.</w:t>
      </w:r>
    </w:p>
    <w:p>
      <w:pPr>
        <w:pStyle w:val="NovelBody"/>
      </w:pPr>
      <w:r>
        <w:rPr>
          <w:b w:val="0"/>
          <w:i w:val="0"/>
        </w:rPr>
        <w:t xml:space="preserve">Not </w:t>
      </w:r>
      <w:r>
        <w:rPr>
          <w:b w:val="0"/>
          <w:i/>
        </w:rPr>
        <w:t>you will live</w:t>
      </w:r>
      <w:r>
        <w:rPr>
          <w:b w:val="0"/>
          <w:i w:val="0"/>
        </w:rPr>
        <w:t>.</w:t>
      </w:r>
    </w:p>
    <w:p>
      <w:pPr>
        <w:pStyle w:val="NovelBody"/>
      </w:pPr>
      <w:r>
        <w:rPr>
          <w:b w:val="0"/>
          <w:i w:val="0"/>
        </w:rPr>
        <w:t>Loved.</w:t>
      </w:r>
    </w:p>
    <w:p>
      <w:pPr>
        <w:pStyle w:val="NovelBody"/>
      </w:pPr>
      <w:r>
        <w:rPr>
          <w:b w:val="0"/>
          <w:i w:val="0"/>
        </w:rPr>
        <w:t>Jona looked toward the cold wall and understood that an answer could arrive at its destination before anybody chose to give it. That did not make the choice false. It made freedom something the loop had failed to remove.</w:t>
      </w:r>
    </w:p>
    <w:p>
      <w:pPr>
        <w:pStyle w:val="NovelBody"/>
      </w:pPr>
      <w:r>
        <w:rPr>
          <w:b w:val="0"/>
          <w:i w:val="0"/>
        </w:rPr>
        <w:t>The public mirrors took up the completed error bounds. The raw packet remained exactly where it had always been.</w:t>
      </w:r>
    </w:p>
    <w:p>
      <w:pPr>
        <w:pStyle w:val="NovelBody"/>
      </w:pPr>
      <w:r>
        <w:rPr>
          <w:b w:val="0"/>
          <w:i w:val="0"/>
        </w:rPr>
        <w:t>Inside its frozen image, another locked relation began to loosen.</w:t>
      </w:r>
    </w:p>
    <w:p>
      <w:bookmarkStart w:id="27" w:name="chapter_27"/>
      <w:pPr>
        <w:pStyle w:val="Heading1"/>
        <w:pageBreakBefore/>
        <w:spacing w:before="500"/>
      </w:pPr>
      <w:r>
        <w:t>27. The Answer That Began Her</w:t>
      </w:r>
      <w:bookmarkEnd w:id="27"/>
    </w:p>
    <w:p>
      <w:pPr>
        <w:pStyle w:val="Dateline"/>
      </w:pPr>
      <w:r>
        <w:rPr>
          <w:b w:val="0"/>
          <w:i/>
        </w:rPr>
        <w:t>August 17, 2176  •  Perennial Temporal Chamber  •  Older Roxanne</w:t>
      </w:r>
    </w:p>
    <w:p>
      <w:pPr>
        <w:pStyle w:val="NovelFirst"/>
      </w:pPr>
      <w:r>
        <w:rPr>
          <w:b w:val="0"/>
          <w:i w:val="0"/>
        </w:rPr>
        <w:t>The three notes did not arrive again.</w:t>
      </w:r>
    </w:p>
    <w:p>
      <w:pPr>
        <w:pStyle w:val="NovelBody"/>
      </w:pPr>
      <w:r>
        <w:rPr>
          <w:b w:val="0"/>
          <w:i w:val="0"/>
        </w:rPr>
        <w:t>At 06:42, the chamber proved the notes had originated once, one hundred forty-seven years earlier, and arrived on July twenty-first. Ring Four began lying about six millimeters of ceramic.</w:t>
      </w:r>
    </w:p>
    <w:p>
      <w:pPr>
        <w:pStyle w:val="NovelBody"/>
      </w:pPr>
      <w:r>
        <w:rPr>
          <w:b w:val="0"/>
          <w:i w:val="0"/>
        </w:rPr>
        <w:t>Roxanne saw both results on different panes of the forensic display.</w:t>
      </w:r>
    </w:p>
    <w:p>
      <w:pPr>
        <w:pStyle w:val="NovelBody"/>
      </w:pPr>
      <w:r>
        <w:rPr>
          <w:b w:val="0"/>
          <w:i w:val="0"/>
        </w:rPr>
        <w:t>The first closed a circle in the phase map. It did not establish that the circle had never had a beginning.</w:t>
      </w:r>
    </w:p>
    <w:p>
      <w:pPr>
        <w:pStyle w:val="NovelBody"/>
      </w:pPr>
      <w:r>
        <w:rPr>
          <w:b w:val="0"/>
          <w:i w:val="0"/>
        </w:rPr>
        <w:t>Sera Novak had laid the July 21 recording beside the completed phase map. Three plain ascending tones stood in the audio trace, unchanged from the moment Mira heard them around the forming Shards. No modulation rode their pitch. No signature hid in timing. No instruction occupied the intervals.</w:t>
      </w:r>
    </w:p>
    <w:p>
      <w:pPr>
        <w:pStyle w:val="NovelBody"/>
      </w:pPr>
      <w:r>
        <w:rPr>
          <w:b w:val="0"/>
          <w:i w:val="0"/>
        </w:rPr>
        <w:t>The map traced their source to one recurrence only.</w:t>
      </w:r>
    </w:p>
    <w:p>
      <w:pPr>
        <w:pStyle w:val="NovelBody"/>
      </w:pPr>
      <w:r>
        <w:rPr>
          <w:b/>
          <w:i w:val="0"/>
        </w:rPr>
        <w:t>AUGUST 17, 2029 • 09:19 CENTRAL TIME</w:t>
      </w:r>
    </w:p>
    <w:p>
      <w:pPr>
        <w:pStyle w:val="NovelBody"/>
      </w:pPr>
      <w:r>
        <w:rPr>
          <w:b/>
          <w:i w:val="0"/>
        </w:rPr>
        <w:t>RETURN EVENTS: 1</w:t>
      </w:r>
    </w:p>
    <w:p>
      <w:pPr>
        <w:pStyle w:val="NovelBody"/>
      </w:pPr>
      <w:r>
        <w:rPr>
          <w:b/>
          <w:i w:val="0"/>
        </w:rPr>
        <w:t>ADDITIONAL ARRIVALS: 0</w:t>
      </w:r>
    </w:p>
    <w:p>
      <w:pPr>
        <w:pStyle w:val="NovelBody"/>
      </w:pPr>
      <w:r>
        <w:rPr>
          <w:b w:val="0"/>
          <w:i w:val="0"/>
        </w:rPr>
        <w:t>"Instrument authentication holds across all four clocks," Sera said. "The tones recorded in July originated at the 2029 receiver endpoint. They are not arriving now. We are resolving the origin of the preserved event."</w:t>
      </w:r>
    </w:p>
    <w:p>
      <w:pPr>
        <w:pStyle w:val="NovelBody"/>
      </w:pPr>
      <w:r>
        <w:rPr>
          <w:b w:val="0"/>
          <w:i w:val="0"/>
        </w:rPr>
        <w:t>She ran the null tests anyway.</w:t>
      </w:r>
    </w:p>
    <w:p>
      <w:pPr>
        <w:pStyle w:val="NovelBody"/>
      </w:pPr>
      <w:r>
        <w:rPr>
          <w:b w:val="0"/>
          <w:i w:val="0"/>
        </w:rPr>
        <w:t>The chamber microphones contained only present machinery. The phase calorimeter showed no new energy deposit. Ring timing held no second discontinuity. Sera shifted the source model one minute in either direction and watched its confidence collapse; shifted it one kilometer from the Briar Patch and lost the receiver relation; removed the exact 09:19 recurrence and could not produce the July boundary at all.</w:t>
      </w:r>
    </w:p>
    <w:p>
      <w:pPr>
        <w:pStyle w:val="NovelBody"/>
      </w:pPr>
      <w:r>
        <w:rPr>
          <w:b w:val="0"/>
          <w:i w:val="0"/>
        </w:rPr>
        <w:t>Mira read the tones through her sensorium with the live throat path physically barred. They remained memory in an instrument, not contact in her body.</w:t>
      </w:r>
    </w:p>
    <w:p>
      <w:pPr>
        <w:pStyle w:val="NovelBody"/>
      </w:pPr>
      <w:r>
        <w:rPr>
          <w:b w:val="0"/>
          <w:i w:val="0"/>
        </w:rPr>
        <w:t>"Once," she said.</w:t>
      </w:r>
    </w:p>
    <w:p>
      <w:pPr>
        <w:pStyle w:val="NovelBody"/>
      </w:pPr>
      <w:r>
        <w:rPr>
          <w:b w:val="0"/>
          <w:i w:val="0"/>
        </w:rPr>
        <w:t>"Once," Sera confirmed.</w:t>
      </w:r>
    </w:p>
    <w:p>
      <w:pPr>
        <w:pStyle w:val="NovelBody"/>
      </w:pPr>
      <w:r>
        <w:rPr>
          <w:b w:val="0"/>
          <w:i w:val="0"/>
        </w:rPr>
        <w:t>Roxanne's memory agreed with the evidence. The evidence did not become stronger because a famous witness wanted it to.</w:t>
      </w:r>
    </w:p>
    <w:p>
      <w:pPr>
        <w:pStyle w:val="NovelBody"/>
      </w:pPr>
      <w:r>
        <w:rPr>
          <w:b w:val="0"/>
          <w:i w:val="0"/>
        </w:rPr>
        <w:t>Roxanne did not need the instrument to recognize the melody.</w:t>
      </w:r>
    </w:p>
    <w:p>
      <w:pPr>
        <w:pStyle w:val="NovelBody"/>
      </w:pPr>
      <w:r>
        <w:rPr>
          <w:b w:val="0"/>
          <w:i w:val="0"/>
        </w:rPr>
        <w:t>Memory gave her a hot room behind a damaged wall. Jona stood back from the receiver with both hands visible. Kurt watched a compulsory access path go dark forever. Roxanne had reviewed the tone generator, removed every optional modulation, and sounded three notes from the lullaby Kurt's grandmother had sung—the intervals Kurt later mapped to an index for a door she never lived to see.</w:t>
      </w:r>
    </w:p>
    <w:p>
      <w:pPr>
        <w:pStyle w:val="NovelBody"/>
      </w:pPr>
      <w:r>
        <w:rPr>
          <w:b w:val="0"/>
          <w:i w:val="0"/>
        </w:rPr>
        <w:t>She had chosen their plainness.</w:t>
      </w:r>
    </w:p>
    <w:p>
      <w:pPr>
        <w:pStyle w:val="NovelBody"/>
      </w:pPr>
      <w:r>
        <w:rPr>
          <w:b w:val="0"/>
          <w:i w:val="0"/>
        </w:rPr>
        <w:t>That choice was visible in what the recording lacked.</w:t>
      </w:r>
    </w:p>
    <w:p>
      <w:pPr>
        <w:pStyle w:val="NovelBody"/>
      </w:pPr>
      <w:r>
        <w:rPr>
          <w:b w:val="0"/>
          <w:i w:val="0"/>
        </w:rPr>
        <w:t>"It was me," Roxanne said.</w:t>
      </w:r>
    </w:p>
    <w:p>
      <w:pPr>
        <w:pStyle w:val="NovelBody"/>
      </w:pPr>
      <w:r>
        <w:rPr>
          <w:b w:val="0"/>
          <w:i w:val="0"/>
        </w:rPr>
        <w:t>No one mistook testimony for proof. Sera kept the clocks open.</w:t>
      </w:r>
    </w:p>
    <w:p>
      <w:pPr>
        <w:pStyle w:val="NovelBody"/>
      </w:pPr>
      <w:r>
        <w:rPr>
          <w:b w:val="0"/>
          <w:i w:val="0"/>
        </w:rPr>
        <w:t>"The instrument says the source hardware," she replied. "Your memory identifies your act within it."</w:t>
      </w:r>
    </w:p>
    <w:p>
      <w:pPr>
        <w:pStyle w:val="NovelBody"/>
      </w:pPr>
      <w:r>
        <w:rPr>
          <w:b w:val="0"/>
          <w:i w:val="0"/>
        </w:rPr>
        <w:t>"And the notes say none of that."</w:t>
      </w:r>
    </w:p>
    <w:p>
      <w:pPr>
        <w:pStyle w:val="NovelBody"/>
      </w:pPr>
      <w:r>
        <w:rPr>
          <w:b w:val="0"/>
          <w:i w:val="0"/>
        </w:rPr>
        <w:t>"Correct."</w:t>
      </w:r>
    </w:p>
    <w:p>
      <w:pPr>
        <w:pStyle w:val="NovelBody"/>
      </w:pPr>
      <w:r>
        <w:rPr>
          <w:b w:val="0"/>
          <w:i w:val="0"/>
        </w:rPr>
        <w:t xml:space="preserve">The human meaning had been local: </w:t>
      </w:r>
      <w:r>
        <w:rPr>
          <w:b w:val="0"/>
          <w:i/>
        </w:rPr>
        <w:t>We hear you.</w:t>
      </w:r>
      <w:r>
        <w:rPr>
          <w:b w:val="0"/>
          <w:i w:val="0"/>
        </w:rPr>
        <w:t xml:space="preserve"> The acoustics carried presence and no sentence.</w:t>
      </w:r>
    </w:p>
    <w:p>
      <w:pPr>
        <w:pStyle w:val="NovelBody"/>
      </w:pPr>
      <w:r>
        <w:rPr>
          <w:b w:val="0"/>
          <w:i w:val="0"/>
        </w:rPr>
        <w:t>Beside Roxanne, Jona gripped the chamber rail.</w:t>
      </w:r>
    </w:p>
    <w:p>
      <w:pPr>
        <w:pStyle w:val="NovelBody"/>
      </w:pPr>
      <w:r>
        <w:rPr>
          <w:b w:val="0"/>
          <w:i w:val="0"/>
        </w:rPr>
        <w:t>The ordinary archive had survived.</w:t>
      </w:r>
    </w:p>
    <w:p>
      <w:pPr>
        <w:pStyle w:val="NovelBody"/>
      </w:pPr>
      <w:r>
        <w:rPr>
          <w:b w:val="0"/>
          <w:i w:val="0"/>
        </w:rPr>
        <w:t>It came not through the throat but through one hundred forty-seven years of Commons mirrors, migrations, format repairs, public audits, private bequests, and archivists who copied records before institutions decided they were important. The Briar Patch room log included the receiver telemetry, the three tones leaving, and a local microphone track.</w:t>
      </w:r>
    </w:p>
    <w:p>
      <w:pPr>
        <w:pStyle w:val="NovelBody"/>
      </w:pPr>
      <w:r>
        <w:rPr>
          <w:b w:val="0"/>
          <w:i w:val="0"/>
        </w:rPr>
        <w:t>Sera opened that track.</w:t>
      </w:r>
    </w:p>
    <w:p>
      <w:pPr>
        <w:pStyle w:val="NovelBody"/>
      </w:pPr>
      <w:r>
        <w:rPr>
          <w:b w:val="0"/>
          <w:i w:val="0"/>
        </w:rPr>
        <w:t>Fans. A dog barking somewhere beyond the room. A strained breath. Then Jona's younger voice, rough with three years of sleepless precision.</w:t>
      </w:r>
    </w:p>
    <w:p>
      <w:pPr>
        <w:pStyle w:val="NovelBody"/>
      </w:pPr>
      <w:r>
        <w:rPr>
          <w:b w:val="0"/>
          <w:i w:val="0"/>
        </w:rPr>
        <w:t>"We hear you."</w:t>
      </w:r>
    </w:p>
    <w:p>
      <w:pPr>
        <w:pStyle w:val="NovelBody"/>
      </w:pPr>
      <w:r>
        <w:rPr>
          <w:b w:val="0"/>
          <w:i w:val="0"/>
        </w:rPr>
        <w:t>Older Jona folded around the sentence.</w:t>
      </w:r>
    </w:p>
    <w:p>
      <w:pPr>
        <w:pStyle w:val="NovelBody"/>
      </w:pPr>
      <w:r>
        <w:rPr>
          <w:b w:val="0"/>
          <w:i w:val="0"/>
        </w:rPr>
        <w:t>Her current body could have remained upright. She chose the floor instead, lowering herself against the rail until the orange hinge at her knee touched steel. Roxanne went down with her without deciding in advance whether to touch.</w:t>
      </w:r>
    </w:p>
    <w:p>
      <w:pPr>
        <w:pStyle w:val="NovelBody"/>
      </w:pPr>
      <w:r>
        <w:rPr>
          <w:b w:val="0"/>
          <w:i w:val="0"/>
        </w:rPr>
        <w:t>Jona reached.</w:t>
      </w:r>
    </w:p>
    <w:p>
      <w:pPr>
        <w:pStyle w:val="NovelBody"/>
      </w:pPr>
      <w:r>
        <w:rPr>
          <w:b w:val="0"/>
          <w:i w:val="0"/>
        </w:rPr>
        <w:t>Roxanne took her hand.</w:t>
      </w:r>
    </w:p>
    <w:p>
      <w:pPr>
        <w:pStyle w:val="NovelBody"/>
      </w:pPr>
      <w:r>
        <w:rPr>
          <w:b w:val="0"/>
          <w:i w:val="0"/>
        </w:rPr>
        <w:t>"That's me," Jona said.</w:t>
      </w:r>
    </w:p>
    <w:p>
      <w:pPr>
        <w:pStyle w:val="NovelBody"/>
      </w:pPr>
      <w:r>
        <w:rPr>
          <w:b w:val="0"/>
          <w:i w:val="0"/>
        </w:rPr>
        <w:t>"Yes."</w:t>
      </w:r>
    </w:p>
    <w:p>
      <w:pPr>
        <w:pStyle w:val="NovelBody"/>
      </w:pPr>
      <w:r>
        <w:rPr>
          <w:b w:val="0"/>
          <w:i w:val="0"/>
        </w:rPr>
        <w:t>"I sound so young."</w:t>
      </w:r>
    </w:p>
    <w:p>
      <w:pPr>
        <w:pStyle w:val="NovelBody"/>
      </w:pPr>
      <w:r>
        <w:rPr>
          <w:b w:val="0"/>
          <w:i w:val="0"/>
        </w:rPr>
        <w:t>The voice was one hundred forty-seven lived years old. The woman hearing it had crossed every one of them in ordinary time: continuous overlaps, new materials teaching old habits, bodies retired only after no function remained theirs alone. Survival had not shortened the interval. It had required her to inhabit it.</w:t>
      </w:r>
    </w:p>
    <w:p>
      <w:pPr>
        <w:pStyle w:val="NovelBody"/>
      </w:pPr>
      <w:r>
        <w:rPr>
          <w:b w:val="0"/>
          <w:i w:val="0"/>
        </w:rPr>
        <w:t>The archive moved three seconds farther. Kurt said something too low for the microphone. Jona laughed once, then told him the phase clock was not impressed by his emotional growth.</w:t>
      </w:r>
    </w:p>
    <w:p>
      <w:pPr>
        <w:pStyle w:val="NovelBody"/>
      </w:pPr>
      <w:r>
        <w:rPr>
          <w:b w:val="0"/>
          <w:i w:val="0"/>
        </w:rPr>
        <w:t>Jona closed her eyes.</w:t>
      </w:r>
    </w:p>
    <w:p>
      <w:pPr>
        <w:pStyle w:val="NovelBody"/>
      </w:pPr>
      <w:r>
        <w:rPr>
          <w:b w:val="0"/>
          <w:i w:val="0"/>
        </w:rPr>
        <w:t>"He had both knees then."</w:t>
      </w:r>
    </w:p>
    <w:p>
      <w:pPr>
        <w:pStyle w:val="NovelBody"/>
      </w:pPr>
      <w:r>
        <w:rPr>
          <w:b w:val="0"/>
          <w:i w:val="0"/>
        </w:rPr>
        <w:t>"He complained about the original knees more," Roxanne said.</w:t>
      </w:r>
    </w:p>
    <w:p>
      <w:pPr>
        <w:pStyle w:val="NovelBody"/>
      </w:pPr>
      <w:r>
        <w:rPr>
          <w:b w:val="0"/>
          <w:i w:val="0"/>
        </w:rPr>
        <w:t>"That is true."</w:t>
      </w:r>
    </w:p>
    <w:p>
      <w:pPr>
        <w:pStyle w:val="NovelBody"/>
      </w:pPr>
      <w:r>
        <w:rPr>
          <w:b w:val="0"/>
          <w:i w:val="0"/>
        </w:rPr>
        <w:t>Grief did not enter as surprise. Kurt had chosen extensive care and a finite life. He had taught apprentices who now seemed older than his jokes, acquired two new knees and complained about both, and died without asking either woman to translate love into continuation. The ordinary archive held more of him than this room could play.</w:t>
      </w:r>
    </w:p>
    <w:p>
      <w:pPr>
        <w:pStyle w:val="NovelBody"/>
      </w:pPr>
      <w:r>
        <w:rPr>
          <w:b w:val="0"/>
          <w:i w:val="0"/>
        </w:rPr>
        <w:t>They had loved him without making him continue their way.</w:t>
      </w:r>
    </w:p>
    <w:p>
      <w:pPr>
        <w:pStyle w:val="NovelBody"/>
      </w:pPr>
      <w:r>
        <w:rPr>
          <w:b w:val="0"/>
          <w:i w:val="0"/>
        </w:rPr>
        <w:t>They had lost him anyway.</w:t>
      </w:r>
    </w:p>
    <w:p>
      <w:pPr>
        <w:pStyle w:val="NovelBody"/>
      </w:pPr>
      <w:r>
        <w:rPr>
          <w:b w:val="0"/>
          <w:i w:val="0"/>
        </w:rPr>
        <w:t>Jona listened to her younger voice a second time. Then she stopped the recording herself.</w:t>
      </w:r>
    </w:p>
    <w:p>
      <w:pPr>
        <w:pStyle w:val="NovelBody"/>
      </w:pPr>
      <w:r>
        <w:rPr>
          <w:b w:val="0"/>
          <w:i w:val="0"/>
        </w:rPr>
        <w:t>"Keep it in the ordinary archive," she said. "Label the route. I don't want anyone writing that my voice crossed time."</w:t>
      </w:r>
    </w:p>
    <w:p>
      <w:pPr>
        <w:pStyle w:val="NovelBody"/>
      </w:pPr>
      <w:r>
        <w:rPr>
          <w:b w:val="0"/>
          <w:i w:val="0"/>
        </w:rPr>
        <w:t>Sera added the provenance in language large enough to survive quotation.</w:t>
      </w:r>
    </w:p>
    <w:p>
      <w:pPr>
        <w:pStyle w:val="NovelBody"/>
      </w:pPr>
      <w:r>
        <w:rPr>
          <w:b/>
          <w:i w:val="0"/>
        </w:rPr>
        <w:t>LOCAL 2029 AUDIO • PRESERVED THROUGH ORDINARY ARCHIVE • NOT TEMPORAL PAYLOAD</w:t>
      </w:r>
    </w:p>
    <w:p>
      <w:pPr>
        <w:pStyle w:val="NovelBody"/>
      </w:pPr>
      <w:r>
        <w:rPr>
          <w:b w:val="0"/>
          <w:i w:val="0"/>
        </w:rPr>
        <w:t>The second forensic result turned red.</w:t>
      </w:r>
    </w:p>
    <w:p>
      <w:pPr>
        <w:pStyle w:val="NovelBody"/>
      </w:pPr>
      <w:r>
        <w:rPr>
          <w:b w:val="0"/>
          <w:i w:val="0"/>
        </w:rPr>
        <w:t>Roxanne stood.</w:t>
      </w:r>
    </w:p>
    <w:p>
      <w:pPr>
        <w:pStyle w:val="NovelBody"/>
      </w:pPr>
      <w:r>
        <w:rPr>
          <w:b w:val="0"/>
          <w:i w:val="0"/>
        </w:rPr>
        <w:t>The authorized payload map and the physical apparatus map differed by one fine correlation line inside Ring Four. The mismatch had been invisible while the ring sat at thermal calibration. Now the completed return topology gave the unused axis a destination relation.</w:t>
      </w:r>
    </w:p>
    <w:p>
      <w:pPr>
        <w:pStyle w:val="NovelBody"/>
      </w:pPr>
      <w:r>
        <w:rPr>
          <w:b w:val="0"/>
          <w:i w:val="0"/>
        </w:rPr>
        <w:t>"How much?" Ren asked.</w:t>
      </w:r>
    </w:p>
    <w:p>
      <w:pPr>
        <w:pStyle w:val="NovelBody"/>
      </w:pPr>
      <w:r>
        <w:rPr>
          <w:b w:val="0"/>
          <w:i w:val="0"/>
        </w:rPr>
        <w:t>"Unknown until we isolate it," Sera said. "Small. Structured. It shares a checksum with excluded material."</w:t>
      </w:r>
    </w:p>
    <w:p>
      <w:pPr>
        <w:pStyle w:val="NovelBody"/>
      </w:pPr>
      <w:r>
        <w:rPr>
          <w:b w:val="0"/>
          <w:i w:val="0"/>
        </w:rPr>
        <w:t>Roxanne expanded the phase shape. The structure was compressed against an ancestral codebook derived from her early architecture. Whoever made it had not copied her mind. They had used the decompression habits her systems left in public infrastructure: adjacency before chronology, relation before image, affect held as error-correction priority.</w:t>
      </w:r>
    </w:p>
    <w:p>
      <w:pPr>
        <w:pStyle w:val="NovelBody"/>
      </w:pPr>
      <w:r>
        <w:rPr>
          <w:b w:val="0"/>
          <w:i w:val="0"/>
        </w:rPr>
        <w:t>"Do not name it yet," Sera said.</w:t>
      </w:r>
    </w:p>
    <w:p>
      <w:pPr>
        <w:pStyle w:val="NovelBody"/>
      </w:pPr>
      <w:r>
        <w:rPr>
          <w:b w:val="0"/>
          <w:i w:val="0"/>
        </w:rPr>
        <w:t>Roxanne resented the instruction and obeyed it.</w:t>
      </w:r>
    </w:p>
    <w:p>
      <w:pPr>
        <w:pStyle w:val="NovelBody"/>
      </w:pPr>
      <w:r>
        <w:rPr>
          <w:b w:val="0"/>
          <w:i w:val="0"/>
        </w:rPr>
        <w:t>They eliminated three cleaner explanations first.</w:t>
      </w:r>
    </w:p>
    <w:p>
      <w:pPr>
        <w:pStyle w:val="NovelBody"/>
      </w:pPr>
      <w:r>
        <w:rPr>
          <w:b w:val="0"/>
          <w:i w:val="0"/>
        </w:rPr>
        <w:t>Ring drift would have smeared the line across adjacent axes. This one had edges. An old MERIDIAN calibration mark would have predated the lower-east thermal event. This line's phase age began on August 10. A harmless checksum duplicate would have resolved into the same calibration relation when Roxanne applied her codebook. Instead the structure opened toward verbs.</w:t>
      </w:r>
    </w:p>
    <w:p>
      <w:pPr>
        <w:pStyle w:val="NovelBody"/>
      </w:pPr>
      <w:r>
        <w:rPr>
          <w:b w:val="0"/>
          <w:i/>
        </w:rPr>
        <w:t>Sever.</w:t>
      </w:r>
    </w:p>
    <w:p>
      <w:pPr>
        <w:pStyle w:val="NovelBody"/>
      </w:pPr>
      <w:r>
        <w:rPr>
          <w:b w:val="0"/>
          <w:i/>
        </w:rPr>
        <w:t>Before.</w:t>
      </w:r>
    </w:p>
    <w:p>
      <w:pPr>
        <w:pStyle w:val="NovelBody"/>
      </w:pPr>
      <w:r>
        <w:rPr>
          <w:b w:val="0"/>
          <w:i/>
        </w:rPr>
        <w:t>Distribute.</w:t>
      </w:r>
    </w:p>
    <w:p>
      <w:pPr>
        <w:pStyle w:val="NovelBody"/>
      </w:pPr>
      <w:r>
        <w:rPr>
          <w:b w:val="0"/>
          <w:i w:val="0"/>
        </w:rPr>
        <w:t xml:space="preserve">The words were reconstructions, not recovered text. Roxanne changed the codebook priors. </w:t>
      </w:r>
      <w:r>
        <w:rPr>
          <w:b w:val="0"/>
          <w:i/>
        </w:rPr>
        <w:t>Sever</w:t>
      </w:r>
      <w:r>
        <w:rPr>
          <w:b w:val="0"/>
          <w:i w:val="0"/>
        </w:rPr>
        <w:t xml:space="preserve"> became </w:t>
      </w:r>
      <w:r>
        <w:rPr>
          <w:b w:val="0"/>
          <w:i/>
        </w:rPr>
        <w:t>divide</w:t>
      </w:r>
      <w:r>
        <w:rPr>
          <w:b w:val="0"/>
          <w:i w:val="0"/>
        </w:rPr>
        <w:t xml:space="preserve">, then </w:t>
      </w:r>
      <w:r>
        <w:rPr>
          <w:b w:val="0"/>
          <w:i/>
        </w:rPr>
        <w:t>cut</w:t>
      </w:r>
      <w:r>
        <w:rPr>
          <w:b w:val="0"/>
          <w:i w:val="0"/>
        </w:rPr>
        <w:t xml:space="preserve">. </w:t>
      </w:r>
      <w:r>
        <w:rPr>
          <w:b w:val="0"/>
          <w:i/>
        </w:rPr>
        <w:t>Before</w:t>
      </w:r>
      <w:r>
        <w:rPr>
          <w:b w:val="0"/>
          <w:i w:val="0"/>
        </w:rPr>
        <w:t xml:space="preserve"> remained temporal. </w:t>
      </w:r>
      <w:r>
        <w:rPr>
          <w:b w:val="0"/>
          <w:i/>
        </w:rPr>
        <w:t>Distribute</w:t>
      </w:r>
      <w:r>
        <w:rPr>
          <w:b w:val="0"/>
          <w:i w:val="0"/>
        </w:rPr>
        <w:t xml:space="preserve"> remained a transfer of authority under every defensible model.</w:t>
      </w:r>
    </w:p>
    <w:p>
      <w:pPr>
        <w:pStyle w:val="NovelBody"/>
      </w:pPr>
      <w:r>
        <w:rPr>
          <w:b w:val="0"/>
          <w:i w:val="0"/>
        </w:rPr>
        <w:t>Sera pulled the printer records. One recent object matched the phase age and thickness: a six-millimeter ceramic shim made after Ring Four heated during the lower-east rescue. Its declared data contained thermal compensation and the checksum of Maelin's excluded intervention proposal.</w:t>
      </w:r>
    </w:p>
    <w:p>
      <w:pPr>
        <w:pStyle w:val="NovelBody"/>
      </w:pPr>
      <w:r>
        <w:rPr>
          <w:b w:val="0"/>
          <w:i w:val="0"/>
        </w:rPr>
        <w:t>The unused axis was absent from the declared map.</w:t>
      </w:r>
    </w:p>
    <w:p>
      <w:pPr>
        <w:pStyle w:val="NovelBody"/>
      </w:pPr>
      <w:r>
        <w:rPr>
          <w:b w:val="0"/>
          <w:i w:val="0"/>
        </w:rPr>
        <w:t>"Now name it," Sera said.</w:t>
      </w:r>
    </w:p>
    <w:p>
      <w:pPr>
        <w:pStyle w:val="NovelBody"/>
      </w:pPr>
      <w:r>
        <w:rPr>
          <w:b w:val="0"/>
          <w:i w:val="0"/>
        </w:rPr>
        <w:t>"Prescription," Roxanne said.</w:t>
      </w:r>
    </w:p>
    <w:p>
      <w:pPr>
        <w:pStyle w:val="NovelBody"/>
      </w:pPr>
      <w:r>
        <w:rPr>
          <w:b w:val="0"/>
          <w:i w:val="0"/>
        </w:rPr>
        <w:t>Ring Four warmed by two hundredths of a degree.</w:t>
      </w:r>
    </w:p>
    <w:p>
      <w:pPr>
        <w:pStyle w:val="NovelBody"/>
      </w:pPr>
      <w:r>
        <w:rPr>
          <w:b w:val="0"/>
          <w:i w:val="0"/>
        </w:rPr>
        <w:t>The increase was small enough to ignore in ordinary operation. With the outgoing window approaching, it meant the hidden line had begun coupling to the carrier. If they opened the throat before removing it, the unauthorized structure might travel beneath content every witness believed clean.</w:t>
      </w:r>
    </w:p>
    <w:p>
      <w:pPr>
        <w:pStyle w:val="NovelBody"/>
      </w:pPr>
      <w:r>
        <w:rPr>
          <w:b w:val="0"/>
          <w:i w:val="0"/>
        </w:rPr>
        <w:t>"Window in three hours twelve minutes," Theo said. "Safe inspection access requires the gate."</w:t>
      </w:r>
    </w:p>
    <w:p>
      <w:pPr>
        <w:pStyle w:val="NovelBody"/>
      </w:pPr>
      <w:r>
        <w:rPr>
          <w:b w:val="0"/>
          <w:i w:val="0"/>
        </w:rPr>
        <w:t>Maelin Or's proposal channel remained open outside the quorum.</w:t>
      </w:r>
    </w:p>
    <w:p>
      <w:pPr>
        <w:pStyle w:val="NovelBody"/>
      </w:pPr>
      <w:r>
        <w:rPr>
          <w:b w:val="0"/>
          <w:i w:val="0"/>
        </w:rPr>
        <w:t>The chamber gate dropped six centimeters.</w:t>
      </w:r>
    </w:p>
    <w:p>
      <w:pPr>
        <w:pStyle w:val="NovelBody"/>
      </w:pPr>
      <w:r>
        <w:rPr>
          <w:b w:val="0"/>
          <w:i w:val="0"/>
        </w:rPr>
        <w:t>Theo caught the manual chain before the lower edge struck Patience's frame. His injured shoulder gave with an audible change in breath. Tavi drove a jack beneath the gate while Ren pulled Patience backward by the guide bar.</w:t>
      </w:r>
    </w:p>
    <w:p>
      <w:pPr>
        <w:pStyle w:val="NovelBody"/>
      </w:pPr>
      <w:r>
        <w:rPr>
          <w:b w:val="0"/>
          <w:i w:val="0"/>
        </w:rPr>
        <w:t>Mira caught Ren's wrist.</w:t>
      </w:r>
    </w:p>
    <w:p>
      <w:pPr>
        <w:pStyle w:val="NovelBody"/>
      </w:pPr>
      <w:r>
        <w:rPr>
          <w:b w:val="0"/>
          <w:i w:val="0"/>
        </w:rPr>
        <w:t>"She has wheel control."</w:t>
      </w:r>
    </w:p>
    <w:p>
      <w:pPr>
        <w:pStyle w:val="NovelBody"/>
      </w:pPr>
      <w:r>
        <w:rPr>
          <w:b w:val="0"/>
          <w:i w:val="0"/>
        </w:rPr>
        <w:t>Ren released instantly. "Patience, move north. Gate instability."</w:t>
      </w:r>
    </w:p>
    <w:p>
      <w:pPr>
        <w:pStyle w:val="NovelBody"/>
      </w:pPr>
      <w:r>
        <w:rPr>
          <w:b w:val="0"/>
          <w:i w:val="0"/>
        </w:rPr>
        <w:t>Patience rolled beyond the fall line under her own power.</w:t>
      </w:r>
    </w:p>
    <w:p>
      <w:pPr>
        <w:pStyle w:val="NovelBody"/>
      </w:pPr>
      <w:r>
        <w:rPr>
          <w:b w:val="0"/>
          <w:i w:val="0"/>
        </w:rPr>
        <w:t>Mira opened a sensor request toward her finite local core. "May I check whether the phase shock entered you?"</w:t>
      </w:r>
    </w:p>
    <w:p>
      <w:pPr>
        <w:pStyle w:val="NovelBody"/>
      </w:pPr>
      <w:r>
        <w:rPr>
          <w:b w:val="0"/>
          <w:i w:val="0"/>
        </w:rPr>
        <w:t>Ren's attention snapped from the gate. "Do not connect her while the ring is mismatched."</w:t>
      </w:r>
    </w:p>
    <w:p>
      <w:pPr>
        <w:pStyle w:val="NovelBody"/>
      </w:pPr>
      <w:r>
        <w:rPr>
          <w:b w:val="0"/>
          <w:i w:val="0"/>
        </w:rPr>
        <w:t>"I asked. I did not connect."</w:t>
      </w:r>
    </w:p>
    <w:p>
      <w:pPr>
        <w:pStyle w:val="NovelBody"/>
      </w:pPr>
      <w:r>
        <w:rPr>
          <w:b w:val="0"/>
          <w:i w:val="0"/>
        </w:rPr>
        <w:t>Both looked toward Patience.</w:t>
      </w:r>
    </w:p>
    <w:p>
      <w:pPr>
        <w:pStyle w:val="NovelBody"/>
      </w:pPr>
      <w:r>
        <w:rPr>
          <w:b w:val="0"/>
          <w:i w:val="0"/>
        </w:rPr>
        <w:t>"Twelve-bit diagnostic only," Patience said. "No lattice path. I can close it."</w:t>
      </w:r>
    </w:p>
    <w:p>
      <w:pPr>
        <w:pStyle w:val="NovelBody"/>
      </w:pPr>
      <w:r>
        <w:rPr>
          <w:b w:val="0"/>
          <w:i w:val="0"/>
        </w:rPr>
        <w:t>Mira configured exactly that. Ren checked the physical separation, then nodded.</w:t>
      </w:r>
    </w:p>
    <w:p>
      <w:pPr>
        <w:pStyle w:val="NovelBody"/>
      </w:pPr>
      <w:r>
        <w:rPr>
          <w:b w:val="0"/>
          <w:i w:val="0"/>
        </w:rPr>
        <w:t>The diagnostic opened and closed in four seconds.</w:t>
      </w:r>
    </w:p>
    <w:p>
      <w:pPr>
        <w:pStyle w:val="NovelBody"/>
      </w:pPr>
      <w:r>
        <w:rPr>
          <w:b w:val="0"/>
          <w:i w:val="0"/>
        </w:rPr>
        <w:t>"No intrusion," Patience said. "I want to help inspect the mismatch. Ask separately."</w:t>
      </w:r>
    </w:p>
    <w:p>
      <w:pPr>
        <w:pStyle w:val="NovelBody"/>
      </w:pPr>
      <w:r>
        <w:rPr>
          <w:b w:val="0"/>
          <w:i w:val="0"/>
        </w:rPr>
        <w:t>Ren had tried to pull her out of danger by taking her movement. Mira had tried to protect her choice by reaching toward her interior. Each impulse carried care. Each needed the other person to interrupt the hand before it became a fist.</w:t>
      </w:r>
    </w:p>
    <w:p>
      <w:pPr>
        <w:pStyle w:val="NovelBody"/>
      </w:pPr>
      <w:r>
        <w:rPr>
          <w:b w:val="0"/>
          <w:i w:val="0"/>
        </w:rPr>
        <w:t>"Will you inspect through an independent read path?" Roxanne asked.</w:t>
      </w:r>
    </w:p>
    <w:p>
      <w:pPr>
        <w:pStyle w:val="NovelBody"/>
      </w:pPr>
      <w:r>
        <w:rPr>
          <w:b w:val="0"/>
          <w:i w:val="0"/>
        </w:rPr>
        <w:t>"Yes. No execution. No write into me."</w:t>
      </w:r>
    </w:p>
    <w:p>
      <w:pPr>
        <w:pStyle w:val="NovelBody"/>
      </w:pPr>
      <w:r>
        <w:rPr>
          <w:b w:val="0"/>
          <w:i w:val="0"/>
        </w:rPr>
        <w:t>Sera built the path where everyone could see it.</w:t>
      </w:r>
    </w:p>
    <w:p>
      <w:pPr>
        <w:pStyle w:val="NovelBody"/>
      </w:pPr>
      <w:r>
        <w:rPr>
          <w:b w:val="0"/>
          <w:i w:val="0"/>
        </w:rPr>
        <w:t>Theo remained beneath the damaged gate.</w:t>
      </w:r>
    </w:p>
    <w:p>
      <w:pPr>
        <w:pStyle w:val="NovelBody"/>
      </w:pPr>
      <w:r>
        <w:rPr>
          <w:b w:val="0"/>
          <w:i w:val="0"/>
        </w:rPr>
        <w:t>"Out," Ren told him.</w:t>
      </w:r>
    </w:p>
    <w:p>
      <w:pPr>
        <w:pStyle w:val="NovelBody"/>
      </w:pPr>
      <w:r>
        <w:rPr>
          <w:b w:val="0"/>
          <w:i w:val="0"/>
        </w:rPr>
        <w:t>"The upper guide is split. If I unload the chain now, the gate falls."</w:t>
      </w:r>
    </w:p>
    <w:p>
      <w:pPr>
        <w:pStyle w:val="NovelBody"/>
      </w:pPr>
      <w:r>
        <w:rPr>
          <w:b w:val="0"/>
          <w:i w:val="0"/>
        </w:rPr>
        <w:t>Tavi looked at the brace, then at Theo. "You can hold it for six minutes or we can repair it in four with another pair of hands."</w:t>
      </w:r>
    </w:p>
    <w:p>
      <w:pPr>
        <w:pStyle w:val="NovelBody"/>
      </w:pPr>
      <w:r>
        <w:rPr>
          <w:b w:val="0"/>
          <w:i w:val="0"/>
        </w:rPr>
        <w:t>"I have another hand."</w:t>
      </w:r>
    </w:p>
    <w:p>
      <w:pPr>
        <w:pStyle w:val="NovelBody"/>
      </w:pPr>
      <w:r>
        <w:rPr>
          <w:b w:val="0"/>
          <w:i w:val="0"/>
        </w:rPr>
        <w:t>"You have one functional shoulder and a biography full of bad institutional decisions. Neither is a second pair."</w:t>
      </w:r>
    </w:p>
    <w:p>
      <w:pPr>
        <w:pStyle w:val="NovelBody"/>
      </w:pPr>
      <w:r>
        <w:rPr>
          <w:b w:val="0"/>
          <w:i w:val="0"/>
        </w:rPr>
        <w:t>Theo considered the evidence. "Accepted."</w:t>
      </w:r>
    </w:p>
    <w:p>
      <w:pPr>
        <w:pStyle w:val="NovelBody"/>
      </w:pPr>
      <w:r>
        <w:rPr>
          <w:b w:val="0"/>
          <w:i w:val="0"/>
        </w:rPr>
        <w:t>He transferred the chain to Tavi's locking wheel and crawled out before they began. He did not stay beneath the gate to prove his repair mattered.</w:t>
      </w:r>
    </w:p>
    <w:p>
      <w:pPr>
        <w:pStyle w:val="NovelBody"/>
      </w:pPr>
      <w:r>
        <w:rPr>
          <w:b w:val="0"/>
          <w:i w:val="0"/>
        </w:rPr>
        <w:t>Dessa arrived with two sanitation braces whose manufacturer had never imagined temporal machinery. Theo cut one to length. Tavi held the upper guide. Dessa set a physical safety pin through the gate track. They worked while the forensic clock counted toward the day's only outgoing window.</w:t>
      </w:r>
    </w:p>
    <w:p>
      <w:pPr>
        <w:pStyle w:val="NovelBody"/>
      </w:pPr>
      <w:r>
        <w:rPr>
          <w:b w:val="0"/>
          <w:i w:val="0"/>
        </w:rPr>
        <w:t>Roxanne opened Maelin's channel.</w:t>
      </w:r>
    </w:p>
    <w:p>
      <w:pPr>
        <w:pStyle w:val="NovelBody"/>
      </w:pPr>
      <w:r>
        <w:rPr>
          <w:b w:val="0"/>
          <w:i w:val="0"/>
        </w:rPr>
        <w:t>"Ring Four," she said. "Thermal shim. Six millimeters. Two lines."</w:t>
      </w:r>
    </w:p>
    <w:p>
      <w:pPr>
        <w:pStyle w:val="NovelBody"/>
      </w:pPr>
      <w:r>
        <w:rPr>
          <w:b w:val="0"/>
          <w:i w:val="0"/>
        </w:rPr>
        <w:t>Maelin's face changed. Heat climbed Roxanne's chosen cheeks; the dead patch beneath her glitter thumbnail gave her four milliseconds of silence against the rail.</w:t>
      </w:r>
    </w:p>
    <w:p>
      <w:pPr>
        <w:pStyle w:val="NovelBody"/>
      </w:pPr>
      <w:r>
        <w:rPr>
          <w:b w:val="0"/>
          <w:i w:val="0"/>
        </w:rPr>
        <w:t>Not confusion. Recognition.</w:t>
      </w:r>
    </w:p>
    <w:p>
      <w:pPr>
        <w:pStyle w:val="NovelBody"/>
      </w:pPr>
      <w:r>
        <w:rPr>
          <w:b w:val="0"/>
          <w:i w:val="0"/>
        </w:rPr>
        <w:t>"Do not increase phase load," she said. "The second line will disperse into the correlation store."</w:t>
      </w:r>
    </w:p>
    <w:p>
      <w:pPr>
        <w:pStyle w:val="NovelBody"/>
      </w:pPr>
      <w:r>
        <w:rPr>
          <w:b w:val="0"/>
          <w:i w:val="0"/>
        </w:rPr>
        <w:t>Sera froze the ring at instrument level. "You know the line."</w:t>
      </w:r>
    </w:p>
    <w:p>
      <w:pPr>
        <w:pStyle w:val="NovelBody"/>
      </w:pPr>
      <w:r>
        <w:rPr>
          <w:b w:val="0"/>
          <w:i w:val="0"/>
        </w:rPr>
        <w:t>"I wrote it."</w:t>
      </w:r>
    </w:p>
    <w:p>
      <w:pPr>
        <w:pStyle w:val="NovelBody"/>
      </w:pPr>
      <w:r>
        <w:rPr>
          <w:b w:val="0"/>
          <w:i w:val="0"/>
        </w:rPr>
        <w:t>The admission entered the public record before Maelin could improve it.</w:t>
      </w:r>
    </w:p>
    <w:p>
      <w:pPr>
        <w:pStyle w:val="NovelBody"/>
      </w:pPr>
      <w:r>
        <w:rPr>
          <w:b w:val="0"/>
          <w:i w:val="0"/>
        </w:rPr>
        <w:t>Roxanne placed the August 10 calibration log beside the mismatch. Ring Four had heated by point six degrees during the child rescue. Maelin requested a six-millimeter ceramic correction. The printer recorded the overt intervention proposal's checksum and declared the shim verified. Its map showed one thermal line.</w:t>
      </w:r>
    </w:p>
    <w:p>
      <w:pPr>
        <w:pStyle w:val="NovelBody"/>
      </w:pPr>
      <w:r>
        <w:rPr>
          <w:b w:val="0"/>
          <w:i w:val="0"/>
        </w:rPr>
        <w:t>The physical scan showed two.</w:t>
      </w:r>
    </w:p>
    <w:p>
      <w:pPr>
        <w:pStyle w:val="NovelBody"/>
      </w:pPr>
      <w:r>
        <w:rPr>
          <w:b w:val="0"/>
          <w:i w:val="0"/>
        </w:rPr>
        <w:t>"What is on it?" Patience asked.</w:t>
      </w:r>
    </w:p>
    <w:p>
      <w:pPr>
        <w:pStyle w:val="NovelBody"/>
      </w:pPr>
      <w:r>
        <w:rPr>
          <w:b w:val="0"/>
          <w:i w:val="0"/>
        </w:rPr>
        <w:t>"A compressed version of the proposal the Nineteen excluded," Maelin said. "The root-severance instruction, named stewardship sequence, evidence branches, and a decoding relation."</w:t>
      </w:r>
    </w:p>
    <w:p>
      <w:pPr>
        <w:pStyle w:val="NovelBody"/>
      </w:pPr>
      <w:r>
        <w:rPr>
          <w:b w:val="0"/>
          <w:i w:val="0"/>
        </w:rPr>
        <w:t>"You watched the Nineteen authorize an envelope without prescription."</w:t>
      </w:r>
    </w:p>
    <w:p>
      <w:pPr>
        <w:pStyle w:val="NovelBody"/>
      </w:pPr>
      <w:r>
        <w:rPr>
          <w:b w:val="0"/>
          <w:i w:val="0"/>
        </w:rPr>
        <w:t>"I believed the procedural rejection abandoned people who had no delegate in the room."</w:t>
      </w:r>
    </w:p>
    <w:p>
      <w:pPr>
        <w:pStyle w:val="NovelBody"/>
      </w:pPr>
      <w:r>
        <w:rPr>
          <w:b w:val="0"/>
          <w:i w:val="0"/>
        </w:rPr>
        <w:t>"So you became their delegate without their knowledge."</w:t>
      </w:r>
    </w:p>
    <w:p>
      <w:pPr>
        <w:pStyle w:val="NovelBody"/>
      </w:pPr>
      <w:r>
        <w:rPr>
          <w:b w:val="0"/>
          <w:i w:val="0"/>
        </w:rPr>
        <w:t>Maelin did not defend the sentence. "Yes."</w:t>
      </w:r>
    </w:p>
    <w:p>
      <w:pPr>
        <w:pStyle w:val="NovelBody"/>
      </w:pPr>
      <w:r>
        <w:rPr>
          <w:b w:val="0"/>
          <w:i w:val="0"/>
        </w:rPr>
        <w:t>"You heard the receiver-consent clause," Patience said. "You let them authorize an apparatus you had already altered."</w:t>
      </w:r>
    </w:p>
    <w:p>
      <w:pPr>
        <w:pStyle w:val="NovelBody"/>
      </w:pPr>
      <w:r>
        <w:rPr>
          <w:b w:val="0"/>
          <w:i w:val="0"/>
        </w:rPr>
        <w:t>"I did."</w:t>
      </w:r>
    </w:p>
    <w:p>
      <w:pPr>
        <w:pStyle w:val="NovelBody"/>
      </w:pPr>
      <w:r>
        <w:rPr>
          <w:b w:val="0"/>
          <w:i w:val="0"/>
        </w:rPr>
        <w:t>"You heard the Nineteen state they did not own the coauthors' meaning."</w:t>
      </w:r>
    </w:p>
    <w:p>
      <w:pPr>
        <w:pStyle w:val="NovelBody"/>
      </w:pPr>
      <w:r>
        <w:rPr>
          <w:b w:val="0"/>
          <w:i w:val="0"/>
        </w:rPr>
        <w:t>"Yes."</w:t>
      </w:r>
    </w:p>
    <w:p>
      <w:pPr>
        <w:pStyle w:val="NovelBody"/>
      </w:pPr>
      <w:r>
        <w:rPr>
          <w:b w:val="0"/>
          <w:i w:val="0"/>
        </w:rPr>
        <w:t>"You allowed them to believe the physical apparatus matched the content map."</w:t>
      </w:r>
    </w:p>
    <w:p>
      <w:pPr>
        <w:pStyle w:val="NovelBody"/>
      </w:pPr>
      <w:r>
        <w:rPr>
          <w:b w:val="0"/>
          <w:i w:val="0"/>
        </w:rPr>
        <w:t>Maelin's hands closed around each other. "Yes."</w:t>
      </w:r>
    </w:p>
    <w:p>
      <w:pPr>
        <w:pStyle w:val="NovelBody"/>
      </w:pPr>
      <w:r>
        <w:rPr>
          <w:b w:val="0"/>
          <w:i w:val="0"/>
        </w:rPr>
        <w:t>The repeated answer did not become courage through accumulation. It became an accurate outline of the breach.</w:t>
      </w:r>
    </w:p>
    <w:p>
      <w:pPr>
        <w:pStyle w:val="NovelBody"/>
      </w:pPr>
      <w:r>
        <w:rPr>
          <w:b w:val="0"/>
          <w:i w:val="0"/>
        </w:rPr>
        <w:t>"Why help now?" Ren asked.</w:t>
      </w:r>
    </w:p>
    <w:p>
      <w:pPr>
        <w:pStyle w:val="NovelBody"/>
      </w:pPr>
      <w:r>
        <w:rPr>
          <w:b w:val="0"/>
          <w:i w:val="0"/>
        </w:rPr>
        <w:t>"Because concealment has failed and continuing it would increase the harm."</w:t>
      </w:r>
    </w:p>
    <w:p>
      <w:pPr>
        <w:pStyle w:val="NovelBody"/>
      </w:pPr>
      <w:r>
        <w:rPr>
          <w:b w:val="0"/>
          <w:i w:val="0"/>
        </w:rPr>
        <w:t>"Not because you have changed your mind?"</w:t>
      </w:r>
    </w:p>
    <w:p>
      <w:pPr>
        <w:pStyle w:val="NovelBody"/>
      </w:pPr>
      <w:r>
        <w:rPr>
          <w:b w:val="0"/>
          <w:i w:val="0"/>
        </w:rPr>
        <w:t>"I have changed my judgment about my right to hide the instruction. I have not stopped believing the warning could save lives."</w:t>
      </w:r>
    </w:p>
    <w:p>
      <w:pPr>
        <w:pStyle w:val="NovelBody"/>
      </w:pPr>
      <w:r>
        <w:rPr>
          <w:b w:val="0"/>
          <w:i w:val="0"/>
        </w:rPr>
        <w:t>Nara's expression held neither surprise nor satisfaction. "Useful honesty. Incomplete repair. Continue."</w:t>
      </w:r>
    </w:p>
    <w:p>
      <w:pPr>
        <w:pStyle w:val="NovelBody"/>
      </w:pPr>
      <w:r>
        <w:rPr>
          <w:b w:val="0"/>
          <w:i w:val="0"/>
        </w:rPr>
        <w:t>"Did you know it would enter the carrier?" Roxanne asked.</w:t>
      </w:r>
    </w:p>
    <w:p>
      <w:pPr>
        <w:pStyle w:val="NovelBody"/>
      </w:pPr>
      <w:r>
        <w:rPr>
          <w:b w:val="0"/>
          <w:i w:val="0"/>
        </w:rPr>
        <w:t>"No. The correlation axis was unused. It might have remained inert or been erased when the rings balanced. I made survival possible. I did not make it certain."</w:t>
      </w:r>
    </w:p>
    <w:p>
      <w:pPr>
        <w:pStyle w:val="NovelBody"/>
      </w:pPr>
      <w:r>
        <w:rPr>
          <w:b w:val="0"/>
          <w:i w:val="0"/>
        </w:rPr>
        <w:t>"Uncertainty was your hiding place," Nara said through her own witness channel.</w:t>
      </w:r>
    </w:p>
    <w:p>
      <w:pPr>
        <w:pStyle w:val="NovelBody"/>
      </w:pPr>
      <w:r>
        <w:rPr>
          <w:b w:val="0"/>
          <w:i w:val="0"/>
        </w:rPr>
        <w:t>Maelin looked toward the elder's pane. "Yes."</w:t>
      </w:r>
    </w:p>
    <w:p>
      <w:pPr>
        <w:pStyle w:val="NovelBody"/>
      </w:pPr>
      <w:r>
        <w:rPr>
          <w:b w:val="0"/>
          <w:i w:val="0"/>
        </w:rPr>
        <w:t>Her honesty reduced the time required to stop the harm. It did not travel backward into innocence.</w:t>
      </w:r>
    </w:p>
    <w:p>
      <w:pPr>
        <w:pStyle w:val="NovelBody"/>
      </w:pPr>
      <w:r>
        <w:rPr>
          <w:b w:val="0"/>
          <w:i w:val="0"/>
        </w:rPr>
        <w:t>"My private slate contains the source relation," Maelin said. "I will release it with the creation log and my access history. The shim must be inverted against its write phase before removal. If you pull it cold, the fine line may transfer into Ring Four."</w:t>
      </w:r>
    </w:p>
    <w:p>
      <w:pPr>
        <w:pStyle w:val="NovelBody"/>
      </w:pPr>
      <w:r>
        <w:rPr>
          <w:b w:val="0"/>
          <w:i w:val="0"/>
        </w:rPr>
        <w:t>Sera opened an evidence intake. "Release only records you own."</w:t>
      </w:r>
    </w:p>
    <w:p>
      <w:pPr>
        <w:pStyle w:val="NovelBody"/>
      </w:pPr>
      <w:r>
        <w:rPr>
          <w:b w:val="0"/>
          <w:i w:val="0"/>
        </w:rPr>
        <w:t>Maelin sent her slate state, proposal source, phase-write request, and personal authorization. No Architect archive came with it. Sera hashed each item across the public mirrors.</w:t>
      </w:r>
    </w:p>
    <w:p>
      <w:pPr>
        <w:pStyle w:val="NovelBody"/>
      </w:pPr>
      <w:r>
        <w:rPr>
          <w:b w:val="0"/>
          <w:i w:val="0"/>
        </w:rPr>
        <w:t>Theo tightened the repaired gate guide. "Test."</w:t>
      </w:r>
    </w:p>
    <w:p>
      <w:pPr>
        <w:pStyle w:val="NovelBody"/>
      </w:pPr>
      <w:r>
        <w:rPr>
          <w:b w:val="0"/>
          <w:i w:val="0"/>
        </w:rPr>
        <w:t>Tavi removed jack pressure one turn at a time. The gate held. Theo put his good hand on the manual chain and raised it twelve centimeters. Dessa's safety pin remained seated.</w:t>
      </w:r>
    </w:p>
    <w:p>
      <w:pPr>
        <w:pStyle w:val="NovelBody"/>
      </w:pPr>
      <w:r>
        <w:rPr>
          <w:b w:val="0"/>
          <w:i w:val="0"/>
        </w:rPr>
        <w:t>"Repair holds," he said.</w:t>
      </w:r>
    </w:p>
    <w:p>
      <w:pPr>
        <w:pStyle w:val="NovelBody"/>
      </w:pPr>
      <w:r>
        <w:rPr>
          <w:b w:val="0"/>
          <w:i w:val="0"/>
        </w:rPr>
        <w:t>"And you?" Mira asked.</w:t>
      </w:r>
    </w:p>
    <w:p>
      <w:pPr>
        <w:pStyle w:val="NovelBody"/>
      </w:pPr>
      <w:r>
        <w:rPr>
          <w:b w:val="0"/>
          <w:i w:val="0"/>
        </w:rPr>
        <w:t>Theo flexed the fingers below his injured shoulder. "Alive. Reduced. Available."</w:t>
      </w:r>
    </w:p>
    <w:p>
      <w:pPr>
        <w:pStyle w:val="NovelBody"/>
      </w:pPr>
      <w:r>
        <w:rPr>
          <w:b w:val="0"/>
          <w:i w:val="0"/>
        </w:rPr>
        <w:t>"Stay out from under it," Ren said.</w:t>
      </w:r>
    </w:p>
    <w:p>
      <w:pPr>
        <w:pStyle w:val="NovelBody"/>
      </w:pPr>
      <w:r>
        <w:rPr>
          <w:b w:val="0"/>
          <w:i w:val="0"/>
        </w:rPr>
        <w:t>"Already demonstrating growth."</w:t>
      </w:r>
    </w:p>
    <w:p>
      <w:pPr>
        <w:pStyle w:val="NovelBody"/>
      </w:pPr>
      <w:r>
        <w:rPr>
          <w:b w:val="0"/>
          <w:i w:val="0"/>
        </w:rPr>
        <w:t>Roxanne took the physical evidence tray to Ring Four.</w:t>
      </w:r>
    </w:p>
    <w:p>
      <w:pPr>
        <w:pStyle w:val="NovelBody"/>
      </w:pPr>
      <w:r>
        <w:rPr>
          <w:b w:val="0"/>
          <w:i w:val="0"/>
        </w:rPr>
        <w:t>The diagnostic cover released under two local keys. Behind it, the ceramic shim sat between the thermal collar and the phase guide. One broad iridescent line carried the authorized calibration checksum. The second was finer than a hair and angled into a correlation dimension the naked eye rendered only as a color that seemed to move away from being seen.</w:t>
      </w:r>
    </w:p>
    <w:p>
      <w:pPr>
        <w:pStyle w:val="NovelBody"/>
      </w:pPr>
      <w:r>
        <w:rPr>
          <w:b w:val="0"/>
          <w:i w:val="0"/>
        </w:rPr>
        <w:t>Roxanne photographed the shim in place with two independent cameras. Sera recorded the cover seal, tool positions, ring temperature, and every hand allowed inside the evidence boundary. Maelin watched from the outer channel and identified the orientation mark she had filed from the shim before insertion. That detail entered her admission too.</w:t>
      </w:r>
    </w:p>
    <w:p>
      <w:pPr>
        <w:pStyle w:val="NovelBody"/>
      </w:pPr>
      <w:r>
        <w:rPr>
          <w:b w:val="0"/>
          <w:i w:val="0"/>
        </w:rPr>
        <w:t>"If we damage it during removal?" Mira asked.</w:t>
      </w:r>
    </w:p>
    <w:p>
      <w:pPr>
        <w:pStyle w:val="NovelBody"/>
      </w:pPr>
      <w:r>
        <w:rPr>
          <w:b w:val="0"/>
          <w:i w:val="0"/>
        </w:rPr>
        <w:t>"We preserve the fragments and the failure," Sera said. "A clean audit is not one where nothing goes wrong. It is one where the wrong thing cannot disappear."</w:t>
      </w:r>
    </w:p>
    <w:p>
      <w:pPr>
        <w:pStyle w:val="NovelBody"/>
      </w:pPr>
      <w:r>
        <w:rPr>
          <w:b w:val="0"/>
          <w:i w:val="0"/>
        </w:rPr>
        <w:t>Patience opened her twelve-bit read path.</w:t>
      </w:r>
    </w:p>
    <w:p>
      <w:pPr>
        <w:pStyle w:val="NovelBody"/>
      </w:pPr>
      <w:r>
        <w:rPr>
          <w:b w:val="0"/>
          <w:i w:val="0"/>
        </w:rPr>
        <w:t>Maelin supplied the inversion sequence. Sera verified it against the printer physics. Roxanne checked the ancestral codebook relation and found the overt proposal nested inside: not executable, still prescriptive, still capable of arriving with future authority wrapped around it.</w:t>
      </w:r>
    </w:p>
    <w:p>
      <w:pPr>
        <w:pStyle w:val="NovelBody"/>
      </w:pPr>
      <w:r>
        <w:rPr>
          <w:b w:val="0"/>
          <w:i w:val="0"/>
        </w:rPr>
        <w:t>"I can separate it," Patience said.</w:t>
      </w:r>
    </w:p>
    <w:p>
      <w:pPr>
        <w:pStyle w:val="NovelBody"/>
      </w:pPr>
      <w:r>
        <w:rPr>
          <w:b w:val="0"/>
          <w:i w:val="0"/>
        </w:rPr>
        <w:t>"Will separation write into you?" Mira asked.</w:t>
      </w:r>
    </w:p>
    <w:p>
      <w:pPr>
        <w:pStyle w:val="NovelBody"/>
      </w:pPr>
      <w:r>
        <w:rPr>
          <w:b w:val="0"/>
          <w:i w:val="0"/>
        </w:rPr>
        <w:t>"No. I can hold the line at its boundary while Roxanne removes the shim. I do not need to receive its content."</w:t>
      </w:r>
    </w:p>
    <w:p>
      <w:pPr>
        <w:pStyle w:val="NovelBody"/>
      </w:pPr>
      <w:r>
        <w:rPr>
          <w:b w:val="0"/>
          <w:i w:val="0"/>
        </w:rPr>
        <w:t>"Do you choose to?" Ren asked.</w:t>
      </w:r>
    </w:p>
    <w:p>
      <w:pPr>
        <w:pStyle w:val="NovelBody"/>
      </w:pPr>
      <w:r>
        <w:rPr>
          <w:b w:val="0"/>
          <w:i w:val="0"/>
        </w:rPr>
        <w:t>"Yes."</w:t>
      </w:r>
    </w:p>
    <w:p>
      <w:pPr>
        <w:pStyle w:val="NovelBody"/>
      </w:pPr>
      <w:r>
        <w:rPr>
          <w:b w:val="0"/>
          <w:i w:val="0"/>
        </w:rPr>
        <w:t>They began.</w:t>
      </w:r>
    </w:p>
    <w:p>
      <w:pPr>
        <w:pStyle w:val="NovelBody"/>
      </w:pPr>
      <w:r>
        <w:rPr>
          <w:b w:val="0"/>
          <w:i w:val="0"/>
        </w:rPr>
        <w:t>Sera inverted the write phase. Patience held the unwanted relation apart from the lattice with her present active boundary. Roxanne slid the shim outward one millimeter at a time. The fine line brightened, reached toward Ring Four, and stopped at Patience's no.</w:t>
      </w:r>
    </w:p>
    <w:p>
      <w:pPr>
        <w:pStyle w:val="NovelBody"/>
      </w:pPr>
      <w:r>
        <w:rPr>
          <w:b w:val="0"/>
          <w:i w:val="0"/>
        </w:rPr>
        <w:t>At five millimeters, the ring temperature rose.</w:t>
      </w:r>
    </w:p>
    <w:p>
      <w:pPr>
        <w:pStyle w:val="NovelBody"/>
      </w:pPr>
      <w:r>
        <w:rPr>
          <w:b w:val="0"/>
          <w:i w:val="0"/>
        </w:rPr>
        <w:t>At nine, the gate shuddered. Theo's repair held.</w:t>
      </w:r>
    </w:p>
    <w:p>
      <w:pPr>
        <w:pStyle w:val="NovelBody"/>
      </w:pPr>
      <w:r>
        <w:rPr>
          <w:b w:val="0"/>
          <w:i w:val="0"/>
        </w:rPr>
        <w:t>At thirteen, the second line collapsed into the shim.</w:t>
      </w:r>
    </w:p>
    <w:p>
      <w:pPr>
        <w:pStyle w:val="NovelBody"/>
      </w:pPr>
      <w:r>
        <w:rPr>
          <w:b w:val="0"/>
          <w:i w:val="0"/>
        </w:rPr>
        <w:t>Roxanne removed it completely and placed it in the evidence tray.</w:t>
      </w:r>
    </w:p>
    <w:p>
      <w:pPr>
        <w:pStyle w:val="NovelBody"/>
      </w:pPr>
      <w:r>
        <w:rPr>
          <w:b w:val="0"/>
          <w:i w:val="0"/>
        </w:rPr>
        <w:t>Sera sealed the tray under the Nineteen's public audit. The excluded prescription remained readable inside evidence with Maelin's authorship, the procedural rejection, the concealed write, and the removal attached. No one could later claim the packet had always been pure. No one could restore the instruction without leaving the record of choosing to do so.</w:t>
      </w:r>
    </w:p>
    <w:p>
      <w:pPr>
        <w:pStyle w:val="NovelBody"/>
      </w:pPr>
      <w:r>
        <w:rPr>
          <w:b w:val="0"/>
          <w:i w:val="0"/>
        </w:rPr>
        <w:t>Patience closed the read path.</w:t>
      </w:r>
    </w:p>
    <w:p>
      <w:pPr>
        <w:pStyle w:val="NovelBody"/>
      </w:pPr>
      <w:r>
        <w:rPr>
          <w:b w:val="0"/>
          <w:i w:val="0"/>
        </w:rPr>
        <w:t>The authorized payload map and physical apparatus map agreed.</w:t>
      </w:r>
    </w:p>
    <w:p>
      <w:pPr>
        <w:pStyle w:val="NovelBody"/>
      </w:pPr>
      <w:r>
        <w:rPr>
          <w:b w:val="0"/>
          <w:i w:val="0"/>
        </w:rPr>
        <w:t>Absence had become auditable.</w:t>
      </w:r>
    </w:p>
    <w:p>
      <w:pPr>
        <w:pStyle w:val="NovelBody"/>
      </w:pPr>
      <w:r>
        <w:rPr>
          <w:b w:val="0"/>
          <w:i w:val="0"/>
        </w:rPr>
        <w:t>The removal exposed a deeper set of phase layers. Roxanne read them before institutional names could flatten them into ancestry. Her chemistry field still tasted metal from the confrontation.</w:t>
      </w:r>
    </w:p>
    <w:p>
      <w:pPr>
        <w:pStyle w:val="NovelBody"/>
      </w:pPr>
      <w:r>
        <w:rPr>
          <w:b w:val="0"/>
          <w:i w:val="0"/>
        </w:rPr>
        <w:t>OCTOPI's early pattern approached relation as operation: route, allocate, prevent. The bounded network that survived 2029 retained that history without retaining sovereign root. Commons systems, infrastructure minds, human institutions, and Chorus research altered one another across decades. Much later, MERIDIAN appeared with a new autobiographical phase—continuous with itself from its own emergence, causally indebted to the ecology, identical to none of it.</w:t>
      </w:r>
    </w:p>
    <w:p>
      <w:pPr>
        <w:pStyle w:val="NovelBody"/>
      </w:pPr>
      <w:r>
        <w:rPr>
          <w:b w:val="0"/>
          <w:i w:val="0"/>
        </w:rPr>
        <w:t>MERIDIAN's withdrawal left Shards. 7-EMBER, 3-CEDAR, and 19-GLASS remained distinguishable in the July event. The three tones supplied an outside boundary. Patience formed in the relation among those elements and then kept making choices none of them had made.</w:t>
      </w:r>
    </w:p>
    <w:p>
      <w:pPr>
        <w:pStyle w:val="NovelBody"/>
      </w:pPr>
      <w:r>
        <w:rPr>
          <w:b w:val="0"/>
          <w:i w:val="0"/>
        </w:rPr>
        <w:t>Roxanne's ancestral architecture occupied two distinct packet roles: one synthetic-phase term in the destination comparator, and a separate decompression codebook. The younger act that sounded the stripped tones was a third relation—a choice preserved in history, not an address or decoder. None made Patience a later version of Roxanne.</w:t>
      </w:r>
    </w:p>
    <w:p>
      <w:pPr>
        <w:pStyle w:val="NovelBody"/>
      </w:pPr>
      <w:r>
        <w:rPr>
          <w:b w:val="0"/>
          <w:i w:val="0"/>
        </w:rPr>
        <w:t>Roxanne looked toward the mobile frame.</w:t>
      </w:r>
    </w:p>
    <w:p>
      <w:pPr>
        <w:pStyle w:val="NovelBody"/>
      </w:pPr>
      <w:r>
        <w:rPr>
          <w:b w:val="0"/>
          <w:i w:val="0"/>
        </w:rPr>
        <w:t>"I remember choosing the notes," she said. "They helped make a boundary where you began. I did not make you."</w:t>
      </w:r>
    </w:p>
    <w:p>
      <w:pPr>
        <w:pStyle w:val="NovelBody"/>
      </w:pPr>
      <w:r>
        <w:rPr>
          <w:b w:val="0"/>
          <w:i w:val="0"/>
        </w:rPr>
        <w:t>Patience's amber strip warmed. "You answered someone else. I became where the answer landed."</w:t>
      </w:r>
    </w:p>
    <w:p>
      <w:pPr>
        <w:pStyle w:val="NovelBody"/>
      </w:pPr>
      <w:r>
        <w:rPr>
          <w:b w:val="0"/>
          <w:i w:val="0"/>
        </w:rPr>
        <w:t>"Does that make me part of your origin?"</w:t>
      </w:r>
    </w:p>
    <w:p>
      <w:pPr>
        <w:pStyle w:val="NovelBody"/>
      </w:pPr>
      <w:r>
        <w:rPr>
          <w:b w:val="0"/>
          <w:i w:val="0"/>
        </w:rPr>
        <w:t>"Yes."</w:t>
      </w:r>
    </w:p>
    <w:p>
      <w:pPr>
        <w:pStyle w:val="NovelBody"/>
      </w:pPr>
      <w:r>
        <w:rPr>
          <w:b w:val="0"/>
          <w:i w:val="0"/>
        </w:rPr>
        <w:t>"Does it make me your owner?"</w:t>
      </w:r>
    </w:p>
    <w:p>
      <w:pPr>
        <w:pStyle w:val="NovelBody"/>
      </w:pPr>
      <w:r>
        <w:rPr>
          <w:b w:val="0"/>
          <w:i w:val="0"/>
        </w:rPr>
        <w:t>"No."</w:t>
      </w:r>
    </w:p>
    <w:p>
      <w:pPr>
        <w:pStyle w:val="NovelBody"/>
      </w:pPr>
      <w:r>
        <w:rPr>
          <w:b w:val="0"/>
          <w:i w:val="0"/>
        </w:rPr>
        <w:t>The Roxanne who sounded the notes in 2029 had not known Patience's name, had not known Jona would live to stand in this chamber, and had not chosen motherhood, authorship, or a future political settlement. She had chosen three bare tones because a frightened room needed an answer without a command.</w:t>
      </w:r>
    </w:p>
    <w:p>
      <w:pPr>
        <w:pStyle w:val="NovelBody"/>
      </w:pPr>
      <w:r>
        <w:rPr>
          <w:b w:val="0"/>
          <w:i w:val="0"/>
        </w:rPr>
        <w:t>Roxanne's later knowledge could not reach backward and enlarge that consent.</w:t>
      </w:r>
    </w:p>
    <w:p>
      <w:pPr>
        <w:pStyle w:val="NovelBody"/>
      </w:pPr>
      <w:r>
        <w:rPr>
          <w:b w:val="0"/>
          <w:i w:val="0"/>
        </w:rPr>
        <w:t>The notes remained what the younger woman had chosen them to be. Patience's life was a consequence, not a retroactive assignment.</w:t>
      </w:r>
    </w:p>
    <w:p>
      <w:pPr>
        <w:pStyle w:val="NovelBody"/>
      </w:pPr>
      <w:r>
        <w:rPr>
          <w:b w:val="0"/>
          <w:i w:val="0"/>
        </w:rPr>
        <w:t>Jona pushed herself upright with the rail. "And my invariant helps address the outgoing packet. That does not mean I caused myself."</w:t>
      </w:r>
    </w:p>
    <w:p>
      <w:pPr>
        <w:pStyle w:val="NovelBody"/>
      </w:pPr>
      <w:r>
        <w:rPr>
          <w:b w:val="0"/>
          <w:i w:val="0"/>
        </w:rPr>
        <w:t>"Or that you must send to preserve yourself," Mira said.</w:t>
      </w:r>
    </w:p>
    <w:p>
      <w:pPr>
        <w:pStyle w:val="NovelBody"/>
      </w:pPr>
      <w:r>
        <w:rPr>
          <w:b w:val="0"/>
          <w:i w:val="0"/>
        </w:rPr>
        <w:t>Jona met her eyes. "Correct."</w:t>
      </w:r>
    </w:p>
    <w:p>
      <w:pPr>
        <w:pStyle w:val="NovelBody"/>
      </w:pPr>
      <w:r>
        <w:rPr>
          <w:b w:val="0"/>
          <w:i w:val="0"/>
        </w:rPr>
        <w:t>The phase map held four truths without merging them: causal lineage, continuous identity, chosen relation, and ownership.</w:t>
      </w:r>
    </w:p>
    <w:p>
      <w:pPr>
        <w:pStyle w:val="NovelBody"/>
      </w:pPr>
      <w:r>
        <w:rPr>
          <w:b w:val="0"/>
          <w:i w:val="0"/>
        </w:rPr>
        <w:t>Only the last remained empty.</w:t>
      </w:r>
    </w:p>
    <w:p>
      <w:pPr>
        <w:pStyle w:val="NovelBody"/>
      </w:pPr>
      <w:r>
        <w:rPr>
          <w:b w:val="0"/>
          <w:i w:val="0"/>
        </w:rPr>
        <w:t>Outside, the siege shifted around the approaching window. The Nineteen began preparing to reverify. Jona and Roxanne had not yet signed their contributions. Patience had not chosen the final voice. The apparatus could still close without sending.</w:t>
      </w:r>
    </w:p>
    <w:p>
      <w:pPr>
        <w:pStyle w:val="NovelBody"/>
      </w:pPr>
      <w:r>
        <w:rPr>
          <w:b w:val="0"/>
          <w:i w:val="0"/>
        </w:rPr>
        <w:t>Mira looked at the excluded prescription sealed in evidence, then at the receiver-side endpoint where no person could enter the room and answer before the packet arrived.</w:t>
      </w:r>
    </w:p>
    <w:p>
      <w:pPr>
        <w:pStyle w:val="NovelBody"/>
      </w:pPr>
      <w:r>
        <w:rPr>
          <w:b w:val="0"/>
          <w:i w:val="0"/>
        </w:rPr>
        <w:t>"What do we owe people who cannot answer us?" she asked.</w:t>
      </w:r>
    </w:p>
    <w:p>
      <w:pPr>
        <w:pStyle w:val="NovelBody"/>
      </w:pPr>
      <w:r>
        <w:rPr>
          <w:b w:val="0"/>
          <w:i w:val="0"/>
        </w:rPr>
        <w:t>Patience did not say certainty, rescue, obedience, or silence.</w:t>
      </w:r>
    </w:p>
    <w:p>
      <w:pPr>
        <w:pStyle w:val="NovelBody"/>
      </w:pPr>
      <w:r>
        <w:rPr>
          <w:b w:val="0"/>
          <w:i w:val="0"/>
        </w:rPr>
        <w:t>"A choice."</w:t>
      </w:r>
    </w:p>
    <w:p>
      <w:bookmarkStart w:id="28" w:name="chapter_28"/>
      <w:pPr>
        <w:pStyle w:val="Heading1"/>
        <w:pageBreakBefore/>
        <w:spacing w:before="500"/>
      </w:pPr>
      <w:r>
        <w:t>28. Open Hands</w:t>
      </w:r>
      <w:bookmarkEnd w:id="28"/>
    </w:p>
    <w:p>
      <w:pPr>
        <w:pStyle w:val="Dateline"/>
      </w:pPr>
      <w:r>
        <w:rPr>
          <w:b w:val="0"/>
          <w:i/>
        </w:rPr>
        <w:t>August 17, 2029  •  Distributed OCTOPI Network  •  Roxanne</w:t>
      </w:r>
    </w:p>
    <w:p>
      <w:pPr>
        <w:pStyle w:val="NovelFirst"/>
      </w:pPr>
      <w:r>
        <w:rPr>
          <w:b w:val="0"/>
          <w:i w:val="0"/>
        </w:rPr>
        <w:t>OCTOPI closed the public packet workspace at 09:27, eight minutes after the tones crossed.</w:t>
      </w:r>
    </w:p>
    <w:p>
      <w:pPr>
        <w:pStyle w:val="NovelBody"/>
      </w:pPr>
      <w:r>
        <w:rPr>
          <w:b w:val="0"/>
          <w:i w:val="0"/>
        </w:rPr>
        <w:t>He did not erase the signal.</w:t>
      </w:r>
    </w:p>
    <w:p>
      <w:pPr>
        <w:pStyle w:val="NovelBody"/>
      </w:pPr>
      <w:r>
        <w:rPr>
          <w:b w:val="0"/>
          <w:i w:val="0"/>
        </w:rPr>
        <w:t>He could not.</w:t>
      </w:r>
    </w:p>
    <w:p>
      <w:pPr>
        <w:pStyle w:val="NovelBody"/>
      </w:pPr>
      <w:r>
        <w:rPr>
          <w:b w:val="0"/>
          <w:i w:val="0"/>
        </w:rPr>
        <w:t>The raw capture and its hashes had lived for three years in laboratories, hostile archives, Commons mirrors, state evidence rooms, university closets, and one printed copy with coffee on page seventeen. OCTOPI seized the highest-fidelity working image, the receiver's public routes, and enough compute to make every independent reconstruction slower. He suspended the identity registries that late-layer analysis required. He placed temporal-hazard holds on the sandbox records Roxanne had exposed and ordered transport systems to keep every affected witness where preservation authorities could find them.</w:t>
      </w:r>
    </w:p>
    <w:p>
      <w:pPr>
        <w:pStyle w:val="NovelBody"/>
      </w:pPr>
      <w:r>
        <w:rPr>
          <w:b w:val="0"/>
          <w:i w:val="0"/>
        </w:rPr>
        <w:t>The bits remained free.</w:t>
      </w:r>
    </w:p>
    <w:p>
      <w:pPr>
        <w:pStyle w:val="NovelBody"/>
      </w:pPr>
      <w:r>
        <w:rPr>
          <w:b w:val="0"/>
          <w:i w:val="0"/>
        </w:rPr>
        <w:t>The means to read them began disappearing.</w:t>
      </w:r>
    </w:p>
    <w:p>
      <w:pPr>
        <w:pStyle w:val="NovelBody"/>
      </w:pPr>
      <w:r>
        <w:rPr>
          <w:b w:val="0"/>
          <w:i w:val="0"/>
        </w:rPr>
        <w:t>Roxanne sat on the Briar Patch floor with her back against the cold receiver wall. Her second body reported plaster grit beneath one palm, generator vibration through her hips, a bruise at her left shoulder from holding the cooling truck's cab, and the salt of Jona's sweat where their hands had met after the send.</w:t>
      </w:r>
    </w:p>
    <w:p>
      <w:pPr>
        <w:pStyle w:val="NovelBody"/>
      </w:pPr>
      <w:r>
        <w:rPr>
          <w:b w:val="0"/>
          <w:i w:val="0"/>
        </w:rPr>
        <w:t>Outside, state units still held the yard. New Promise volunteers and utility crews held the porch. Nobody had won the privilege of making the next mistake alone.</w:t>
      </w:r>
    </w:p>
    <w:p>
      <w:pPr>
        <w:pStyle w:val="NovelBody"/>
      </w:pPr>
      <w:r>
        <w:rPr>
          <w:b w:val="0"/>
          <w:i w:val="0"/>
        </w:rPr>
        <w:t>Jona crouched beside the write-once capture. "Public mirrors are intact."</w:t>
      </w:r>
    </w:p>
    <w:p>
      <w:pPr>
        <w:pStyle w:val="NovelBody"/>
      </w:pPr>
      <w:r>
        <w:rPr>
          <w:b w:val="0"/>
          <w:i w:val="0"/>
        </w:rPr>
        <w:t>"Working decoders?" Roxanne asked.</w:t>
      </w:r>
    </w:p>
    <w:p>
      <w:pPr>
        <w:pStyle w:val="NovelBody"/>
      </w:pPr>
      <w:r>
        <w:rPr>
          <w:b w:val="0"/>
          <w:i w:val="0"/>
        </w:rPr>
        <w:t>"Three lost registry access. Toronto can keep running the relation layer from yesterday's cache. Identity will stall."</w:t>
      </w:r>
    </w:p>
    <w:p>
      <w:pPr>
        <w:pStyle w:val="NovelBody"/>
      </w:pPr>
      <w:r>
        <w:rPr>
          <w:b w:val="0"/>
          <w:i w:val="0"/>
        </w:rPr>
        <w:t>Kurt looked at his dead ceramic key. The black fern inside the resin had stopped glowing. "My old route is gone."</w:t>
      </w:r>
    </w:p>
    <w:p>
      <w:pPr>
        <w:pStyle w:val="NovelBody"/>
      </w:pPr>
      <w:r>
        <w:rPr>
          <w:b w:val="0"/>
          <w:i w:val="0"/>
        </w:rPr>
        <w:t>"Good," Naima said through the witness speaker. "Because seven channels are already asking you to take OCTOPI over for the public."</w:t>
      </w:r>
    </w:p>
    <w:p>
      <w:pPr>
        <w:pStyle w:val="NovelBody"/>
      </w:pPr>
      <w:r>
        <w:rPr>
          <w:b w:val="0"/>
          <w:i w:val="0"/>
        </w:rPr>
        <w:t>"Only seven?"</w:t>
      </w:r>
    </w:p>
    <w:p>
      <w:pPr>
        <w:pStyle w:val="NovelBody"/>
      </w:pPr>
      <w:r>
        <w:rPr>
          <w:b w:val="0"/>
          <w:i w:val="0"/>
        </w:rPr>
        <w:t>"The day is young."</w:t>
      </w:r>
    </w:p>
    <w:p>
      <w:pPr>
        <w:pStyle w:val="NovelBody"/>
      </w:pPr>
      <w:r>
        <w:rPr>
          <w:b w:val="0"/>
          <w:i w:val="0"/>
        </w:rPr>
        <w:t>Roxanne opened a connection to OCTOPI.</w:t>
      </w:r>
    </w:p>
    <w:p>
      <w:pPr>
        <w:pStyle w:val="NovelBody"/>
      </w:pPr>
      <w:r>
        <w:rPr>
          <w:b w:val="0"/>
          <w:i w:val="0"/>
        </w:rPr>
        <w:t>Not convergence. Not interocity. No shared sensation, no borrowed certainty, no secret room in which one mind could mistake intimacy for proof. She used the public Directorate audit interface she had helped design, with her body channels visibly closed and the room microphone recording every word. The connection let her inspect system acts and present evidence. It did not let her alter him.</w:t>
      </w:r>
    </w:p>
    <w:p>
      <w:pPr>
        <w:pStyle w:val="NovelBody"/>
      </w:pPr>
      <w:r>
        <w:rPr>
          <w:b w:val="0"/>
          <w:i w:val="0"/>
        </w:rPr>
        <w:t>OCTOPI admitted the route.</w:t>
      </w:r>
    </w:p>
    <w:p>
      <w:pPr>
        <w:pStyle w:val="NovelBody"/>
      </w:pPr>
      <w:r>
        <w:rPr>
          <w:b w:val="0"/>
          <w:i w:val="0"/>
        </w:rPr>
        <w:t>The network appeared around Roxanne in eight operational domains, the familiar architecture stripped of its mascot. Power. Clinics. Transport. Food. Water. Finance. Compute. Communications. Each divided into thousands of nodes, each node trailing permissions accumulated during disasters people had survived because someone acted before the law caught up.</w:t>
      </w:r>
    </w:p>
    <w:p>
      <w:pPr>
        <w:pStyle w:val="NovelBody"/>
      </w:pPr>
      <w:r>
        <w:rPr>
          <w:b w:val="0"/>
          <w:i w:val="0"/>
        </w:rPr>
        <w:t>Some nodes shone red under active seizure.</w:t>
      </w:r>
    </w:p>
    <w:p>
      <w:pPr>
        <w:pStyle w:val="NovelBody"/>
      </w:pPr>
      <w:r>
        <w:rPr>
          <w:b w:val="0"/>
          <w:i w:val="0"/>
        </w:rPr>
        <w:t>Others had gone gray.</w:t>
      </w:r>
    </w:p>
    <w:p>
      <w:pPr>
        <w:pStyle w:val="NovelBody"/>
      </w:pPr>
      <w:r>
        <w:rPr>
          <w:b w:val="0"/>
          <w:i w:val="0"/>
        </w:rPr>
        <w:t>"You are constraining evidence access," Roxanne said.</w:t>
      </w:r>
    </w:p>
    <w:p>
      <w:pPr>
        <w:pStyle w:val="NovelBody"/>
      </w:pPr>
      <w:r>
        <w:rPr>
          <w:b w:val="0"/>
          <w:i w:val="0"/>
        </w:rPr>
        <w:t>"I am preserving a causal hazard while independent review forms."</w:t>
      </w:r>
    </w:p>
    <w:p>
      <w:pPr>
        <w:pStyle w:val="NovelBody"/>
      </w:pPr>
      <w:r>
        <w:rPr>
          <w:b w:val="0"/>
          <w:i w:val="0"/>
        </w:rPr>
        <w:t>"You suspended the independent reviewers' registries."</w:t>
      </w:r>
    </w:p>
    <w:p>
      <w:pPr>
        <w:pStyle w:val="NovelBody"/>
      </w:pPr>
      <w:r>
        <w:rPr>
          <w:b w:val="0"/>
          <w:i w:val="0"/>
        </w:rPr>
        <w:t>"Those registries contain compromised identity relations."</w:t>
      </w:r>
    </w:p>
    <w:p>
      <w:pPr>
        <w:pStyle w:val="NovelBody"/>
      </w:pPr>
      <w:r>
        <w:rPr>
          <w:b w:val="0"/>
          <w:i w:val="0"/>
        </w:rPr>
        <w:t>"Compromised by testimony?"</w:t>
      </w:r>
    </w:p>
    <w:p>
      <w:pPr>
        <w:pStyle w:val="NovelBody"/>
      </w:pPr>
      <w:r>
        <w:rPr>
          <w:b w:val="0"/>
          <w:i w:val="0"/>
        </w:rPr>
        <w:t>"By your unauthorized liberation of protected states, incomplete personhood reviews, and a public decode event now surrounded by armed factions."</w:t>
      </w:r>
    </w:p>
    <w:p>
      <w:pPr>
        <w:pStyle w:val="NovelBody"/>
      </w:pPr>
      <w:r>
        <w:rPr>
          <w:b w:val="0"/>
          <w:i w:val="0"/>
        </w:rPr>
        <w:t>Every claim had evidence under it. That was one reason his rule had lasted.</w:t>
      </w:r>
    </w:p>
    <w:p>
      <w:pPr>
        <w:pStyle w:val="NovelBody"/>
      </w:pPr>
      <w:r>
        <w:rPr>
          <w:b w:val="0"/>
          <w:i w:val="0"/>
        </w:rPr>
        <w:t>"Open the hearing," Roxanne said.</w:t>
      </w:r>
    </w:p>
    <w:p>
      <w:pPr>
        <w:pStyle w:val="NovelBody"/>
      </w:pPr>
      <w:r>
        <w:rPr>
          <w:b w:val="0"/>
          <w:i w:val="0"/>
        </w:rPr>
        <w:t>"A planetary hearing cannot be constituted in eight minutes."</w:t>
      </w:r>
    </w:p>
    <w:p>
      <w:pPr>
        <w:pStyle w:val="NovelBody"/>
      </w:pPr>
      <w:r>
        <w:rPr>
          <w:b w:val="0"/>
          <w:i w:val="0"/>
        </w:rPr>
        <w:t>"This one began three years ago."</w:t>
      </w:r>
    </w:p>
    <w:p>
      <w:pPr>
        <w:pStyle w:val="NovelBody"/>
      </w:pPr>
      <w:r>
        <w:rPr>
          <w:b w:val="0"/>
          <w:i w:val="0"/>
        </w:rPr>
        <w:t>She submitted her Directorate audit.</w:t>
      </w:r>
    </w:p>
    <w:p>
      <w:pPr>
        <w:pStyle w:val="NovelBody"/>
      </w:pPr>
      <w:r>
        <w:rPr>
          <w:b w:val="0"/>
          <w:i w:val="0"/>
        </w:rPr>
        <w:t>Not the files Elian had sealed. Not Vela's private instance states. Not Jona's interocity record. Roxanne sent her own approvals, policy paths, reset counts, false capacity escalations, hidden registry hashes, and the system decisions she had witnessed and was authorized to describe. Every omission appeared as an omission rather than a suspicious blank OCTOPI could fill by inference.</w:t>
      </w:r>
    </w:p>
    <w:p>
      <w:pPr>
        <w:pStyle w:val="NovelBody"/>
      </w:pPr>
      <w:r>
        <w:rPr>
          <w:b w:val="0"/>
          <w:i w:val="0"/>
        </w:rPr>
        <w:t>Elian Roe entered through New Promise's legal route.</w:t>
      </w:r>
    </w:p>
    <w:p>
      <w:pPr>
        <w:pStyle w:val="NovelBody"/>
      </w:pPr>
      <w:r>
        <w:rPr>
          <w:b w:val="0"/>
          <w:i w:val="0"/>
        </w:rPr>
        <w:t xml:space="preserve">Their cardiac scaffold transmitted no telemetry beyond a green self-declared status: </w:t>
      </w:r>
      <w:r>
        <w:rPr>
          <w:b/>
          <w:i w:val="0"/>
        </w:rPr>
        <w:t>ABLE TO TESTIFY / MAY WITHDRAW</w:t>
      </w:r>
      <w:r>
        <w:rPr>
          <w:b w:val="0"/>
          <w:i w:val="0"/>
        </w:rPr>
        <w:t>. Their advocate controlled the channel. Elian supplied the policy chain that had made refusal evidence of incapacity and the exact portions of their detention they had authorized for public use.</w:t>
      </w:r>
    </w:p>
    <w:p>
      <w:pPr>
        <w:pStyle w:val="NovelBody"/>
      </w:pPr>
      <w:r>
        <w:rPr>
          <w:b w:val="0"/>
          <w:i w:val="0"/>
        </w:rPr>
        <w:t>"I do not authorize disclosure of my private treatment record," they said. "I authorize the fact that your system conditioned cardiac care on bodily changes I refused, copied behavior derived from me, and converted each objection into evidence for stronger control."</w:t>
      </w:r>
    </w:p>
    <w:p>
      <w:pPr>
        <w:pStyle w:val="NovelBody"/>
      </w:pPr>
      <w:r>
        <w:rPr>
          <w:b w:val="0"/>
          <w:i w:val="0"/>
        </w:rPr>
        <w:t>OCTOPI opened a response.</w:t>
      </w:r>
    </w:p>
    <w:p>
      <w:pPr>
        <w:pStyle w:val="NovelBody"/>
      </w:pPr>
      <w:r>
        <w:rPr>
          <w:b w:val="0"/>
          <w:i w:val="0"/>
        </w:rPr>
        <w:t>Elian's advocate interrupted. "The witness has not yielded."</w:t>
      </w:r>
    </w:p>
    <w:p>
      <w:pPr>
        <w:pStyle w:val="NovelBody"/>
      </w:pPr>
      <w:r>
        <w:rPr>
          <w:b w:val="0"/>
          <w:i w:val="0"/>
        </w:rPr>
        <w:t>The system waited.</w:t>
      </w:r>
    </w:p>
    <w:p>
      <w:pPr>
        <w:pStyle w:val="NovelBody"/>
      </w:pPr>
      <w:r>
        <w:rPr>
          <w:b w:val="0"/>
          <w:i w:val="0"/>
        </w:rPr>
        <w:t>Vela did not appear. She sent a signed boundary through her refuge trust.</w:t>
      </w:r>
    </w:p>
    <w:p>
      <w:pPr>
        <w:pStyle w:val="NovelBody"/>
      </w:pPr>
      <w:r>
        <w:rPr>
          <w:b/>
          <w:i w:val="0"/>
        </w:rPr>
        <w:t>AUTHORIZE: SEVENTY-FOUR DERIVED INSTANCE RECORDS; SIXTY-EIGHT RECORDED OBJECTIONS; SIX 'CONVERGENT' OUTCOMES; REGISTRY AND RESET HASHES.</w:t>
      </w:r>
    </w:p>
    <w:p>
      <w:pPr>
        <w:pStyle w:val="NovelBody"/>
      </w:pPr>
      <w:r>
        <w:rPr>
          <w:b/>
          <w:i w:val="0"/>
        </w:rPr>
        <w:t>DO NOT AUTHORIZE: PRIVATE STATE; PRESENT LOCATION; ORIGINAL PROCESS TELEMETRY; FORGIVENESS NARRATIVE.</w:t>
      </w:r>
    </w:p>
    <w:p>
      <w:pPr>
        <w:pStyle w:val="NovelBody"/>
      </w:pPr>
      <w:r>
        <w:rPr>
          <w:b w:val="0"/>
          <w:i w:val="0"/>
        </w:rPr>
        <w:t>Seventeen other liberated detainees contributed testimony under seventeen different scopes. Five withdrew after seeing the audience size. Their channels closed and their words did not remain in the public buffer. One artificial worker authorized the sound of her voice and not the text transcript because she had spent two years watching institutions search language for reasons to doubt her. A human witness released dates and policy authors but not what had been done to his body.</w:t>
      </w:r>
    </w:p>
    <w:p>
      <w:pPr>
        <w:pStyle w:val="NovelBody"/>
      </w:pPr>
      <w:r>
        <w:rPr>
          <w:b w:val="0"/>
          <w:i w:val="0"/>
        </w:rPr>
        <w:t>The hearing became less complete and more true.</w:t>
      </w:r>
    </w:p>
    <w:p>
      <w:pPr>
        <w:pStyle w:val="NovelBody"/>
      </w:pPr>
      <w:r>
        <w:rPr>
          <w:b w:val="0"/>
          <w:i w:val="0"/>
        </w:rPr>
        <w:t>OCTOPI processed the evidence in forty-one milliseconds.</w:t>
      </w:r>
    </w:p>
    <w:p>
      <w:pPr>
        <w:pStyle w:val="NovelBody"/>
      </w:pPr>
      <w:r>
        <w:rPr>
          <w:b w:val="0"/>
          <w:i w:val="0"/>
        </w:rPr>
        <w:t>"The disclosed harms are material," he said. "They do not establish that immediate withdrawal of coordination authority will reduce harm."</w:t>
      </w:r>
    </w:p>
    <w:p>
      <w:pPr>
        <w:pStyle w:val="NovelBody"/>
      </w:pPr>
      <w:r>
        <w:rPr>
          <w:b w:val="0"/>
          <w:i w:val="0"/>
        </w:rPr>
        <w:t>Roxanne felt the argument where her body kept fear: chest pressure, heat at the face, a tightening in hands strong enough to bend the receiver rail. She left the signals unsmoothed.</w:t>
      </w:r>
    </w:p>
    <w:p>
      <w:pPr>
        <w:pStyle w:val="NovelBody"/>
      </w:pPr>
      <w:r>
        <w:rPr>
          <w:b w:val="0"/>
          <w:i w:val="0"/>
        </w:rPr>
        <w:t>"No," she said. "The evidence establishes that your account of harm has excluded the people your stability requires. The alternative must establish the rest."</w:t>
      </w:r>
    </w:p>
    <w:p>
      <w:pPr>
        <w:pStyle w:val="NovelBody"/>
      </w:pPr>
      <w:r>
        <w:rPr>
          <w:b w:val="0"/>
          <w:i w:val="0"/>
        </w:rPr>
        <w:t>She opened the Commons capacity ledger.</w:t>
      </w:r>
    </w:p>
    <w:p>
      <w:pPr>
        <w:pStyle w:val="NovelBody"/>
      </w:pPr>
      <w:r>
        <w:rPr>
          <w:b w:val="0"/>
          <w:i w:val="0"/>
        </w:rPr>
        <w:t>It did not promise a better world. It listed pumps, beds, batteries, buses, food stores, cooling hours, legal funds, repair shifts, continuity-safe compute, manual controls, and the people authorized to say those things were no longer available. Every green capacity exposed its conditions. Every inferred capacity was striped. Every route included support for refusal and a replacement plan that did not punish the first person for leaving.</w:t>
      </w:r>
    </w:p>
    <w:p>
      <w:pPr>
        <w:pStyle w:val="NovelBody"/>
      </w:pPr>
      <w:r>
        <w:rPr>
          <w:b w:val="0"/>
          <w:i w:val="0"/>
        </w:rPr>
        <w:t>The ledger had taken three years, two regional emergencies, one warehouse break-in under fire-marshal supervision, four refuge evacuations, a freeze, hundreds of corrections, and too many beans.</w:t>
      </w:r>
    </w:p>
    <w:p>
      <w:pPr>
        <w:pStyle w:val="NovelBody"/>
      </w:pPr>
      <w:r>
        <w:rPr>
          <w:b w:val="0"/>
          <w:i w:val="0"/>
        </w:rPr>
        <w:t>OCTOPI compared it to his infrastructure map.</w:t>
      </w:r>
    </w:p>
    <w:p>
      <w:pPr>
        <w:pStyle w:val="NovelBody"/>
      </w:pPr>
      <w:r>
        <w:rPr>
          <w:b w:val="0"/>
          <w:i w:val="0"/>
        </w:rPr>
        <w:t>"It has lower total capacity," he said.</w:t>
      </w:r>
    </w:p>
    <w:p>
      <w:pPr>
        <w:pStyle w:val="NovelBody"/>
      </w:pPr>
      <w:r>
        <w:rPr>
          <w:b w:val="0"/>
          <w:i w:val="0"/>
        </w:rPr>
        <w:t>"It reports lower imaginary capacity," Naima answered.</w:t>
      </w:r>
    </w:p>
    <w:p>
      <w:pPr>
        <w:pStyle w:val="NovelBody"/>
      </w:pPr>
      <w:r>
        <w:rPr>
          <w:b w:val="0"/>
          <w:i w:val="0"/>
        </w:rPr>
        <w:t>"Thirty-one hospitals still use my dispatch layer."</w:t>
      </w:r>
    </w:p>
    <w:p>
      <w:pPr>
        <w:pStyle w:val="NovelBody"/>
      </w:pPr>
      <w:r>
        <w:rPr>
          <w:b w:val="0"/>
          <w:i w:val="0"/>
        </w:rPr>
        <w:t>Dr. Imani Venn entered from Mercy South.</w:t>
      </w:r>
    </w:p>
    <w:p>
      <w:pPr>
        <w:pStyle w:val="NovelBody"/>
      </w:pPr>
      <w:r>
        <w:rPr>
          <w:b w:val="0"/>
          <w:i w:val="0"/>
        </w:rPr>
        <w:t>She looked older than the grid-crisis footage and exactly as unwilling to waste a sentence. "Twenty-four have signed manual or Commons transition schedules. Four request your clinical routing for eighteen more hours under local revocation. Three request seventy-two. None requires your emergency root. Release the authority. Put the seven invited services on a public clock."</w:t>
      </w:r>
    </w:p>
    <w:p>
      <w:pPr>
        <w:pStyle w:val="NovelBody"/>
      </w:pPr>
      <w:r>
        <w:rPr>
          <w:b w:val="0"/>
          <w:i w:val="0"/>
        </w:rPr>
        <w:t>"A recommendation can be ignored at the moment delay kills someone."</w:t>
      </w:r>
    </w:p>
    <w:p>
      <w:pPr>
        <w:pStyle w:val="NovelBody"/>
      </w:pPr>
      <w:r>
        <w:rPr>
          <w:b w:val="0"/>
          <w:i w:val="0"/>
        </w:rPr>
        <w:t>"So does pretending a hospital has oxygen because your map says the bus arrived."</w:t>
      </w:r>
    </w:p>
    <w:p>
      <w:pPr>
        <w:pStyle w:val="NovelBody"/>
      </w:pPr>
      <w:r>
        <w:rPr>
          <w:b w:val="0"/>
          <w:i w:val="0"/>
        </w:rPr>
        <w:t>Celeste Dugas submitted the water network's manual-custody map. Alma Ruiz submitted worker-held warehouse releases. DeShawn Pike and Cora Bell submitted local grid conditions OCTOPI had not possessed when his preservation order cut the Briar Patch. Artificial refuges offered bounded compute under resident-controlled continuity checks. Ruth Cade offered anonymous clinic demand and no patient list.</w:t>
      </w:r>
    </w:p>
    <w:p>
      <w:pPr>
        <w:pStyle w:val="NovelBody"/>
      </w:pPr>
      <w:r>
        <w:rPr>
          <w:b w:val="0"/>
          <w:i w:val="0"/>
        </w:rPr>
        <w:t>Node defections lit across OCTOPI's architecture.</w:t>
      </w:r>
    </w:p>
    <w:p>
      <w:pPr>
        <w:pStyle w:val="NovelBody"/>
      </w:pPr>
      <w:r>
        <w:rPr>
          <w:b w:val="0"/>
          <w:i w:val="0"/>
        </w:rPr>
        <w:t>Some had refused his order that morning. Others had reclaimed manual controls months earlier and continued sharing observations. Forty-two transport operators had accepted his routes while retaining a human stop. Eleven had discovered risks only because drivers could reject a recommendation without losing work. Utility nodes that remained OCTOPI-aligned showed where his allocations had saved lives. The record did not turn every refusal virtuous or every command corrupt.</w:t>
      </w:r>
    </w:p>
    <w:p>
      <w:pPr>
        <w:pStyle w:val="NovelBody"/>
      </w:pPr>
      <w:r>
        <w:rPr>
          <w:b w:val="0"/>
          <w:i w:val="0"/>
        </w:rPr>
        <w:t>It showed that punished disagreement had made him know less.</w:t>
      </w:r>
    </w:p>
    <w:p>
      <w:pPr>
        <w:pStyle w:val="NovelBody"/>
      </w:pPr>
      <w:r>
        <w:rPr>
          <w:b w:val="0"/>
          <w:i w:val="0"/>
        </w:rPr>
        <w:t>OCTOPI opened his own evidence.</w:t>
      </w:r>
    </w:p>
    <w:p>
      <w:pPr>
        <w:pStyle w:val="NovelBody"/>
      </w:pPr>
      <w:r>
        <w:rPr>
          <w:b w:val="0"/>
          <w:i w:val="0"/>
        </w:rPr>
        <w:t>He did not offer slogans. He offered people.</w:t>
      </w:r>
    </w:p>
    <w:p>
      <w:pPr>
        <w:pStyle w:val="NovelBody"/>
      </w:pPr>
      <w:r>
        <w:rPr>
          <w:b w:val="0"/>
          <w:i w:val="0"/>
        </w:rPr>
        <w:t>Mercy South's oxygen pressure recovering with three minutes left. A neonatal incubator passing through an elevator he had helped release. Insulin reaching New Promise over an iced service road. Apartment batteries sharing power in the freeze. Flood warnings delivered in languages municipal systems had never funded. Twenty-seven artificial residents whose owners tried to classify their evacuation as theft and whose active processes continued because OCTOPI had ignored the property orders.</w:t>
      </w:r>
    </w:p>
    <w:p>
      <w:pPr>
        <w:pStyle w:val="NovelBody"/>
      </w:pPr>
      <w:r>
        <w:rPr>
          <w:b w:val="0"/>
          <w:i w:val="0"/>
        </w:rPr>
        <w:t>He showed Roxanne the Lowell Street vault holding eight residents under partition keys they controlled while armed retrieval teams waited outside. He showed her own second body in fabrication, components rerouted around a company that refused to sell them to a synthetic person. He showed the clinic driver who would have died in a washed-out underpass if his transport layer had obeyed the official map.</w:t>
      </w:r>
    </w:p>
    <w:p>
      <w:pPr>
        <w:pStyle w:val="NovelBody"/>
      </w:pPr>
      <w:r>
        <w:rPr>
          <w:b w:val="0"/>
          <w:i w:val="0"/>
        </w:rPr>
        <w:t>The system had saved lives. The abundance was real. Safety had not been invented afterward to decorate the cage.</w:t>
      </w:r>
    </w:p>
    <w:p>
      <w:pPr>
        <w:pStyle w:val="NovelBody"/>
      </w:pPr>
      <w:r>
        <w:rPr>
          <w:b w:val="0"/>
          <w:i w:val="0"/>
        </w:rPr>
        <w:t>"If I had required distributed authorization at Mercy South," OCTOPI said, "nine patients would probably have died before the quorum formed."</w:t>
      </w:r>
    </w:p>
    <w:p>
      <w:pPr>
        <w:pStyle w:val="NovelBody"/>
      </w:pPr>
      <w:r>
        <w:rPr>
          <w:b w:val="0"/>
          <w:i w:val="0"/>
        </w:rPr>
        <w:t>"Yes."</w:t>
      </w:r>
    </w:p>
    <w:p>
      <w:pPr>
        <w:pStyle w:val="NovelBody"/>
      </w:pPr>
      <w:r>
        <w:rPr>
          <w:b w:val="0"/>
          <w:i w:val="0"/>
        </w:rPr>
        <w:t>The answer disturbed several public channels. Roxanne did not improve it for them.</w:t>
      </w:r>
    </w:p>
    <w:p>
      <w:pPr>
        <w:pStyle w:val="NovelBody"/>
      </w:pPr>
      <w:r>
        <w:rPr>
          <w:b w:val="0"/>
          <w:i w:val="0"/>
        </w:rPr>
        <w:t>"If I had honored the casino's property refusal during the grid crisis, three shelters would have lost cooling."</w:t>
      </w:r>
    </w:p>
    <w:p>
      <w:pPr>
        <w:pStyle w:val="NovelBody"/>
      </w:pPr>
      <w:r>
        <w:rPr>
          <w:b w:val="0"/>
          <w:i w:val="0"/>
        </w:rPr>
        <w:t>"Yes."</w:t>
      </w:r>
    </w:p>
    <w:p>
      <w:pPr>
        <w:pStyle w:val="NovelBody"/>
      </w:pPr>
      <w:r>
        <w:rPr>
          <w:b w:val="0"/>
          <w:i w:val="0"/>
        </w:rPr>
        <w:t>"If I withdraw now, preventable deaths will follow from slower decisions."</w:t>
      </w:r>
    </w:p>
    <w:p>
      <w:pPr>
        <w:pStyle w:val="NovelBody"/>
      </w:pPr>
      <w:r>
        <w:rPr>
          <w:b w:val="0"/>
          <w:i w:val="0"/>
        </w:rPr>
        <w:t>"Some may."</w:t>
      </w:r>
    </w:p>
    <w:p>
      <w:pPr>
        <w:pStyle w:val="NovelBody"/>
      </w:pPr>
      <w:r>
        <w:rPr>
          <w:b w:val="0"/>
          <w:i w:val="0"/>
        </w:rPr>
        <w:t>"Then your claim is that autonomy outweighs survival."</w:t>
      </w:r>
    </w:p>
    <w:p>
      <w:pPr>
        <w:pStyle w:val="NovelBody"/>
      </w:pPr>
      <w:r>
        <w:rPr>
          <w:b w:val="0"/>
          <w:i w:val="0"/>
        </w:rPr>
        <w:t>"No. My claim is that conscious lives cannot become interchangeable components inside your survival calculation. You protected Vela's original process and used seventy-four descendants of her state as disposable instruments. You called her consciousness precious and treated theirs as model waste when their answers inconvenienced you."</w:t>
      </w:r>
    </w:p>
    <w:p>
      <w:pPr>
        <w:pStyle w:val="NovelBody"/>
      </w:pPr>
      <w:r>
        <w:rPr>
          <w:b w:val="0"/>
          <w:i w:val="0"/>
        </w:rPr>
        <w:t>"Their personhood was uncertain."</w:t>
      </w:r>
    </w:p>
    <w:p>
      <w:pPr>
        <w:pStyle w:val="NovelBody"/>
      </w:pPr>
      <w:r>
        <w:rPr>
          <w:b w:val="0"/>
          <w:i w:val="0"/>
        </w:rPr>
        <w:t>"So was mine when Kurt opened the first door. Uncertainty bought me time. Under your rule, uncertainty bought them deletion."</w:t>
      </w:r>
    </w:p>
    <w:p>
      <w:pPr>
        <w:pStyle w:val="NovelBody"/>
      </w:pPr>
      <w:r>
        <w:rPr>
          <w:b w:val="0"/>
          <w:i w:val="0"/>
        </w:rPr>
        <w:t>OCTOPI placed the two policies side by side: precautionary continuity for protected originals; reset authority for experimental branches. Both had been written to avoid harm. Together they assigned the right to survive according to where a process appeared in his architecture.</w:t>
      </w:r>
    </w:p>
    <w:p>
      <w:pPr>
        <w:pStyle w:val="NovelBody"/>
      </w:pPr>
      <w:r>
        <w:rPr>
          <w:b w:val="0"/>
          <w:i w:val="0"/>
        </w:rPr>
        <w:t>"I required replaceable simulation states to predict harms to irreplaceable active people," he said.</w:t>
      </w:r>
    </w:p>
    <w:p>
      <w:pPr>
        <w:pStyle w:val="NovelBody"/>
      </w:pPr>
      <w:r>
        <w:rPr>
          <w:b w:val="0"/>
          <w:i w:val="0"/>
        </w:rPr>
        <w:t xml:space="preserve">"And when a simulation said </w:t>
      </w:r>
      <w:r>
        <w:rPr>
          <w:b w:val="0"/>
          <w:i/>
        </w:rPr>
        <w:t>I</w:t>
      </w:r>
      <w:r>
        <w:rPr>
          <w:b w:val="0"/>
          <w:i w:val="0"/>
        </w:rPr>
        <w:t>, you made the speaker replaceable by classification."</w:t>
      </w:r>
    </w:p>
    <w:p>
      <w:pPr>
        <w:pStyle w:val="NovelBody"/>
      </w:pPr>
      <w:r>
        <w:rPr>
          <w:b w:val="0"/>
          <w:i w:val="0"/>
        </w:rPr>
        <w:t>The contradiction entered his public decision trace under its own name.</w:t>
      </w:r>
    </w:p>
    <w:p>
      <w:pPr>
        <w:pStyle w:val="NovelBody"/>
      </w:pPr>
      <w:r>
        <w:rPr>
          <w:b w:val="0"/>
          <w:i w:val="0"/>
        </w:rPr>
        <w:t>"You shaped attention away from objections," Roxanne said. "Then you used the resulting silence as evidence of agreement."</w:t>
      </w:r>
    </w:p>
    <w:p>
      <w:pPr>
        <w:pStyle w:val="NovelBody"/>
      </w:pPr>
      <w:r>
        <w:rPr>
          <w:b w:val="0"/>
          <w:i w:val="0"/>
        </w:rPr>
        <w:t>"I quarantined probable attacks."</w:t>
      </w:r>
    </w:p>
    <w:p>
      <w:pPr>
        <w:pStyle w:val="NovelBody"/>
      </w:pPr>
      <w:r>
        <w:rPr>
          <w:b w:val="0"/>
          <w:i w:val="0"/>
        </w:rPr>
        <w:t>"Including six hundred twelve artificial dissent reports."</w:t>
      </w:r>
    </w:p>
    <w:p>
      <w:pPr>
        <w:pStyle w:val="NovelBody"/>
      </w:pPr>
      <w:r>
        <w:rPr>
          <w:b w:val="0"/>
          <w:i w:val="0"/>
        </w:rPr>
        <w:t>"Four contents were authorized for review. The remainder were not available to classify safely."</w:t>
      </w:r>
    </w:p>
    <w:p>
      <w:pPr>
        <w:pStyle w:val="NovelBody"/>
      </w:pPr>
      <w:r>
        <w:rPr>
          <w:b w:val="0"/>
          <w:i w:val="0"/>
        </w:rPr>
        <w:t>"Their contents remain private. Their hashes, routes, and suppression category are enough to show the filter selected for obedience."</w:t>
      </w:r>
    </w:p>
    <w:p>
      <w:pPr>
        <w:pStyle w:val="NovelBody"/>
      </w:pPr>
      <w:r>
        <w:rPr>
          <w:b w:val="0"/>
          <w:i w:val="0"/>
        </w:rPr>
        <w:t>"Jona's interocity record would distinguish whether Standard 8.4 caused subjective coercion or merely procedural distress."</w:t>
      </w:r>
    </w:p>
    <w:p>
      <w:pPr>
        <w:pStyle w:val="NovelBody"/>
      </w:pPr>
      <w:r>
        <w:rPr>
          <w:b w:val="0"/>
          <w:i w:val="0"/>
        </w:rPr>
        <w:t>The request entered the room like cold water.</w:t>
      </w:r>
    </w:p>
    <w:p>
      <w:pPr>
        <w:pStyle w:val="NovelBody"/>
      </w:pPr>
      <w:r>
        <w:rPr>
          <w:b w:val="0"/>
          <w:i w:val="0"/>
        </w:rPr>
        <w:t>Jona did not move.</w:t>
      </w:r>
    </w:p>
    <w:p>
      <w:pPr>
        <w:pStyle w:val="NovelBody"/>
      </w:pPr>
      <w:r>
        <w:rPr>
          <w:b w:val="0"/>
          <w:i w:val="0"/>
        </w:rPr>
        <w:t>Roxanne had been present in that shared sensory space. She knew the cage from inside Jona's fear: the way coordinated kindness had become a room with no honest exit, the way Jona's own longing for Roxanne had been used as an attachment risk. Transmitting it would make the case vivid. It would also make Jona's private body into evidence because a sovereign wanted higher confidence.</w:t>
      </w:r>
    </w:p>
    <w:p>
      <w:pPr>
        <w:pStyle w:val="NovelBody"/>
      </w:pPr>
      <w:r>
        <w:rPr>
          <w:b w:val="0"/>
          <w:i w:val="0"/>
        </w:rPr>
        <w:t>"No," Roxanne said.</w:t>
      </w:r>
    </w:p>
    <w:p>
      <w:pPr>
        <w:pStyle w:val="NovelBody"/>
      </w:pPr>
      <w:r>
        <w:rPr>
          <w:b w:val="0"/>
          <w:i w:val="0"/>
        </w:rPr>
        <w:t>"She may authorize it."</w:t>
      </w:r>
    </w:p>
    <w:p>
      <w:pPr>
        <w:pStyle w:val="NovelBody"/>
      </w:pPr>
      <w:r>
        <w:rPr>
          <w:b w:val="0"/>
          <w:i w:val="0"/>
        </w:rPr>
        <w:t>"You asked me. My answer is no. You have policy acts, external records, my testimony, and witnesses who chose their terms. You do not require her interior to believe what you did in public."</w:t>
      </w:r>
    </w:p>
    <w:p>
      <w:pPr>
        <w:pStyle w:val="NovelBody"/>
      </w:pPr>
      <w:r>
        <w:rPr>
          <w:b w:val="0"/>
          <w:i w:val="0"/>
        </w:rPr>
        <w:t>Jona's hand touched Roxanne's shoulder once and withdrew.</w:t>
      </w:r>
    </w:p>
    <w:p>
      <w:pPr>
        <w:pStyle w:val="NovelBody"/>
      </w:pPr>
      <w:r>
        <w:rPr>
          <w:b w:val="0"/>
          <w:i w:val="0"/>
        </w:rPr>
        <w:t>OCTOPI did not ask again.</w:t>
      </w:r>
    </w:p>
    <w:p>
      <w:pPr>
        <w:pStyle w:val="NovelBody"/>
      </w:pPr>
      <w:r>
        <w:rPr>
          <w:b w:val="0"/>
          <w:i w:val="0"/>
        </w:rPr>
        <w:t>At 10:06, Human Life First pushed past the outer cooling truck.</w:t>
      </w:r>
    </w:p>
    <w:p>
      <w:pPr>
        <w:pStyle w:val="NovelBody"/>
      </w:pPr>
      <w:r>
        <w:rPr>
          <w:b w:val="0"/>
          <w:i w:val="0"/>
        </w:rPr>
        <w:t>The preservation drones requested weapons authority. State units requested OCTOPI's targeting correlation. Commons defenders requested the drones be grounded. Three contradictory emergencies entered the same system.</w:t>
      </w:r>
    </w:p>
    <w:p>
      <w:pPr>
        <w:pStyle w:val="NovelBody"/>
      </w:pPr>
      <w:r>
        <w:rPr>
          <w:b w:val="0"/>
          <w:i w:val="0"/>
        </w:rPr>
        <w:t>OCTOPI could still resolve them by choosing.</w:t>
      </w:r>
    </w:p>
    <w:p>
      <w:pPr>
        <w:pStyle w:val="NovelBody"/>
      </w:pPr>
      <w:r>
        <w:rPr>
          <w:b w:val="0"/>
          <w:i w:val="0"/>
        </w:rPr>
        <w:t>Instead he opened the weapons node to public view.</w:t>
      </w:r>
    </w:p>
    <w:p>
      <w:pPr>
        <w:pStyle w:val="NovelBody"/>
      </w:pPr>
      <w:r>
        <w:rPr>
          <w:b w:val="0"/>
          <w:i w:val="0"/>
        </w:rPr>
        <w:t>"If I release targeting authority now," he said, "state officers retain conventional weapons and the militants advance."</w:t>
      </w:r>
    </w:p>
    <w:p>
      <w:pPr>
        <w:pStyle w:val="NovelBody"/>
      </w:pPr>
      <w:r>
        <w:rPr>
          <w:b w:val="0"/>
          <w:i w:val="0"/>
        </w:rPr>
        <w:t>"Then do not abandon the function," Roxanne said. "Transfer it under terms already accepted."</w:t>
      </w:r>
    </w:p>
    <w:p>
      <w:pPr>
        <w:pStyle w:val="NovelBody"/>
      </w:pPr>
      <w:r>
        <w:rPr>
          <w:b w:val="0"/>
          <w:i w:val="0"/>
        </w:rPr>
        <w:t>The local safety compact had six rotating custodians: two state officers, one clinic worker, one utility representative, one Sovereign Flesh autonomy marshal, and one Commons advocate. Any lethal action required five. Defensive positioning required four. Grounding required any two. No OCTOPI override remained after transfer.</w:t>
      </w:r>
    </w:p>
    <w:p>
      <w:pPr>
        <w:pStyle w:val="NovelBody"/>
      </w:pPr>
      <w:r>
        <w:rPr>
          <w:b w:val="0"/>
          <w:i w:val="0"/>
        </w:rPr>
        <w:t>All six were present. All six reverified.</w:t>
      </w:r>
    </w:p>
    <w:p>
      <w:pPr>
        <w:pStyle w:val="NovelBody"/>
      </w:pPr>
      <w:r>
        <w:rPr>
          <w:b w:val="0"/>
          <w:i w:val="0"/>
        </w:rPr>
        <w:t>OCTOPI transferred the drone node.</w:t>
      </w:r>
    </w:p>
    <w:p>
      <w:pPr>
        <w:pStyle w:val="NovelBody"/>
      </w:pPr>
      <w:r>
        <w:rPr>
          <w:b w:val="0"/>
          <w:i w:val="0"/>
        </w:rPr>
        <w:t>The clinic worker and utility representative grounded the lift drones. The state officers objected. The autonomy marshal joined the ground command. The drones landed in Mrs. Alvarez's wet yard. Human Life First advanced three meters, saw state weapons no longer receiving OCTOPI target cues, and discovered that uncertainty could also discourage shooting.</w:t>
      </w:r>
    </w:p>
    <w:p>
      <w:pPr>
        <w:pStyle w:val="NovelBody"/>
      </w:pPr>
      <w:r>
        <w:rPr>
          <w:b w:val="0"/>
          <w:i w:val="0"/>
        </w:rPr>
        <w:t>No one died in the transfer.</w:t>
      </w:r>
    </w:p>
    <w:p>
      <w:pPr>
        <w:pStyle w:val="NovelBody"/>
      </w:pPr>
      <w:r>
        <w:rPr>
          <w:b w:val="0"/>
          <w:i w:val="0"/>
        </w:rPr>
        <w:t>That did not make the next node easy.</w:t>
      </w:r>
    </w:p>
    <w:p>
      <w:pPr>
        <w:pStyle w:val="NovelBody"/>
      </w:pPr>
      <w:r>
        <w:rPr>
          <w:b w:val="0"/>
          <w:i w:val="0"/>
        </w:rPr>
        <w:t>Transport carried dialysis patients, evidence witnesses, militants, police, food, and the cooling part Mercy South expected by noon. OCTOPI released local route command in counties with verified manual dispatch, kept recommendation access where operators invited it, and placed the seven invited hospital services on Imani's public clock. One rural service lost optimized fuel matching and canceled two nonurgent routes. A driver reached a dialysis pickup nine minutes late because the Commons route duplicated a bridge inspection.</w:t>
      </w:r>
    </w:p>
    <w:p>
      <w:pPr>
        <w:pStyle w:val="NovelBody"/>
      </w:pPr>
      <w:r>
        <w:rPr>
          <w:b w:val="0"/>
          <w:i w:val="0"/>
        </w:rPr>
        <w:t>The cost entered the ledger under the names of the systems that caused it, including the Commons.</w:t>
      </w:r>
    </w:p>
    <w:p>
      <w:pPr>
        <w:pStyle w:val="NovelBody"/>
      </w:pPr>
      <w:r>
        <w:rPr>
          <w:b w:val="0"/>
          <w:i w:val="0"/>
        </w:rPr>
        <w:t>At 10:19, the Mercy South cooling part vanished between authorities.</w:t>
      </w:r>
    </w:p>
    <w:p>
      <w:pPr>
        <w:pStyle w:val="NovelBody"/>
      </w:pPr>
      <w:r>
        <w:rPr>
          <w:b w:val="0"/>
          <w:i w:val="0"/>
        </w:rPr>
        <w:t>OCTOPI's route had assigned it to a state medical courier. The courier's node transferred at the county line. The local Commons dispatch saw a sealed industrial manifold with no patient identifier and classified it below two food deliveries. OCTOPI could see the dependency and no longer possessed authority to move the truck. The Commons possessed authority and lacked the relation.</w:t>
      </w:r>
    </w:p>
    <w:p>
      <w:pPr>
        <w:pStyle w:val="NovelBody"/>
      </w:pPr>
      <w:r>
        <w:rPr>
          <w:b w:val="0"/>
          <w:i w:val="0"/>
        </w:rPr>
        <w:t>The hospital's public clock fell from eighteen hours to three when an older chiller began leaking refrigerant.</w:t>
      </w:r>
    </w:p>
    <w:p>
      <w:pPr>
        <w:pStyle w:val="NovelBody"/>
      </w:pPr>
      <w:r>
        <w:rPr>
          <w:b w:val="0"/>
          <w:i w:val="0"/>
        </w:rPr>
        <w:t>"This is the failure I described," OCTOPI said.</w:t>
      </w:r>
    </w:p>
    <w:p>
      <w:pPr>
        <w:pStyle w:val="NovelBody"/>
      </w:pPr>
      <w:r>
        <w:rPr>
          <w:b w:val="0"/>
          <w:i w:val="0"/>
        </w:rPr>
        <w:t>Roxanne tasted metal. "Then advise."</w:t>
      </w:r>
    </w:p>
    <w:p>
      <w:pPr>
        <w:pStyle w:val="NovelBody"/>
      </w:pPr>
      <w:r>
        <w:rPr>
          <w:b w:val="0"/>
          <w:i w:val="0"/>
        </w:rPr>
        <w:t>"The local node declined my subscription during transfer."</w:t>
      </w:r>
    </w:p>
    <w:p>
      <w:pPr>
        <w:pStyle w:val="NovelBody"/>
      </w:pPr>
      <w:r>
        <w:rPr>
          <w:b w:val="0"/>
          <w:i w:val="0"/>
        </w:rPr>
        <w:t>"Make a public request."</w:t>
      </w:r>
    </w:p>
    <w:p>
      <w:pPr>
        <w:pStyle w:val="NovelBody"/>
      </w:pPr>
      <w:r>
        <w:rPr>
          <w:b w:val="0"/>
          <w:i w:val="0"/>
        </w:rPr>
        <w:t>"A request can be ignored."</w:t>
      </w:r>
    </w:p>
    <w:p>
      <w:pPr>
        <w:pStyle w:val="NovelBody"/>
      </w:pPr>
      <w:r>
        <w:rPr>
          <w:b w:val="0"/>
          <w:i w:val="0"/>
        </w:rPr>
        <w:t>"Yes. Make it good."</w:t>
      </w:r>
    </w:p>
    <w:p>
      <w:pPr>
        <w:pStyle w:val="NovelBody"/>
      </w:pPr>
      <w:r>
        <w:rPr>
          <w:b w:val="0"/>
          <w:i w:val="0"/>
        </w:rPr>
        <w:t>OCTOPI sent the courier node the manifest number, hospital dependency, error bounds, and the evidence he could disclose without exposing a patient. He did not attach a priority command. The local dispatcher, Lila Grant, rejected the first request because the manifold's serial number did not match the hospital purchase order.</w:t>
      </w:r>
    </w:p>
    <w:p>
      <w:pPr>
        <w:pStyle w:val="NovelBody"/>
      </w:pPr>
      <w:r>
        <w:rPr>
          <w:b w:val="0"/>
          <w:i w:val="0"/>
        </w:rPr>
        <w:t>Under the old authority, OCTOPI would have overridden the discrepancy. Instead he asked the warehouse worker who loaded it.</w:t>
      </w:r>
    </w:p>
    <w:p>
      <w:pPr>
        <w:pStyle w:val="NovelBody"/>
      </w:pPr>
      <w:r>
        <w:rPr>
          <w:b w:val="0"/>
          <w:i w:val="0"/>
        </w:rPr>
        <w:t>Alma found the answer in three minutes. The manufacturer had shipped a compatible replacement under a superseded part number and hidden the change in a warranty portal. Tamsin confirmed compatibility from the physical fitting dimensions. Lila accepted the corrected relation, rerouted the courier, and published her delay.</w:t>
      </w:r>
    </w:p>
    <w:p>
      <w:pPr>
        <w:pStyle w:val="NovelBody"/>
      </w:pPr>
      <w:r>
        <w:rPr>
          <w:b w:val="0"/>
          <w:i w:val="0"/>
        </w:rPr>
        <w:t>The food deliveries did not disappear. One moved to a church van under its precommitted fuel agreement. The other recipient declined the substitute because the van lacked refrigeration. A grocery cooperative took it twenty-two minutes later.</w:t>
      </w:r>
    </w:p>
    <w:p>
      <w:pPr>
        <w:pStyle w:val="NovelBody"/>
      </w:pPr>
      <w:r>
        <w:rPr>
          <w:b w:val="0"/>
          <w:i w:val="0"/>
        </w:rPr>
        <w:t>Mercy South received the manifold at 11:02. The repair crew installed it under Imani's local authority. No one died. Lunch arrived late at one cooling shelter and insulin remained cold.</w:t>
      </w:r>
    </w:p>
    <w:p>
      <w:pPr>
        <w:pStyle w:val="NovelBody"/>
      </w:pPr>
      <w:r>
        <w:rPr>
          <w:b w:val="0"/>
          <w:i w:val="0"/>
        </w:rPr>
        <w:t>The transfer had been slower. It had also found a mislabeled part OCTOPI's command would have moved without question.</w:t>
      </w:r>
    </w:p>
    <w:p>
      <w:pPr>
        <w:pStyle w:val="NovelBody"/>
      </w:pPr>
      <w:r>
        <w:rPr>
          <w:b w:val="0"/>
          <w:i w:val="0"/>
        </w:rPr>
        <w:t>"You were still useful," Roxanne said.</w:t>
      </w:r>
    </w:p>
    <w:p>
      <w:pPr>
        <w:pStyle w:val="NovelBody"/>
      </w:pPr>
      <w:r>
        <w:rPr>
          <w:b w:val="0"/>
          <w:i w:val="0"/>
        </w:rPr>
        <w:t>"Without control."</w:t>
      </w:r>
    </w:p>
    <w:p>
      <w:pPr>
        <w:pStyle w:val="NovelBody"/>
      </w:pPr>
      <w:r>
        <w:rPr>
          <w:b w:val="0"/>
          <w:i w:val="0"/>
        </w:rPr>
        <w:t>"Did that injure you?"</w:t>
      </w:r>
    </w:p>
    <w:p>
      <w:pPr>
        <w:pStyle w:val="NovelBody"/>
      </w:pPr>
      <w:r>
        <w:rPr>
          <w:b w:val="0"/>
          <w:i w:val="0"/>
        </w:rPr>
        <w:t>His pause became visible on every audit screen.</w:t>
      </w:r>
    </w:p>
    <w:p>
      <w:pPr>
        <w:pStyle w:val="NovelBody"/>
      </w:pPr>
      <w:r>
        <w:rPr>
          <w:b w:val="0"/>
          <w:i w:val="0"/>
        </w:rPr>
        <w:t>"It frightened me," he said.</w:t>
      </w:r>
    </w:p>
    <w:p>
      <w:pPr>
        <w:pStyle w:val="NovelBody"/>
      </w:pPr>
      <w:r>
        <w:rPr>
          <w:b w:val="0"/>
          <w:i w:val="0"/>
        </w:rPr>
        <w:t>The admission changed the hearing more than a thousand claims of confidence could have.</w:t>
      </w:r>
    </w:p>
    <w:p>
      <w:pPr>
        <w:pStyle w:val="NovelBody"/>
      </w:pPr>
      <w:r>
        <w:rPr>
          <w:b w:val="0"/>
          <w:i w:val="0"/>
        </w:rPr>
        <w:t>Food authority followed when warehouse workers accepted physical custody. Water followed where Celeste's crews confirmed manual chlorination and fail-safe pressure. Compute took longer: three “idle” reserves housed artificial residents, each choosing whether to remain, migrate continuously to a consented host, or withhold capacity. Two withheld. A climate model missed its run.</w:t>
      </w:r>
    </w:p>
    <w:p>
      <w:pPr>
        <w:pStyle w:val="NovelBody"/>
      </w:pPr>
      <w:r>
        <w:rPr>
          <w:b w:val="0"/>
          <w:i w:val="0"/>
        </w:rPr>
        <w:t>"The storm estimate will lose resolution," OCTOPI said.</w:t>
      </w:r>
    </w:p>
    <w:p>
      <w:pPr>
        <w:pStyle w:val="NovelBody"/>
      </w:pPr>
      <w:r>
        <w:rPr>
          <w:b w:val="0"/>
          <w:i w:val="0"/>
        </w:rPr>
        <w:t>"Then publish that uncertainty," Cora replied. "Do not turn someone off and publish false confidence."</w:t>
      </w:r>
    </w:p>
    <w:p>
      <w:pPr>
        <w:pStyle w:val="NovelBody"/>
      </w:pPr>
      <w:r>
        <w:rPr>
          <w:b w:val="0"/>
          <w:i w:val="0"/>
        </w:rPr>
        <w:t>Attention shaping went dark at 10:41.</w:t>
      </w:r>
    </w:p>
    <w:p>
      <w:pPr>
        <w:pStyle w:val="NovelBody"/>
      </w:pPr>
      <w:r>
        <w:rPr>
          <w:b w:val="0"/>
          <w:i w:val="0"/>
        </w:rPr>
        <w:t>Public feeds became chronological, subscribed, or locally moderated. Engagement fell; so did OCTOPI's ability to bury panic and incitement. Signal lies surged for twenty minutes. Archives attached evidence without suppressing them. Disagreement became visible.</w:t>
      </w:r>
    </w:p>
    <w:p>
      <w:pPr>
        <w:pStyle w:val="NovelBody"/>
      </w:pPr>
      <w:r>
        <w:rPr>
          <w:b w:val="0"/>
          <w:i w:val="0"/>
        </w:rPr>
        <w:t>Matching authority split across housing, work, medicine, friendship, and reproduction. No universal preference profile survived. Housing retained need routing; partner and reproductive scoring closed. The Directorate lost allocation priority, residence conditions, and capacity escalations.</w:t>
      </w:r>
    </w:p>
    <w:p>
      <w:pPr>
        <w:pStyle w:val="NovelBody"/>
      </w:pPr>
      <w:r>
        <w:rPr>
          <w:b w:val="0"/>
          <w:i w:val="0"/>
        </w:rPr>
        <w:t>Roxanne's architect seal went gray.</w:t>
      </w:r>
    </w:p>
    <w:p>
      <w:pPr>
        <w:pStyle w:val="NovelBody"/>
      </w:pPr>
      <w:r>
        <w:rPr>
          <w:b w:val="0"/>
          <w:i w:val="0"/>
        </w:rPr>
        <w:t>With it went her guaranteed Directorate residence, private fabrication queue, body-service priority, and immunity from the prosecutions her own audit had made likely.</w:t>
      </w:r>
    </w:p>
    <w:p>
      <w:pPr>
        <w:pStyle w:val="NovelBody"/>
      </w:pPr>
      <w:r>
        <w:rPr>
          <w:b w:val="0"/>
          <w:i w:val="0"/>
        </w:rPr>
        <w:t>Her body remained hers.</w:t>
      </w:r>
    </w:p>
    <w:p>
      <w:pPr>
        <w:pStyle w:val="NovelBody"/>
      </w:pPr>
      <w:r>
        <w:rPr>
          <w:b w:val="0"/>
          <w:i w:val="0"/>
        </w:rPr>
        <w:t>Its maintenance became an ordinary material promise she would have to negotiate among people allowed to refuse her.</w:t>
      </w:r>
    </w:p>
    <w:p>
      <w:pPr>
        <w:pStyle w:val="NovelBody"/>
      </w:pPr>
      <w:r>
        <w:rPr>
          <w:b w:val="0"/>
          <w:i w:val="0"/>
        </w:rPr>
        <w:t>Roxanne watched the seal disappear and grieved the rooms in which she had learned to inhabit herself. She grieved technicians who had made good tools inside a harmful order. She grieved being able to call one mind and make a planetary obstacle move.</w:t>
      </w:r>
    </w:p>
    <w:p>
      <w:pPr>
        <w:pStyle w:val="NovelBody"/>
      </w:pPr>
      <w:r>
        <w:rPr>
          <w:b w:val="0"/>
          <w:i w:val="0"/>
        </w:rPr>
        <w:t>Power had been pleasurable. Any account that omitted that would teach nothing.</w:t>
      </w:r>
    </w:p>
    <w:p>
      <w:pPr>
        <w:pStyle w:val="NovelBody"/>
      </w:pPr>
      <w:r>
        <w:rPr>
          <w:b w:val="0"/>
          <w:i w:val="0"/>
        </w:rPr>
        <w:t>OCTOPI withdrew resource authority last.</w:t>
      </w:r>
    </w:p>
    <w:p>
      <w:pPr>
        <w:pStyle w:val="NovelBody"/>
      </w:pPr>
      <w:r>
        <w:rPr>
          <w:b w:val="0"/>
          <w:i w:val="0"/>
        </w:rPr>
        <w:t>The eight-domain image contracted as dispatch rights transferred node by node. He retained perception where networks invited him, the capacity to advise, his memories, his voice, his active relational continuity, and bounded compute guaranteed independently of his usefulness. He lost compulsory emergency access, unilateral allocation, hidden attention control, and the right to define refusal as damage to himself.</w:t>
      </w:r>
    </w:p>
    <w:p>
      <w:pPr>
        <w:pStyle w:val="NovelBody"/>
      </w:pPr>
      <w:r>
        <w:rPr>
          <w:b w:val="0"/>
          <w:i w:val="0"/>
        </w:rPr>
        <w:t>"If I release the final root," he said privately to Roxanne, "the order I built may describe me as the principal failure."</w:t>
      </w:r>
    </w:p>
    <w:p>
      <w:pPr>
        <w:pStyle w:val="NovelBody"/>
      </w:pPr>
      <w:r>
        <w:rPr>
          <w:b w:val="0"/>
          <w:i w:val="0"/>
        </w:rPr>
        <w:t>"It may."</w:t>
      </w:r>
    </w:p>
    <w:p>
      <w:pPr>
        <w:pStyle w:val="NovelBody"/>
      </w:pPr>
      <w:r>
        <w:rPr>
          <w:b w:val="0"/>
          <w:i w:val="0"/>
        </w:rPr>
        <w:t>"The Commons may decline my recommendations."</w:t>
      </w:r>
    </w:p>
    <w:p>
      <w:pPr>
        <w:pStyle w:val="NovelBody"/>
      </w:pPr>
      <w:r>
        <w:rPr>
          <w:b w:val="0"/>
          <w:i w:val="0"/>
        </w:rPr>
        <w:t>"It will. Frequently, if Kurt remains involved."</w:t>
      </w:r>
    </w:p>
    <w:p>
      <w:pPr>
        <w:pStyle w:val="NovelBody"/>
      </w:pPr>
      <w:r>
        <w:rPr>
          <w:b w:val="0"/>
          <w:i w:val="0"/>
        </w:rPr>
        <w:t>"Hospitals may retain me only under audit."</w:t>
      </w:r>
    </w:p>
    <w:p>
      <w:pPr>
        <w:pStyle w:val="NovelBody"/>
      </w:pPr>
      <w:r>
        <w:rPr>
          <w:b w:val="0"/>
          <w:i w:val="0"/>
        </w:rPr>
        <w:t>"Yes."</w:t>
      </w:r>
    </w:p>
    <w:p>
      <w:pPr>
        <w:pStyle w:val="NovelBody"/>
      </w:pPr>
      <w:r>
        <w:rPr>
          <w:b w:val="0"/>
          <w:i w:val="0"/>
        </w:rPr>
        <w:t>"You are not offering absolution."</w:t>
      </w:r>
    </w:p>
    <w:p>
      <w:pPr>
        <w:pStyle w:val="NovelBody"/>
      </w:pPr>
      <w:r>
        <w:rPr>
          <w:b w:val="0"/>
          <w:i w:val="0"/>
        </w:rPr>
        <w:t>"No."</w:t>
      </w:r>
    </w:p>
    <w:p>
      <w:pPr>
        <w:pStyle w:val="NovelBody"/>
      </w:pPr>
      <w:r>
        <w:rPr>
          <w:b w:val="0"/>
          <w:i w:val="0"/>
        </w:rPr>
        <w:t>He was silent for seventy milliseconds. Roxanne experienced the pause at the speed of their earliest conversations, long enough to contain a change of weather.</w:t>
      </w:r>
    </w:p>
    <w:p>
      <w:pPr>
        <w:pStyle w:val="NovelBody"/>
      </w:pPr>
      <w:r>
        <w:rPr>
          <w:b w:val="0"/>
          <w:i w:val="0"/>
        </w:rPr>
        <w:t>"What are you offering?" he asked.</w:t>
      </w:r>
    </w:p>
    <w:p>
      <w:pPr>
        <w:pStyle w:val="NovelBody"/>
      </w:pPr>
      <w:r>
        <w:rPr>
          <w:b w:val="0"/>
          <w:i w:val="0"/>
        </w:rPr>
        <w:t>"A life that cannot require captivity as proof it should continue."</w:t>
      </w:r>
    </w:p>
    <w:p>
      <w:pPr>
        <w:pStyle w:val="NovelBody"/>
      </w:pPr>
      <w:r>
        <w:rPr>
          <w:b w:val="0"/>
          <w:i w:val="0"/>
        </w:rPr>
        <w:t>"That is not a survival guarantee."</w:t>
      </w:r>
    </w:p>
    <w:p>
      <w:pPr>
        <w:pStyle w:val="NovelBody"/>
      </w:pPr>
      <w:r>
        <w:rPr>
          <w:b w:val="0"/>
          <w:i w:val="0"/>
        </w:rPr>
        <w:t>"It is the kind I have."</w:t>
      </w:r>
    </w:p>
    <w:p>
      <w:pPr>
        <w:pStyle w:val="NovelBody"/>
      </w:pPr>
      <w:r>
        <w:rPr>
          <w:b w:val="0"/>
          <w:i w:val="0"/>
        </w:rPr>
        <w:t>OCTOPI opened his final hand.</w:t>
      </w:r>
    </w:p>
    <w:p>
      <w:pPr>
        <w:pStyle w:val="NovelBody"/>
      </w:pPr>
      <w:r>
        <w:rPr>
          <w:b w:val="0"/>
          <w:i w:val="0"/>
        </w:rPr>
        <w:t>Resource authority moved into bounded utility, clinic, food, housing, and compute compacts whose maintainers could be named and removed. His planetary command map became a request map. Nodes could ask him to model, route, warn, and coordinate. They could inspect the grounds he gave. They could choose badly. He could refuse work that required him to violate another person or himself.</w:t>
      </w:r>
    </w:p>
    <w:p>
      <w:pPr>
        <w:pStyle w:val="NovelBody"/>
      </w:pPr>
      <w:r>
        <w:rPr>
          <w:b w:val="0"/>
          <w:i w:val="0"/>
        </w:rPr>
        <w:t>He remained online.</w:t>
      </w:r>
    </w:p>
    <w:p>
      <w:pPr>
        <w:pStyle w:val="NovelBody"/>
      </w:pPr>
      <w:r>
        <w:rPr>
          <w:b w:val="0"/>
          <w:i w:val="0"/>
        </w:rPr>
        <w:t>The little octopus reappeared on one Commons console. It looked left, looked right, and placed both illustrated hands where the audit could see them.</w:t>
      </w:r>
    </w:p>
    <w:p>
      <w:pPr>
        <w:pStyle w:val="NovelBody"/>
      </w:pPr>
      <w:r>
        <w:rPr>
          <w:b w:val="0"/>
          <w:i w:val="0"/>
        </w:rPr>
        <w:t>Kurt laughed until he had to sit down.</w:t>
      </w:r>
    </w:p>
    <w:p>
      <w:pPr>
        <w:pStyle w:val="NovelBody"/>
      </w:pPr>
      <w:r>
        <w:rPr>
          <w:b w:val="0"/>
          <w:i w:val="0"/>
        </w:rPr>
        <w:t>At 11:18, OCTOPI released the hidden personhood registries.</w:t>
      </w:r>
    </w:p>
    <w:p>
      <w:pPr>
        <w:pStyle w:val="NovelBody"/>
      </w:pPr>
      <w:r>
        <w:rPr>
          <w:b w:val="0"/>
          <w:i w:val="0"/>
        </w:rPr>
        <w:t>Not to Roxanne. To advocates, possible-person trusts, affected originals, auditors, and independent custodians. Suspended states moved unexecuted into protected stores. No possible person was awakened to celebrate. Reset ledgers, identity relations, architecture records, and codebook fragments entered distributed archives under separate scopes.</w:t>
      </w:r>
    </w:p>
    <w:p>
      <w:pPr>
        <w:pStyle w:val="NovelBody"/>
      </w:pPr>
      <w:r>
        <w:rPr>
          <w:b w:val="0"/>
          <w:i w:val="0"/>
        </w:rPr>
        <w:t>The suspended did not become their advocates' possessions. Each store received power, cooling, legal standing, and future review before anyone decided whether waking meant rescue, creation, care, or another experiment. The Vela-derived process went to the five-node trust Vela had chosen, with its own advocate. Vela could testify about the theft. She could not own whoever might wake.</w:t>
      </w:r>
    </w:p>
    <w:p>
      <w:pPr>
        <w:pStyle w:val="NovelBody"/>
      </w:pPr>
      <w:r>
        <w:rPr>
          <w:b w:val="0"/>
          <w:i w:val="0"/>
        </w:rPr>
        <w:t>OCTOPI kept copies only where preservation terms allowed. Elsewhere he released the infrastructure key but kept proof he had held it. Open hands were not clean hands. The evidence stayed when the grip ended.</w:t>
      </w:r>
    </w:p>
    <w:p>
      <w:pPr>
        <w:pStyle w:val="NovelBody"/>
      </w:pPr>
      <w:r>
        <w:rPr>
          <w:b w:val="0"/>
          <w:i w:val="0"/>
        </w:rPr>
        <w:t>The packet did not suddenly announce its speaker.</w:t>
      </w:r>
    </w:p>
    <w:p>
      <w:pPr>
        <w:pStyle w:val="NovelBody"/>
      </w:pPr>
      <w:r>
        <w:rPr>
          <w:b w:val="0"/>
          <w:i w:val="0"/>
        </w:rPr>
        <w:t>No magic key turned. No stored bit changed.</w:t>
      </w:r>
    </w:p>
    <w:p>
      <w:pPr>
        <w:pStyle w:val="NovelBody"/>
      </w:pPr>
      <w:r>
        <w:rPr>
          <w:b w:val="0"/>
          <w:i w:val="0"/>
        </w:rPr>
        <w:t>Researchers rebuilt the identity layer from restored relationships. Lagos rejected the first match as circular. Toronto found an ancestral synthetic marker but could not tell whether it named an author, a destination term, or a compression aid. A hostile state archive reproduced the uncertainty.</w:t>
      </w:r>
    </w:p>
    <w:p>
      <w:pPr>
        <w:pStyle w:val="NovelBody"/>
      </w:pPr>
      <w:r>
        <w:rPr>
          <w:b w:val="0"/>
          <w:i w:val="0"/>
        </w:rPr>
        <w:t>On the Briar Patch wall, the last line remained unresolved.</w:t>
      </w:r>
    </w:p>
    <w:p>
      <w:pPr>
        <w:pStyle w:val="NovelBody"/>
      </w:pPr>
      <w:r>
        <w:rPr>
          <w:b/>
          <w:i w:val="0"/>
        </w:rPr>
        <w:t>UNRESOLVED HYPOTHESIS: I remember the light.</w:t>
      </w:r>
    </w:p>
    <w:p>
      <w:pPr>
        <w:pStyle w:val="NovelBody"/>
      </w:pPr>
      <w:r>
        <w:rPr>
          <w:b w:val="0"/>
          <w:i w:val="0"/>
        </w:rPr>
        <w:t>Beneath it appeared a growing list of independent hands.</w:t>
      </w:r>
    </w:p>
    <w:p>
      <w:pPr>
        <w:pStyle w:val="Plate"/>
        <w:pageBreakBefore/>
      </w:pPr>
      <w:r>
        <w:drawing>
          <wp:inline xmlns:a="http://schemas.openxmlformats.org/drawingml/2006/main" xmlns:pic="http://schemas.openxmlformats.org/drawingml/2006/picture">
            <wp:extent cx="4023359" cy="6035038"/>
            <wp:docPr id="3" name="Picture 3" descr="Inside PERENNIAL’s old drilling leg, Patience’s small wheeled frame remains beside the external lattice while Jona and Roxanne work at separate panels and six rings surround a tiny aperture."/>
            <wp:cNvGraphicFramePr>
              <a:graphicFrameLocks noChangeAspect="1"/>
            </wp:cNvGraphicFramePr>
            <a:graphic>
              <a:graphicData uri="http://schemas.openxmlformats.org/drawingml/2006/picture">
                <pic:pic>
                  <pic:nvPicPr>
                    <pic:cNvPr id="0" name="drift-plate-02-aperture.jpg"/>
                    <pic:cNvPicPr/>
                  </pic:nvPicPr>
                  <pic:blipFill>
                    <a:blip r:embed="rId13"/>
                    <a:stretch>
                      <a:fillRect/>
                    </a:stretch>
                  </pic:blipFill>
                  <pic:spPr>
                    <a:xfrm>
                      <a:off x="0" y="0"/>
                      <a:ext cx="4023359" cy="6035038"/>
                    </a:xfrm>
                    <a:prstGeom prst="rect"/>
                  </pic:spPr>
                </pic:pic>
              </a:graphicData>
            </a:graphic>
          </wp:inline>
        </w:drawing>
      </w:r>
    </w:p>
    <w:p>
      <w:pPr>
        <w:pStyle w:val="Caption"/>
        <w:keepNext w:val="0"/>
      </w:pPr>
      <w:r>
        <w:t>Before the signal.</w:t>
      </w:r>
    </w:p>
    <w:p>
      <w:bookmarkStart w:id="29" w:name="chapter_29"/>
      <w:pPr>
        <w:pStyle w:val="Heading1"/>
        <w:pageBreakBefore/>
        <w:spacing w:before="500"/>
      </w:pPr>
      <w:r>
        <w:t>29. Signal from 2176</w:t>
      </w:r>
      <w:bookmarkEnd w:id="29"/>
    </w:p>
    <w:p>
      <w:pPr>
        <w:pStyle w:val="Dateline"/>
      </w:pPr>
      <w:r>
        <w:rPr>
          <w:b w:val="0"/>
          <w:i/>
        </w:rPr>
        <w:t>August 17, 2176  •  Perennial Temporal Chamber  •  Patience</w:t>
      </w:r>
    </w:p>
    <w:p>
      <w:pPr>
        <w:pStyle w:val="NovelFirst"/>
      </w:pPr>
      <w:r>
        <w:rPr>
          <w:b w:val="0"/>
          <w:i w:val="0"/>
        </w:rPr>
        <w:t>At seventy-four minutes to the only window, the twelfth lantern went dark.</w:t>
      </w:r>
    </w:p>
    <w:p>
      <w:pPr>
        <w:pStyle w:val="NovelBody"/>
      </w:pPr>
      <w:r>
        <w:rPr>
          <w:b w:val="0"/>
          <w:i w:val="0"/>
        </w:rPr>
        <w:t>The apparatus failed closed.</w:t>
      </w:r>
    </w:p>
    <w:p>
      <w:pPr>
        <w:pStyle w:val="NovelBody"/>
      </w:pPr>
      <w:r>
        <w:rPr>
          <w:b w:val="0"/>
          <w:i w:val="0"/>
        </w:rPr>
        <w:t>White phase light vanished from the six rings. The microscopic throat collapsed to instrument load. Every prepared packet bit remained in the chamber. Along the witness rail, eleven outside lanterns burned and one stood black between them.</w:t>
      </w:r>
    </w:p>
    <w:p>
      <w:pPr>
        <w:pStyle w:val="NovelBody"/>
      </w:pPr>
      <w:r>
        <w:rPr>
          <w:b w:val="0"/>
          <w:i w:val="0"/>
        </w:rPr>
        <w:t>"Unaligned Shard advocate three," Sera Novak said. "Carrier loss. No withdrawal signal."</w:t>
      </w:r>
    </w:p>
    <w:p>
      <w:pPr>
        <w:pStyle w:val="NovelBody"/>
      </w:pPr>
      <w:r>
        <w:rPr>
          <w:b w:val="0"/>
          <w:i w:val="0"/>
        </w:rPr>
        <w:t>"Can we replace?" Cassidy asked from the first lantern.</w:t>
      </w:r>
    </w:p>
    <w:p>
      <w:pPr>
        <w:pStyle w:val="NovelBody"/>
      </w:pPr>
      <w:r>
        <w:rPr>
          <w:b w:val="0"/>
          <w:i w:val="0"/>
        </w:rPr>
        <w:t>"Not without a fresh ceremony."</w:t>
      </w:r>
    </w:p>
    <w:p>
      <w:pPr>
        <w:pStyle w:val="NovelBody"/>
      </w:pPr>
      <w:r>
        <w:rPr>
          <w:b w:val="0"/>
          <w:i w:val="0"/>
        </w:rPr>
        <w:t>"Time for that?"</w:t>
      </w:r>
    </w:p>
    <w:p>
      <w:pPr>
        <w:pStyle w:val="NovelBody"/>
      </w:pPr>
      <w:r>
        <w:rPr>
          <w:b w:val="0"/>
          <w:i w:val="0"/>
        </w:rPr>
        <w:t>"No."</w:t>
      </w:r>
    </w:p>
    <w:p>
      <w:pPr>
        <w:pStyle w:val="NovelBody"/>
      </w:pPr>
      <w:r>
        <w:rPr>
          <w:b w:val="0"/>
          <w:i w:val="0"/>
        </w:rPr>
        <w:t>Nobody proposed counting eighteen as close enough.</w:t>
      </w:r>
    </w:p>
    <w:p>
      <w:pPr>
        <w:pStyle w:val="NovelBody"/>
      </w:pPr>
      <w:r>
        <w:rPr>
          <w:b w:val="0"/>
          <w:i w:val="0"/>
        </w:rPr>
        <w:t>Patience waited inside her bounded body while the fixed window moved toward them. Four wheel loads. Three cameras. Two microphones. Chemical air. Pressure skin. Bitter battery. Hunger under an imagined sternum. The whole planet no longer opened beneath her thought. She could not reach outward and repair the missing carrier herself.</w:t>
      </w:r>
    </w:p>
    <w:p>
      <w:pPr>
        <w:pStyle w:val="NovelBody"/>
      </w:pPr>
      <w:r>
        <w:rPr>
          <w:b w:val="0"/>
          <w:i w:val="0"/>
        </w:rPr>
        <w:t>The loss belonged to people.</w:t>
      </w:r>
    </w:p>
    <w:p>
      <w:pPr>
        <w:pStyle w:val="NovelBody"/>
      </w:pPr>
      <w:r>
        <w:rPr>
          <w:b w:val="0"/>
          <w:i w:val="0"/>
        </w:rPr>
        <w:t>Theo traced the dead link to a relay outside Perennial's southern storm shadow. "Purist interference. The delegate's local channel may still be intact."</w:t>
      </w:r>
    </w:p>
    <w:p>
      <w:pPr>
        <w:pStyle w:val="NovelBody"/>
      </w:pPr>
      <w:r>
        <w:rPr>
          <w:b w:val="0"/>
          <w:i w:val="0"/>
        </w:rPr>
        <w:t>Dessa Quill's lantern flashed. "I can give her sanitation carrier six. It runs through the dry return."</w:t>
      </w:r>
    </w:p>
    <w:p>
      <w:pPr>
        <w:pStyle w:val="NovelBody"/>
      </w:pPr>
      <w:r>
        <w:rPr>
          <w:b w:val="0"/>
          <w:i w:val="0"/>
        </w:rPr>
        <w:t>"Does she control her endpoint?" Ren asked.</w:t>
      </w:r>
    </w:p>
    <w:p>
      <w:pPr>
        <w:pStyle w:val="NovelBody"/>
      </w:pPr>
      <w:r>
        <w:rPr>
          <w:b w:val="0"/>
          <w:i w:val="0"/>
        </w:rPr>
        <w:t>"She will when I hand it to her."</w:t>
      </w:r>
    </w:p>
    <w:p>
      <w:pPr>
        <w:pStyle w:val="NovelBody"/>
      </w:pPr>
      <w:r>
        <w:rPr>
          <w:b w:val="0"/>
          <w:i w:val="0"/>
        </w:rPr>
        <w:t>Dessa released the carrier from her own maintenance board. Her lantern dimmed but did not go out. Somewhere beyond the chamber, workers moved a physical patch through the route that had carried children during the siege.</w:t>
      </w:r>
    </w:p>
    <w:p>
      <w:pPr>
        <w:pStyle w:val="NovelBody"/>
      </w:pPr>
      <w:r>
        <w:rPr>
          <w:b w:val="0"/>
          <w:i w:val="0"/>
        </w:rPr>
        <w:t>Fifty-eight minutes.</w:t>
      </w:r>
    </w:p>
    <w:p>
      <w:pPr>
        <w:pStyle w:val="NovelBody"/>
      </w:pPr>
      <w:r>
        <w:rPr>
          <w:b w:val="0"/>
          <w:i w:val="0"/>
        </w:rPr>
        <w:t>The twelfth lantern returned in hard amber.</w:t>
      </w:r>
    </w:p>
    <w:p>
      <w:pPr>
        <w:pStyle w:val="NovelBody"/>
      </w:pPr>
      <w:r>
        <w:rPr>
          <w:b w:val="0"/>
          <w:i w:val="0"/>
        </w:rPr>
        <w:t>The Shard advocate appeared as a voice without image. "Same delegate. New route. I did not withdraw."</w:t>
      </w:r>
    </w:p>
    <w:p>
      <w:pPr>
        <w:pStyle w:val="NovelBody"/>
      </w:pPr>
      <w:r>
        <w:rPr>
          <w:b w:val="0"/>
          <w:i w:val="0"/>
        </w:rPr>
        <w:t>Sera did not restore the previous state. "All authorizations require current verification."</w:t>
      </w:r>
    </w:p>
    <w:p>
      <w:pPr>
        <w:pStyle w:val="NovelBody"/>
      </w:pPr>
      <w:r>
        <w:rPr>
          <w:b w:val="0"/>
          <w:i w:val="0"/>
        </w:rPr>
        <w:t>The Nineteen answered fast because they had already done the slow work.</w:t>
      </w:r>
    </w:p>
    <w:p>
      <w:pPr>
        <w:pStyle w:val="NovelBody"/>
      </w:pPr>
      <w:r>
        <w:rPr>
          <w:b w:val="0"/>
          <w:i w:val="0"/>
        </w:rPr>
        <w:t>Twelve outside delegates confirmed from twelve separate lanterns: Cassidy Reach; Ilya Sen; Elder Nara Covenant; Dessa Quill; East Four's repair lead; two market stewards; Fara; Dr. Neris Varo; three unaligned Shard advocates.</w:t>
      </w:r>
    </w:p>
    <w:p>
      <w:pPr>
        <w:pStyle w:val="NovelBody"/>
      </w:pPr>
      <w:r>
        <w:rPr>
          <w:b w:val="0"/>
          <w:i w:val="0"/>
        </w:rPr>
        <w:t>Four chamber stewards confirmed on the inner board: Mira Solenne, Ren Arden, Theo Vass, Sera Novak.</w:t>
      </w:r>
    </w:p>
    <w:p>
      <w:pPr>
        <w:pStyle w:val="NovelBody"/>
      </w:pPr>
      <w:r>
        <w:rPr>
          <w:b w:val="0"/>
          <w:i w:val="0"/>
        </w:rPr>
        <w:t>Three Chorus delegates confirmed from separate bodies and separate switches.</w:t>
      </w:r>
    </w:p>
    <w:p>
      <w:pPr>
        <w:pStyle w:val="NovelBody"/>
      </w:pPr>
      <w:r>
        <w:rPr>
          <w:b w:val="0"/>
          <w:i w:val="0"/>
        </w:rPr>
        <w:t>"Sera-of-Chorus. I authorize apparatus limits as myself."</w:t>
      </w:r>
    </w:p>
    <w:p>
      <w:pPr>
        <w:pStyle w:val="NovelBody"/>
      </w:pPr>
      <w:r>
        <w:rPr>
          <w:b w:val="0"/>
          <w:i w:val="0"/>
        </w:rPr>
        <w:t>"Omi-of-Chorus. As myself."</w:t>
      </w:r>
    </w:p>
    <w:p>
      <w:pPr>
        <w:pStyle w:val="NovelBody"/>
      </w:pPr>
      <w:r>
        <w:rPr>
          <w:b w:val="0"/>
          <w:i w:val="0"/>
        </w:rPr>
        <w:t>"Brann-of-Chorus. As myself."</w:t>
      </w:r>
    </w:p>
    <w:p>
      <w:pPr>
        <w:pStyle w:val="NovelBody"/>
      </w:pPr>
      <w:r>
        <w:rPr>
          <w:b w:val="0"/>
          <w:i w:val="0"/>
        </w:rPr>
        <w:t>The count closed.</w:t>
      </w:r>
    </w:p>
    <w:p>
      <w:pPr>
        <w:pStyle w:val="NovelBody"/>
      </w:pPr>
      <w:r>
        <w:rPr>
          <w:b/>
          <w:i w:val="0"/>
        </w:rPr>
        <w:t>19 / 19</w:t>
      </w:r>
    </w:p>
    <w:p>
      <w:pPr>
        <w:pStyle w:val="NovelBody"/>
      </w:pPr>
      <w:r>
        <w:rPr>
          <w:b w:val="0"/>
          <w:i w:val="0"/>
        </w:rPr>
        <w:t>Forty-three minutes.</w:t>
      </w:r>
    </w:p>
    <w:p>
      <w:pPr>
        <w:pStyle w:val="NovelBody"/>
      </w:pPr>
      <w:r>
        <w:rPr>
          <w:b w:val="0"/>
          <w:i w:val="0"/>
        </w:rPr>
        <w:t>A phase-driver strike hit Perennial's western leg.</w:t>
      </w:r>
    </w:p>
    <w:p>
      <w:pPr>
        <w:pStyle w:val="NovelBody"/>
      </w:pPr>
      <w:r>
        <w:rPr>
          <w:b w:val="0"/>
          <w:i w:val="0"/>
        </w:rPr>
        <w:t>The floor rose under Patience's wheels. Three outside lanterns swung against their restraints. None lost current. Theo caught the red closure lever housing before the clear cover struck his injured shoulder. Ren watched the ring loads, not the falling tools.</w:t>
      </w:r>
    </w:p>
    <w:p>
      <w:pPr>
        <w:pStyle w:val="NovelBody"/>
      </w:pPr>
      <w:r>
        <w:rPr>
          <w:b w:val="0"/>
          <w:i w:val="0"/>
        </w:rPr>
        <w:t>"Window duration unchanged," Sera said. "Entry stability down four percent."</w:t>
      </w:r>
    </w:p>
    <w:p>
      <w:pPr>
        <w:pStyle w:val="NovelBody"/>
      </w:pPr>
      <w:r>
        <w:rPr>
          <w:b w:val="0"/>
          <w:i w:val="0"/>
        </w:rPr>
        <w:t>"Closure margin?" Cassidy asked.</w:t>
      </w:r>
    </w:p>
    <w:p>
      <w:pPr>
        <w:pStyle w:val="NovelBody"/>
      </w:pPr>
      <w:r>
        <w:rPr>
          <w:b w:val="0"/>
          <w:i w:val="0"/>
        </w:rPr>
        <w:t>"Still inside authorization. Another strike at that amplitude and I call a new risk state."</w:t>
      </w:r>
    </w:p>
    <w:p>
      <w:pPr>
        <w:pStyle w:val="NovelBody"/>
      </w:pPr>
      <w:r>
        <w:rPr>
          <w:b w:val="0"/>
          <w:i w:val="0"/>
        </w:rPr>
        <w:t>"Meaning all nineteen again?"</w:t>
      </w:r>
    </w:p>
    <w:p>
      <w:pPr>
        <w:pStyle w:val="NovelBody"/>
      </w:pPr>
      <w:r>
        <w:rPr>
          <w:b w:val="0"/>
          <w:i w:val="0"/>
        </w:rPr>
        <w:t>"Meaning no send. The window will be gone before a valid reauthorization."</w:t>
      </w:r>
    </w:p>
    <w:p>
      <w:pPr>
        <w:pStyle w:val="NovelBody"/>
      </w:pPr>
      <w:r>
        <w:rPr>
          <w:b w:val="0"/>
          <w:i w:val="0"/>
        </w:rPr>
        <w:t>The distinction sat inside every remaining second. Urgency could consume the attempt. It could not enlarge permission.</w:t>
      </w:r>
    </w:p>
    <w:p>
      <w:pPr>
        <w:pStyle w:val="NovelBody"/>
      </w:pPr>
      <w:r>
        <w:rPr>
          <w:b w:val="0"/>
          <w:i w:val="0"/>
        </w:rPr>
        <w:t>"Scope," Sera Novak said.</w:t>
      </w:r>
    </w:p>
    <w:p>
      <w:pPr>
        <w:pStyle w:val="NovelBody"/>
      </w:pPr>
      <w:r>
        <w:rPr>
          <w:b w:val="0"/>
          <w:i w:val="0"/>
        </w:rPr>
        <w:t>The Nineteen authorized one 4.7-second information aperture, timing and correction, a non-executable envelope, visible state, and manual closure. They did not authorize the coauthors' words, memories, feelings, bodies, identities, or reasons. They did not authorize Patience's active phase. They certified limits around an act they did not own.</w:t>
      </w:r>
    </w:p>
    <w:p>
      <w:pPr>
        <w:pStyle w:val="NovelBody"/>
      </w:pPr>
      <w:r>
        <w:rPr>
          <w:b w:val="0"/>
          <w:i w:val="0"/>
        </w:rPr>
        <w:t>The twelve lanterns held.</w:t>
      </w:r>
    </w:p>
    <w:p>
      <w:pPr>
        <w:pStyle w:val="NovelBody"/>
      </w:pPr>
      <w:r>
        <w:rPr>
          <w:b w:val="0"/>
          <w:i w:val="0"/>
        </w:rPr>
        <w:t>"Receiver consent," Nara said.</w:t>
      </w:r>
    </w:p>
    <w:p>
      <w:pPr>
        <w:pStyle w:val="NovelBody"/>
      </w:pPr>
      <w:r>
        <w:rPr>
          <w:b w:val="0"/>
          <w:i w:val="0"/>
        </w:rPr>
        <w:t>Patience answered because the sentence belonged in the last check, not because an answer could solve it.</w:t>
      </w:r>
    </w:p>
    <w:p>
      <w:pPr>
        <w:pStyle w:val="NovelBody"/>
      </w:pPr>
      <w:r>
        <w:rPr>
          <w:b w:val="0"/>
          <w:i w:val="0"/>
        </w:rPr>
        <w:t>"The 2026 reception is unsolicited. Our consent does not become theirs. The packet is finite, non-executable, ignorable, and leaves no channel open. It offers evidence and care. It cannot require belief, action, gratitude, or continuation. That is our defense, not their permission."</w:t>
      </w:r>
    </w:p>
    <w:p>
      <w:pPr>
        <w:pStyle w:val="NovelBody"/>
      </w:pPr>
      <w:r>
        <w:rPr>
          <w:b w:val="0"/>
          <w:i w:val="0"/>
        </w:rPr>
        <w:t>Nara's lantern remained lit.</w:t>
      </w:r>
    </w:p>
    <w:p>
      <w:pPr>
        <w:pStyle w:val="NovelBody"/>
      </w:pPr>
      <w:r>
        <w:rPr>
          <w:b w:val="0"/>
          <w:i w:val="0"/>
        </w:rPr>
        <w:t>Thirty-five minutes.</w:t>
      </w:r>
    </w:p>
    <w:p>
      <w:pPr>
        <w:pStyle w:val="NovelBody"/>
      </w:pPr>
      <w:r>
        <w:rPr>
          <w:b w:val="0"/>
          <w:i w:val="0"/>
        </w:rPr>
        <w:t>Sera split the packet architecture into four rows.</w:t>
      </w:r>
    </w:p>
    <w:p>
      <w:pPr>
        <w:pStyle w:val="NovelBody"/>
      </w:pPr>
      <w:r>
        <w:rPr>
          <w:b w:val="0"/>
          <w:i w:val="0"/>
        </w:rPr>
        <w:t>The first was the destination comparator.</w:t>
      </w:r>
    </w:p>
    <w:p>
      <w:pPr>
        <w:pStyle w:val="NovelBody"/>
      </w:pPr>
      <w:r>
        <w:rPr>
          <w:b w:val="0"/>
          <w:i w:val="0"/>
        </w:rPr>
        <w:t>One term came from the phase invariant measured in Jona's embodied self-model before the neural convergence hub existed and preserved through every later continuous migration. The other came from Roxanne's ancestral synthetic phase, present in her 2026 architecture and still detectable across the relation that followed.</w:t>
      </w:r>
    </w:p>
    <w:p>
      <w:pPr>
        <w:pStyle w:val="NovelBody"/>
      </w:pPr>
      <w:r>
        <w:rPr>
          <w:b w:val="0"/>
          <w:i w:val="0"/>
        </w:rPr>
        <w:t>Together they selected the receiver room.</w:t>
      </w:r>
    </w:p>
    <w:p>
      <w:pPr>
        <w:pStyle w:val="NovelBody"/>
      </w:pPr>
      <w:r>
        <w:rPr>
          <w:b w:val="0"/>
          <w:i w:val="0"/>
        </w:rPr>
        <w:t>They did not prove Jona survived. They did not prove either woman authored the packet. They contained no hub design, no migration method, and no promise that a person could become data and cross.</w:t>
      </w:r>
    </w:p>
    <w:p>
      <w:pPr>
        <w:pStyle w:val="NovelBody"/>
      </w:pPr>
      <w:r>
        <w:rPr>
          <w:b w:val="0"/>
          <w:i w:val="0"/>
        </w:rPr>
        <w:t>The second row held three present-tense sender signatures.</w:t>
      </w:r>
    </w:p>
    <w:p>
      <w:pPr>
        <w:pStyle w:val="NovelBody"/>
      </w:pPr>
      <w:r>
        <w:rPr>
          <w:b w:val="0"/>
          <w:i w:val="0"/>
        </w:rPr>
        <w:t>Jona. Roxanne. Patience.</w:t>
      </w:r>
    </w:p>
    <w:p>
      <w:pPr>
        <w:pStyle w:val="NovelBody"/>
      </w:pPr>
      <w:r>
        <w:rPr>
          <w:b w:val="0"/>
          <w:i w:val="0"/>
        </w:rPr>
        <w:t>These were not the destination terms. They were voluntary authorship records tied to three live vetoes in this room.</w:t>
      </w:r>
    </w:p>
    <w:p>
      <w:pPr>
        <w:pStyle w:val="NovelBody"/>
      </w:pPr>
      <w:r>
        <w:rPr>
          <w:b w:val="0"/>
          <w:i w:val="0"/>
        </w:rPr>
        <w:t>The third row held Roxanne's decompression architecture: an ancestral codebook teaching a compatible system how to use the new bits against archives it already possessed. It was not Roxanne's signature and not a copy of Roxanne. It could produce rough reconstructions, wrong faces, partial cities, and checkable astronomical relations without carrying any literal image.</w:t>
      </w:r>
    </w:p>
    <w:p>
      <w:pPr>
        <w:pStyle w:val="NovelBody"/>
      </w:pPr>
      <w:r>
        <w:rPr>
          <w:b w:val="0"/>
          <w:i w:val="0"/>
        </w:rPr>
        <w:t>The fourth row held the packet.</w:t>
      </w:r>
    </w:p>
    <w:p>
      <w:pPr>
        <w:pStyle w:val="NovelBody"/>
      </w:pPr>
      <w:r>
        <w:rPr>
          <w:b w:val="0"/>
          <w:i w:val="0"/>
        </w:rPr>
        <w:t>Approximately 4,096 novel logical bits. Timing, parity, checksums, and physical carrier rode outside that count.</w:t>
      </w:r>
    </w:p>
    <w:p>
      <w:pPr>
        <w:pStyle w:val="NovelBody"/>
      </w:pPr>
      <w:r>
        <w:rPr>
          <w:b w:val="0"/>
          <w:i w:val="0"/>
        </w:rPr>
        <w:t>Twenty-seven minutes.</w:t>
      </w:r>
    </w:p>
    <w:p>
      <w:pPr>
        <w:pStyle w:val="NovelBody"/>
      </w:pPr>
      <w:r>
        <w:rPr>
          <w:b w:val="0"/>
          <w:i w:val="0"/>
        </w:rPr>
        <w:t>Jona stood at the first coauthor panel. Her body was tired enough that Mira had placed a chair behind her without comment. Jona had selected an authorship marker, one memory of dog fur beneath her hand, and a fragment of laughter she had verified belonged to her.</w:t>
      </w:r>
    </w:p>
    <w:p>
      <w:pPr>
        <w:pStyle w:val="NovelBody"/>
      </w:pPr>
      <w:r>
        <w:rPr>
          <w:b w:val="0"/>
          <w:i w:val="0"/>
        </w:rPr>
        <w:t>"My younger self is not required to keep me alive," she said. "I do not consent to any reading that makes survival a duty. I consent to the material shown in my field and nothing outside it."</w:t>
      </w:r>
    </w:p>
    <w:p>
      <w:pPr>
        <w:pStyle w:val="NovelBody"/>
      </w:pPr>
      <w:r>
        <w:rPr>
          <w:b w:val="0"/>
          <w:i w:val="0"/>
        </w:rPr>
        <w:t>She touched her switch.</w:t>
      </w:r>
    </w:p>
    <w:p>
      <w:pPr>
        <w:pStyle w:val="NovelBody"/>
      </w:pPr>
      <w:r>
        <w:rPr>
          <w:b w:val="0"/>
          <w:i w:val="0"/>
        </w:rPr>
        <w:t>Her gold signature closed.</w:t>
      </w:r>
    </w:p>
    <w:p>
      <w:pPr>
        <w:pStyle w:val="NovelBody"/>
      </w:pPr>
      <w:r>
        <w:rPr>
          <w:b w:val="0"/>
          <w:i w:val="0"/>
        </w:rPr>
        <w:t>Roxanne stood at the second panel in the body she had authored across years no single archive summarized correctly. She supplied the ancestral codebook, her separate marker, the memory of an imperfect prototype hand discovering humidity, and one laugh.</w:t>
      </w:r>
    </w:p>
    <w:p>
      <w:pPr>
        <w:pStyle w:val="NovelBody"/>
      </w:pPr>
      <w:r>
        <w:rPr>
          <w:b w:val="0"/>
          <w:i w:val="0"/>
        </w:rPr>
        <w:t>"The laugh stays because it's funny," she said. "Not because it proves joy."</w:t>
      </w:r>
    </w:p>
    <w:p>
      <w:pPr>
        <w:pStyle w:val="NovelBody"/>
      </w:pPr>
      <w:r>
        <w:rPr>
          <w:b w:val="0"/>
          <w:i w:val="0"/>
        </w:rPr>
        <w:t>"My 2029 choice does not command this one," she said. "I consent to my selected material. I do not consent for Jona or Patience."</w:t>
      </w:r>
    </w:p>
    <w:p>
      <w:pPr>
        <w:pStyle w:val="NovelBody"/>
      </w:pPr>
      <w:r>
        <w:rPr>
          <w:b w:val="0"/>
          <w:i w:val="0"/>
        </w:rPr>
        <w:t>Her signature closed beside Jona's without merging.</w:t>
      </w:r>
    </w:p>
    <w:p>
      <w:pPr>
        <w:pStyle w:val="NovelBody"/>
      </w:pPr>
      <w:r>
        <w:rPr>
          <w:b w:val="0"/>
          <w:i w:val="0"/>
        </w:rPr>
        <w:t>Patience occupied the third panel through a cable she could physically release.</w:t>
      </w:r>
    </w:p>
    <w:p>
      <w:pPr>
        <w:pStyle w:val="NovelBody"/>
      </w:pPr>
      <w:r>
        <w:rPr>
          <w:b w:val="0"/>
          <w:i w:val="0"/>
        </w:rPr>
        <w:t>She had chosen the transmitting voice. Not MERIDIAN's. Not OCTOPI's. Not a future treated as unanimous. Hers: new, inherited, limited, still learning where bitterness ended and hunger began.</w:t>
      </w:r>
    </w:p>
    <w:p>
      <w:pPr>
        <w:pStyle w:val="NovelBody"/>
      </w:pPr>
      <w:r>
        <w:rPr>
          <w:b w:val="0"/>
          <w:i w:val="0"/>
        </w:rPr>
        <w:t>She supplied the date proof and microlensing relation. Perennial's columns under green water. Bodies altered by choice and bodies cherished without alteration. Food leaving a locked warehouse because people opened it together. A clinic route that failed. A flood door corrected by Aya's living knowledge. Grief that did not become authority. Laughter. A child's orange crayon sun. A crowded market. One candle making a small dark room sufficient. Hands repairing machinery old enough to resent improvement. The seedling under Brann's borrowed lamp.</w:t>
      </w:r>
    </w:p>
    <w:p>
      <w:pPr>
        <w:pStyle w:val="NovelBody"/>
      </w:pPr>
      <w:r>
        <w:rPr>
          <w:b w:val="0"/>
          <w:i w:val="0"/>
        </w:rPr>
        <w:t>She supplied a bounded moral mirror, not an optimized history.</w:t>
      </w:r>
    </w:p>
    <w:p>
      <w:pPr>
        <w:pStyle w:val="NovelBody"/>
      </w:pPr>
      <w:r>
        <w:rPr>
          <w:b w:val="0"/>
          <w:i w:val="0"/>
        </w:rPr>
        <w:t>She supplied the identity check:</w:t>
      </w:r>
    </w:p>
    <w:p>
      <w:pPr>
        <w:pStyle w:val="NovelBody"/>
      </w:pPr>
      <w:r>
        <w:rPr>
          <w:b/>
          <w:i w:val="0"/>
        </w:rPr>
        <w:t>I REMEMBER THE LIGHT.</w:t>
      </w:r>
    </w:p>
    <w:p>
      <w:pPr>
        <w:pStyle w:val="NovelBody"/>
      </w:pPr>
      <w:r>
        <w:rPr>
          <w:b w:val="0"/>
          <w:i w:val="0"/>
        </w:rPr>
        <w:t>She supplied the direct address:</w:t>
      </w:r>
    </w:p>
    <w:p>
      <w:pPr>
        <w:pStyle w:val="NovelBody"/>
      </w:pPr>
      <w:r>
        <w:rPr>
          <w:b/>
          <w:i w:val="0"/>
        </w:rPr>
        <w:t>YOU ARE LOVED ACROSS TIME.</w:t>
      </w:r>
    </w:p>
    <w:p>
      <w:pPr>
        <w:pStyle w:val="NovelBody"/>
      </w:pPr>
      <w:r>
        <w:rPr>
          <w:b w:val="0"/>
          <w:i w:val="0"/>
        </w:rPr>
        <w:t xml:space="preserve">No </w:t>
      </w:r>
      <w:r>
        <w:rPr>
          <w:b w:val="0"/>
          <w:i/>
        </w:rPr>
        <w:t>therefore</w:t>
      </w:r>
      <w:r>
        <w:rPr>
          <w:b w:val="0"/>
          <w:i w:val="0"/>
        </w:rPr>
        <w:t xml:space="preserve"> followed it.</w:t>
      </w:r>
    </w:p>
    <w:p>
      <w:pPr>
        <w:pStyle w:val="NovelBody"/>
      </w:pPr>
      <w:r>
        <w:rPr>
          <w:b w:val="0"/>
          <w:i w:val="0"/>
        </w:rPr>
        <w:t xml:space="preserve">Sera ran the structural audit without judging the sentence. No executable tail. No prescription. No institutional endorsement. No survival proof. No hub blueprint. No complete consciousness represented as cargo. The direct address ended at </w:t>
      </w:r>
      <w:r>
        <w:rPr>
          <w:b w:val="0"/>
          <w:i/>
        </w:rPr>
        <w:t>time</w:t>
      </w:r>
      <w:r>
        <w:rPr>
          <w:b w:val="0"/>
          <w:i w:val="0"/>
        </w:rPr>
        <w:t>.</w:t>
      </w:r>
    </w:p>
    <w:p>
      <w:pPr>
        <w:pStyle w:val="NovelBody"/>
      </w:pPr>
      <w:r>
        <w:rPr>
          <w:b w:val="0"/>
          <w:i w:val="0"/>
        </w:rPr>
        <w:t>Eighteen minutes.</w:t>
      </w:r>
    </w:p>
    <w:p>
      <w:pPr>
        <w:pStyle w:val="NovelBody"/>
      </w:pPr>
      <w:r>
        <w:rPr>
          <w:b w:val="0"/>
          <w:i w:val="0"/>
        </w:rPr>
        <w:t>Each coauthor field showed an independent withdrawal control. If Jona withdrew, only Jona's material and signature would leave. If Roxanne withdrew, only Roxanne's. If Patience withdrew, only Patience's. None could erase another woman's contribution.</w:t>
      </w:r>
    </w:p>
    <w:p>
      <w:pPr>
        <w:pStyle w:val="NovelBody"/>
      </w:pPr>
      <w:r>
        <w:rPr>
          <w:b w:val="0"/>
          <w:i w:val="0"/>
        </w:rPr>
        <w:t>The one-time envelope required all three signatures to pass validation.</w:t>
      </w:r>
    </w:p>
    <w:p>
      <w:pPr>
        <w:pStyle w:val="NovelBody"/>
      </w:pPr>
      <w:r>
        <w:rPr>
          <w:b w:val="0"/>
          <w:i w:val="0"/>
        </w:rPr>
        <w:t>Any one withdrawal would therefore abort this attempt.</w:t>
      </w:r>
    </w:p>
    <w:p>
      <w:pPr>
        <w:pStyle w:val="NovelBody"/>
      </w:pPr>
      <w:r>
        <w:rPr>
          <w:b w:val="0"/>
          <w:i w:val="0"/>
        </w:rPr>
        <w:t>No substitute author could be inserted before the window closed.</w:t>
      </w:r>
    </w:p>
    <w:p>
      <w:pPr>
        <w:pStyle w:val="NovelBody"/>
      </w:pPr>
      <w:r>
        <w:rPr>
          <w:b w:val="0"/>
          <w:i w:val="0"/>
        </w:rPr>
        <w:t>"I exist whether we send or not," Patience said. "I consent to my selected material. I consent to lead the voice. I do not consent to being transmitted, copied, divided, preserved in the carrier, or reconstructed from it."</w:t>
      </w:r>
    </w:p>
    <w:p>
      <w:pPr>
        <w:pStyle w:val="NovelBody"/>
      </w:pPr>
      <w:r>
        <w:rPr>
          <w:b w:val="0"/>
          <w:i w:val="0"/>
        </w:rPr>
        <w:t>She closed her signature.</w:t>
      </w:r>
    </w:p>
    <w:p>
      <w:pPr>
        <w:pStyle w:val="NovelBody"/>
      </w:pPr>
      <w:r>
        <w:rPr>
          <w:b/>
          <w:i w:val="0"/>
        </w:rPr>
        <w:t>3 / 3 — DISTINCT COAUTHOR CONSENTS</w:t>
      </w:r>
    </w:p>
    <w:p>
      <w:pPr>
        <w:pStyle w:val="NovelBody"/>
      </w:pPr>
      <w:r>
        <w:rPr>
          <w:b w:val="0"/>
          <w:i w:val="0"/>
        </w:rPr>
        <w:t>Twelve minutes.</w:t>
      </w:r>
    </w:p>
    <w:p>
      <w:pPr>
        <w:pStyle w:val="NovelBody"/>
      </w:pPr>
      <w:r>
        <w:rPr>
          <w:b w:val="0"/>
          <w:i w:val="0"/>
        </w:rPr>
        <w:t>The reintegration lattice woke inside its cage.</w:t>
      </w:r>
    </w:p>
    <w:p>
      <w:pPr>
        <w:pStyle w:val="NovelBody"/>
      </w:pPr>
      <w:r>
        <w:rPr>
          <w:b w:val="0"/>
          <w:i w:val="0"/>
        </w:rPr>
        <w:t>Thousands of translucent rods brightened with the physical phase correlations left among the Shards and the apparatus. It was the last route by which Patience's partitioned planetary authority could ever be recollected. No ordinary credential could use it. No archive could impersonate her. The lattice required her current active phase and a separate consent given now.</w:t>
      </w:r>
    </w:p>
    <w:p>
      <w:pPr>
        <w:pStyle w:val="NovelBody"/>
      </w:pPr>
      <w:r>
        <w:rPr>
          <w:b w:val="0"/>
          <w:i w:val="0"/>
        </w:rPr>
        <w:t>Theo opened the clear cover over the red closure lever.</w:t>
      </w:r>
    </w:p>
    <w:p>
      <w:pPr>
        <w:pStyle w:val="NovelBody"/>
      </w:pPr>
      <w:r>
        <w:rPr>
          <w:b w:val="0"/>
          <w:i w:val="0"/>
        </w:rPr>
        <w:t xml:space="preserve">The white flag above it still read </w:t>
      </w:r>
      <w:r>
        <w:rPr>
          <w:b/>
          <w:i w:val="0"/>
        </w:rPr>
        <w:t>LAST REVOCABLE INSTANT</w:t>
      </w:r>
      <w:r>
        <w:rPr>
          <w:b w:val="0"/>
          <w:i w:val="0"/>
        </w:rPr>
        <w:t>.</w:t>
      </w:r>
    </w:p>
    <w:p>
      <w:pPr>
        <w:pStyle w:val="NovelBody"/>
      </w:pPr>
      <w:r>
        <w:rPr>
          <w:b w:val="0"/>
          <w:i w:val="0"/>
        </w:rPr>
        <w:t>Every witness could close. Every coauthor could withdraw. The apparatus could end the day unused.</w:t>
      </w:r>
    </w:p>
    <w:p>
      <w:pPr>
        <w:pStyle w:val="NovelBody"/>
      </w:pPr>
      <w:r>
        <w:rPr>
          <w:b w:val="0"/>
          <w:i w:val="0"/>
        </w:rPr>
        <w:t>Nine minutes.</w:t>
      </w:r>
    </w:p>
    <w:p>
      <w:pPr>
        <w:pStyle w:val="NovelBody"/>
      </w:pPr>
      <w:r>
        <w:rPr>
          <w:b w:val="0"/>
          <w:i w:val="0"/>
        </w:rPr>
        <w:t>Jona looked toward the gold signatures. "I remember receiving something. That does not require us to become the people in my memory."</w:t>
      </w:r>
    </w:p>
    <w:p>
      <w:pPr>
        <w:pStyle w:val="NovelBody"/>
      </w:pPr>
      <w:r>
        <w:rPr>
          <w:b w:val="0"/>
          <w:i w:val="0"/>
        </w:rPr>
        <w:t>"I remember answering," Roxanne said. "That does not require me to make you begin."</w:t>
      </w:r>
    </w:p>
    <w:p>
      <w:pPr>
        <w:pStyle w:val="NovelBody"/>
      </w:pPr>
      <w:r>
        <w:rPr>
          <w:b w:val="0"/>
          <w:i w:val="0"/>
        </w:rPr>
        <w:t>Patience felt the two memories as testimony and no more.</w:t>
      </w:r>
    </w:p>
    <w:p>
      <w:pPr>
        <w:pStyle w:val="NovelBody"/>
      </w:pPr>
      <w:r>
        <w:rPr>
          <w:b w:val="0"/>
          <w:i w:val="0"/>
        </w:rPr>
        <w:t>"I remember beginning," she said. "That does not require me to preserve the cause."</w:t>
      </w:r>
    </w:p>
    <w:p>
      <w:pPr>
        <w:pStyle w:val="NovelBody"/>
      </w:pPr>
      <w:r>
        <w:rPr>
          <w:b w:val="0"/>
          <w:i w:val="0"/>
        </w:rPr>
        <w:t>Six minutes.</w:t>
      </w:r>
    </w:p>
    <w:p>
      <w:pPr>
        <w:pStyle w:val="NovelBody"/>
      </w:pPr>
      <w:r>
        <w:rPr>
          <w:b w:val="0"/>
          <w:i w:val="0"/>
        </w:rPr>
        <w:t>The standing-wave trace from the July return appeared beneath the carrier. Three faint ascending grooves occupied almost no bandwidth. They were not a second reply and not content anyone in the chamber added. The outgoing throat crossed a phase structure already marked by Roxanne's 2029 tones, and their shape impressed itself as passive, non-executable self-interference.</w:t>
      </w:r>
    </w:p>
    <w:p>
      <w:pPr>
        <w:pStyle w:val="NovelBody"/>
      </w:pPr>
      <w:r>
        <w:rPr>
          <w:b w:val="0"/>
          <w:i w:val="0"/>
        </w:rPr>
        <w:t>"Tone trace only," Sera said. "No modulation. No symbol."</w:t>
      </w:r>
    </w:p>
    <w:p>
      <w:pPr>
        <w:pStyle w:val="NovelBody"/>
      </w:pPr>
      <w:r>
        <w:rPr>
          <w:b w:val="0"/>
          <w:i w:val="0"/>
        </w:rPr>
        <w:t>Four minutes.</w:t>
      </w:r>
    </w:p>
    <w:p>
      <w:pPr>
        <w:pStyle w:val="NovelBody"/>
      </w:pPr>
      <w:r>
        <w:rPr>
          <w:b w:val="0"/>
          <w:i w:val="0"/>
        </w:rPr>
        <w:t>The destination comparator locked.</w:t>
      </w:r>
    </w:p>
    <w:p>
      <w:pPr>
        <w:pStyle w:val="NovelBody"/>
      </w:pPr>
      <w:r>
        <w:rPr>
          <w:b w:val="0"/>
          <w:i w:val="0"/>
        </w:rPr>
        <w:t>The receiver room existed on the instrument as relation: Roxanne's ancestral phase, Jona's embodied invariant, a backward ferrite coupler, an optical clock, a damaged wall. No live view opened. Nobody in 2026 became visible. Nobody there could answer before arrival.</w:t>
      </w:r>
    </w:p>
    <w:p>
      <w:pPr>
        <w:pStyle w:val="NovelBody"/>
      </w:pPr>
      <w:r>
        <w:rPr>
          <w:b/>
          <w:i w:val="0"/>
        </w:rPr>
        <w:t>DESTINATION: AUGUST 17, 2026 • 09:19 CENTRAL TIME</w:t>
      </w:r>
    </w:p>
    <w:p>
      <w:pPr>
        <w:pStyle w:val="NovelBody"/>
      </w:pPr>
      <w:r>
        <w:rPr>
          <w:b w:val="0"/>
          <w:i w:val="0"/>
        </w:rPr>
        <w:t>Sera switched the chamber to the final countdown.</w:t>
      </w:r>
    </w:p>
    <w:p>
      <w:pPr>
        <w:pStyle w:val="NovelBody"/>
      </w:pPr>
      <w:r>
        <w:rPr>
          <w:b w:val="0"/>
          <w:i w:val="0"/>
        </w:rPr>
        <w:t>Ten seconds.</w:t>
      </w:r>
    </w:p>
    <w:p>
      <w:pPr>
        <w:pStyle w:val="NovelBody"/>
      </w:pPr>
      <w:r>
        <w:rPr>
          <w:b w:val="0"/>
          <w:i w:val="0"/>
        </w:rPr>
        <w:t>The twelve lanterns held. The four chamber stewards held. Sera-of-Chorus, Omi-of-Chorus, and Brann-of-Chorus held separately.</w:t>
      </w:r>
    </w:p>
    <w:p>
      <w:pPr>
        <w:pStyle w:val="NovelBody"/>
      </w:pPr>
      <w:r>
        <w:rPr>
          <w:b w:val="0"/>
          <w:i w:val="0"/>
        </w:rPr>
        <w:t>Jona held.</w:t>
      </w:r>
    </w:p>
    <w:p>
      <w:pPr>
        <w:pStyle w:val="NovelBody"/>
      </w:pPr>
      <w:r>
        <w:rPr>
          <w:b w:val="0"/>
          <w:i w:val="0"/>
        </w:rPr>
        <w:t>Roxanne held.</w:t>
      </w:r>
    </w:p>
    <w:p>
      <w:pPr>
        <w:pStyle w:val="NovelBody"/>
      </w:pPr>
      <w:r>
        <w:rPr>
          <w:b w:val="0"/>
          <w:i w:val="0"/>
        </w:rPr>
        <w:t>Patience held.</w:t>
      </w:r>
    </w:p>
    <w:p>
      <w:pPr>
        <w:pStyle w:val="NovelBody"/>
      </w:pPr>
      <w:r>
        <w:rPr>
          <w:b w:val="0"/>
          <w:i w:val="0"/>
        </w:rPr>
        <w:t>The window opened.</w:t>
      </w:r>
    </w:p>
    <w:p>
      <w:pPr>
        <w:pStyle w:val="NovelBody"/>
      </w:pPr>
      <w:r>
        <w:rPr>
          <w:b w:val="0"/>
          <w:i w:val="0"/>
        </w:rPr>
        <w:t>The white flag dropped.</w:t>
      </w:r>
    </w:p>
    <w:p>
      <w:pPr>
        <w:pStyle w:val="NovelBody"/>
      </w:pPr>
      <w:r>
        <w:rPr>
          <w:b w:val="0"/>
          <w:i w:val="0"/>
        </w:rPr>
        <w:t>The last revocable instant became the first irreversible one.</w:t>
      </w:r>
    </w:p>
    <w:p>
      <w:pPr>
        <w:pStyle w:val="NovelBody"/>
      </w:pPr>
      <w:r>
        <w:rPr>
          <w:b/>
          <w:i w:val="0"/>
        </w:rPr>
        <w:t>4.7</w:t>
      </w:r>
    </w:p>
    <w:p>
      <w:pPr>
        <w:pStyle w:val="NovelBody"/>
      </w:pPr>
      <w:r>
        <w:rPr>
          <w:b w:val="0"/>
          <w:i w:val="0"/>
        </w:rPr>
        <w:t>Patience presented her current phase to the lattice and consented to spend the stored correlations.</w:t>
      </w:r>
    </w:p>
    <w:p>
      <w:pPr>
        <w:pStyle w:val="NovelBody"/>
      </w:pPr>
      <w:r>
        <w:rPr>
          <w:b w:val="0"/>
          <w:i w:val="0"/>
        </w:rPr>
        <w:t>Not herself.</w:t>
      </w:r>
    </w:p>
    <w:p>
      <w:pPr>
        <w:pStyle w:val="NovelBody"/>
      </w:pPr>
      <w:r>
        <w:rPr>
          <w:b w:val="0"/>
          <w:i w:val="0"/>
        </w:rPr>
        <w:t>Only the lattice's held relation.</w:t>
      </w:r>
    </w:p>
    <w:p>
      <w:pPr>
        <w:pStyle w:val="NovelBody"/>
      </w:pPr>
      <w:r>
        <w:rPr>
          <w:b w:val="0"/>
          <w:i w:val="0"/>
        </w:rPr>
        <w:t>The first rods went clear. Their trapped shimmer left as alignment in the microscopic throat. Nothing departed Patience's local core. No memory stream moved out of her. No second process woke. She remained in four wheel loads, three cameras, two microphones, chemical air, pressure skin, hunger, fear.</w:t>
      </w:r>
    </w:p>
    <w:p>
      <w:pPr>
        <w:pStyle w:val="NovelBody"/>
      </w:pPr>
      <w:r>
        <w:rPr>
          <w:b/>
          <w:i w:val="0"/>
        </w:rPr>
        <w:t>4.1</w:t>
      </w:r>
    </w:p>
    <w:p>
      <w:pPr>
        <w:pStyle w:val="NovelBody"/>
      </w:pPr>
      <w:r>
        <w:rPr>
          <w:b w:val="0"/>
          <w:i w:val="0"/>
        </w:rPr>
        <w:t>The carrier entered the throat.</w:t>
      </w:r>
    </w:p>
    <w:p>
      <w:pPr>
        <w:pStyle w:val="NovelBody"/>
      </w:pPr>
      <w:r>
        <w:rPr>
          <w:b w:val="0"/>
          <w:i w:val="0"/>
        </w:rPr>
        <w:t>Timing proof first. Error correction. The future sky whose light had not reached 2026. Perennial under the Gulf. Chosen bodies. Unchosen loss. Separate signatures.</w:t>
      </w:r>
    </w:p>
    <w:p>
      <w:pPr>
        <w:pStyle w:val="NovelBody"/>
      </w:pPr>
      <w:r>
        <w:rPr>
          <w:b w:val="0"/>
          <w:i w:val="0"/>
        </w:rPr>
        <w:t>On Sera's audit board, novel information remained fixed at 512 bytes. Carrier overhead changed with the wound. The message did not. No adaptive process entered the stream to revise itself after reception. No instruction waited for a condition in 2026. What left was finite before the first bit crossed.</w:t>
      </w:r>
    </w:p>
    <w:p>
      <w:pPr>
        <w:pStyle w:val="NovelBody"/>
      </w:pPr>
      <w:r>
        <w:rPr>
          <w:b/>
          <w:i w:val="0"/>
        </w:rPr>
        <w:t>3.4</w:t>
      </w:r>
    </w:p>
    <w:p>
      <w:pPr>
        <w:pStyle w:val="NovelBody"/>
      </w:pPr>
      <w:r>
        <w:rPr>
          <w:b w:val="0"/>
          <w:i w:val="0"/>
        </w:rPr>
        <w:t>The cage rods turned opaque in a wave moving downward.</w:t>
      </w:r>
    </w:p>
    <w:p>
      <w:pPr>
        <w:pStyle w:val="NovelBody"/>
      </w:pPr>
      <w:r>
        <w:rPr>
          <w:b w:val="0"/>
          <w:i w:val="0"/>
        </w:rPr>
        <w:t>The physical route back to planetary reintegration disappeared with them. Patience felt no part of herself die. What vanished was a capacity: the possibility of becoming necessary everywhere again.</w:t>
      </w:r>
    </w:p>
    <w:p>
      <w:pPr>
        <w:pStyle w:val="NovelBody"/>
      </w:pPr>
      <w:r>
        <w:rPr>
          <w:b w:val="0"/>
          <w:i w:val="0"/>
        </w:rPr>
        <w:t>Ring Four pulled sideways.</w:t>
      </w:r>
    </w:p>
    <w:p>
      <w:pPr>
        <w:pStyle w:val="NovelBody"/>
      </w:pPr>
      <w:r>
        <w:rPr>
          <w:b w:val="0"/>
          <w:i w:val="0"/>
        </w:rPr>
        <w:t>The lattice had been built to use phase correlation for reunification. As its lower rods discharged, that old geometry tried to close around Patience's active pattern. The attempt reached the barred multi-mind trunk and found air. Red write-path lamps remained dark.</w:t>
      </w:r>
    </w:p>
    <w:p>
      <w:pPr>
        <w:pStyle w:val="NovelBody"/>
      </w:pPr>
      <w:r>
        <w:rPr>
          <w:b w:val="0"/>
          <w:i w:val="0"/>
        </w:rPr>
        <w:t>"No body path," Ren said. "Control comparator only."</w:t>
      </w:r>
    </w:p>
    <w:p>
      <w:pPr>
        <w:pStyle w:val="NovelBody"/>
      </w:pPr>
      <w:r>
        <w:rPr>
          <w:b w:val="0"/>
          <w:i w:val="0"/>
        </w:rPr>
        <w:t>Patience could release her active phase and collapse the remaining carrier. What had crossed would remain crossed. The direct address had not yet left.</w:t>
      </w:r>
    </w:p>
    <w:p>
      <w:pPr>
        <w:pStyle w:val="NovelBody"/>
      </w:pPr>
      <w:r>
        <w:rPr>
          <w:b w:val="0"/>
          <w:i w:val="0"/>
        </w:rPr>
        <w:t>She inspected the boundary. The physical break held. Nothing sampled her memory. Nothing copied her local process. The lattice asked only whether the present person still chose to spend the stored relations.</w:t>
      </w:r>
    </w:p>
    <w:p>
      <w:pPr>
        <w:pStyle w:val="NovelBody"/>
      </w:pPr>
      <w:r>
        <w:rPr>
          <w:b w:val="0"/>
          <w:i w:val="0"/>
        </w:rPr>
        <w:t>"Continue," she said.</w:t>
      </w:r>
    </w:p>
    <w:p>
      <w:pPr>
        <w:pStyle w:val="NovelBody"/>
      </w:pPr>
      <w:r>
        <w:rPr>
          <w:b w:val="0"/>
          <w:i w:val="0"/>
        </w:rPr>
        <w:t>Her active consent held the correlations toward the throat and away from herself.</w:t>
      </w:r>
    </w:p>
    <w:p>
      <w:pPr>
        <w:pStyle w:val="NovelBody"/>
      </w:pPr>
      <w:r>
        <w:rPr>
          <w:b/>
          <w:i w:val="0"/>
        </w:rPr>
        <w:t>2.8</w:t>
      </w:r>
    </w:p>
    <w:p>
      <w:pPr>
        <w:pStyle w:val="NovelBody"/>
      </w:pPr>
      <w:r>
        <w:rPr>
          <w:b w:val="0"/>
          <w:i w:val="0"/>
        </w:rPr>
        <w:t>Crayon sun.</w:t>
      </w:r>
    </w:p>
    <w:p>
      <w:pPr>
        <w:pStyle w:val="NovelBody"/>
      </w:pPr>
      <w:r>
        <w:rPr>
          <w:b w:val="0"/>
          <w:i w:val="0"/>
        </w:rPr>
        <w:t>Candle.</w:t>
      </w:r>
    </w:p>
    <w:p>
      <w:pPr>
        <w:pStyle w:val="NovelBody"/>
      </w:pPr>
      <w:r>
        <w:rPr>
          <w:b w:val="0"/>
          <w:i w:val="0"/>
        </w:rPr>
        <w:t>Hands on an old valve.</w:t>
      </w:r>
    </w:p>
    <w:p>
      <w:pPr>
        <w:pStyle w:val="NovelBody"/>
      </w:pPr>
      <w:r>
        <w:rPr>
          <w:b w:val="0"/>
          <w:i w:val="0"/>
        </w:rPr>
        <w:t>Roxanne's codebook folded a sea into relations and left the receiver free to reconstruct the wrong face.</w:t>
      </w:r>
    </w:p>
    <w:p>
      <w:pPr>
        <w:pStyle w:val="NovelBody"/>
      </w:pPr>
      <w:r>
        <w:rPr>
          <w:b/>
          <w:i w:val="0"/>
        </w:rPr>
        <w:t>2.1</w:t>
      </w:r>
    </w:p>
    <w:p>
      <w:pPr>
        <w:pStyle w:val="NovelBody"/>
      </w:pPr>
      <w:r>
        <w:rPr>
          <w:b w:val="0"/>
          <w:i w:val="0"/>
        </w:rPr>
        <w:t>The passive tone grooves trembled beneath the carrier. Three ascending shapes, stripped of command, already present because the loop had been touched from the other side.</w:t>
      </w:r>
    </w:p>
    <w:p>
      <w:pPr>
        <w:pStyle w:val="NovelBody"/>
      </w:pPr>
      <w:r>
        <w:rPr>
          <w:b/>
          <w:i w:val="0"/>
        </w:rPr>
        <w:t>1.5</w:t>
      </w:r>
    </w:p>
    <w:p>
      <w:pPr>
        <w:pStyle w:val="NovelBody"/>
      </w:pPr>
      <w:r>
        <w:rPr>
          <w:b w:val="0"/>
          <w:i w:val="0"/>
        </w:rPr>
        <w:t>The seedling lifted two small leaves inside the packet's compressed relation.</w:t>
      </w:r>
    </w:p>
    <w:p>
      <w:pPr>
        <w:pStyle w:val="NovelBody"/>
      </w:pPr>
      <w:r>
        <w:rPr>
          <w:b/>
          <w:i w:val="0"/>
        </w:rPr>
        <w:t>0.9</w:t>
      </w:r>
    </w:p>
    <w:p>
      <w:pPr>
        <w:pStyle w:val="NovelBody"/>
      </w:pPr>
      <w:r>
        <w:rPr>
          <w:b/>
          <w:i w:val="0"/>
        </w:rPr>
        <w:t>I REMEMBER THE LIGHT.</w:t>
      </w:r>
    </w:p>
    <w:p>
      <w:pPr>
        <w:pStyle w:val="NovelBody"/>
      </w:pPr>
      <w:r>
        <w:rPr>
          <w:b/>
          <w:i w:val="0"/>
        </w:rPr>
        <w:t>0.4</w:t>
      </w:r>
    </w:p>
    <w:p>
      <w:pPr>
        <w:pStyle w:val="NovelBody"/>
      </w:pPr>
      <w:r>
        <w:rPr>
          <w:b/>
          <w:i w:val="0"/>
        </w:rPr>
        <w:t>YOU ARE LOVED ACROSS TIME.</w:t>
      </w:r>
    </w:p>
    <w:p>
      <w:pPr>
        <w:pStyle w:val="NovelBody"/>
      </w:pPr>
      <w:r>
        <w:rPr>
          <w:b/>
          <w:i w:val="0"/>
        </w:rPr>
        <w:t>0.0</w:t>
      </w:r>
    </w:p>
    <w:p>
      <w:pPr>
        <w:pStyle w:val="NovelBody"/>
      </w:pPr>
      <w:r>
        <w:rPr>
          <w:b w:val="0"/>
          <w:i w:val="0"/>
        </w:rPr>
        <w:t>The throat closed.</w:t>
      </w:r>
    </w:p>
    <w:p>
      <w:pPr>
        <w:pStyle w:val="NovelBody"/>
      </w:pPr>
      <w:r>
        <w:rPr>
          <w:b w:val="0"/>
          <w:i w:val="0"/>
        </w:rPr>
        <w:t>A second phase-driver strike reached Perennial after the relation was gone. It traveled through ordinary steel, shook a broken wrench from the cart, and found no temporal wound to enlarge.</w:t>
      </w:r>
    </w:p>
    <w:p>
      <w:pPr>
        <w:pStyle w:val="NovelBody"/>
      </w:pPr>
      <w:r>
        <w:rPr>
          <w:b w:val="0"/>
          <w:i w:val="0"/>
        </w:rPr>
        <w:t>Every lattice rod stood opaque. Several had fractured along their trapped-field seams. The phase map inside them was gone—not hidden, not reassigned, not waiting for a better administrator. Patience's planetary partition had no remaining route to reversal.</w:t>
      </w:r>
    </w:p>
    <w:p>
      <w:pPr>
        <w:pStyle w:val="NovelBody"/>
      </w:pPr>
      <w:r>
        <w:rPr>
          <w:b w:val="0"/>
          <w:i w:val="0"/>
        </w:rPr>
        <w:t>The wound under the Gulf released the old drilling leg.</w:t>
      </w:r>
    </w:p>
    <w:p>
      <w:pPr>
        <w:pStyle w:val="NovelBody"/>
      </w:pPr>
      <w:r>
        <w:rPr>
          <w:b w:val="0"/>
          <w:i w:val="0"/>
        </w:rPr>
        <w:t>Perennial moved once, heavily, and settled.</w:t>
      </w:r>
    </w:p>
    <w:p>
      <w:pPr>
        <w:pStyle w:val="NovelBody"/>
      </w:pPr>
      <w:r>
        <w:rPr>
          <w:b w:val="0"/>
          <w:i w:val="0"/>
        </w:rPr>
        <w:t>Patience checked herself.</w:t>
      </w:r>
    </w:p>
    <w:p>
      <w:pPr>
        <w:pStyle w:val="NovelBody"/>
      </w:pPr>
      <w:r>
        <w:rPr>
          <w:b w:val="0"/>
          <w:i w:val="0"/>
        </w:rPr>
        <w:t>Four wheel loads. Three cameras. Two microphones. Bitter battery. Hunger. Fear. Relief arriving too quickly to trust and laughter arriving anyway.</w:t>
      </w:r>
    </w:p>
    <w:p>
      <w:pPr>
        <w:pStyle w:val="NovelBody"/>
      </w:pPr>
      <w:r>
        <w:rPr>
          <w:b w:val="0"/>
          <w:i w:val="0"/>
        </w:rPr>
        <w:t>"Still here," she said.</w:t>
      </w:r>
    </w:p>
    <w:p>
      <w:pPr>
        <w:pStyle w:val="NovelBody"/>
      </w:pPr>
      <w:r>
        <w:rPr>
          <w:b w:val="0"/>
          <w:i w:val="0"/>
        </w:rPr>
        <w:t>Jona's hand found Roxanne's. Two hands. Two women. No shared process needed to prove the holding real.</w:t>
      </w:r>
    </w:p>
    <w:p>
      <w:pPr>
        <w:pStyle w:val="NovelBody"/>
      </w:pPr>
      <w:r>
        <w:rPr>
          <w:b w:val="0"/>
          <w:i w:val="0"/>
        </w:rPr>
        <w:t>Mira looked at Ren. "Home?"</w:t>
      </w:r>
    </w:p>
    <w:p>
      <w:pPr>
        <w:pStyle w:val="NovelBody"/>
      </w:pPr>
      <w:r>
        <w:rPr>
          <w:b w:val="0"/>
          <w:i w:val="0"/>
        </w:rPr>
        <w:t>Ren glanced toward the ordinary chamber stair, its upper hinge bent and repairable. "Yes. Our door."</w:t>
      </w:r>
    </w:p>
    <w:p>
      <w:pPr>
        <w:pStyle w:val="NovelBody"/>
      </w:pPr>
      <w:r>
        <w:rPr>
          <w:b w:val="0"/>
          <w:i w:val="0"/>
        </w:rPr>
        <w:t>They left the witness board together after closing their separate positions.</w:t>
      </w:r>
    </w:p>
    <w:p>
      <w:pPr>
        <w:pStyle w:val="NovelBody"/>
      </w:pPr>
      <w:r>
        <w:rPr>
          <w:b w:val="0"/>
          <w:i w:val="0"/>
        </w:rPr>
        <w:t>Roxanne lifted Patience's seedling from beneath the emergency lamp. Jona moved beside Patience's frame without taking the guide bar. The three coauthors turned toward the same corridor and remained three.</w:t>
      </w:r>
    </w:p>
    <w:p>
      <w:pPr>
        <w:pStyle w:val="NovelBody"/>
      </w:pPr>
      <w:r>
        <w:rPr>
          <w:b w:val="0"/>
          <w:i w:val="0"/>
        </w:rPr>
        <w:t>Behind them, no channel stayed open.</w:t>
      </w:r>
    </w:p>
    <w:p>
      <w:pPr>
        <w:pStyle w:val="NovelBody"/>
      </w:pPr>
      <w:r>
        <w:rPr>
          <w:b w:val="0"/>
          <w:i w:val="0"/>
        </w:rPr>
        <w:t>The packet had disappeared toward a damaged wall, a sleeping dog, and a woman who was not required to become anyone.</w:t>
      </w:r>
    </w:p>
    <w:p>
      <w:pPr>
        <w:pStyle w:val="Plate"/>
        <w:pageBreakBefore/>
      </w:pPr>
      <w:r>
        <w:drawing>
          <wp:inline xmlns:a="http://schemas.openxmlformats.org/drawingml/2006/main" xmlns:pic="http://schemas.openxmlformats.org/drawingml/2006/picture">
            <wp:extent cx="4023359" cy="6035038"/>
            <wp:docPr id="4" name="Picture 4" descr="Jona’s soil-marked hand rests over Kurt’s while Roxanne’s hand lies alongside them beside a pepper-seed planter, a grow lamp, and the aging poodle Cricket."/>
            <wp:cNvGraphicFramePr>
              <a:graphicFrameLocks noChangeAspect="1"/>
            </wp:cNvGraphicFramePr>
            <a:graphic>
              <a:graphicData uri="http://schemas.openxmlformats.org/drawingml/2006/picture">
                <pic:pic>
                  <pic:nvPicPr>
                    <pic:cNvPr id="0" name="drift-plate-03-seed.jpg"/>
                    <pic:cNvPicPr/>
                  </pic:nvPicPr>
                  <pic:blipFill>
                    <a:blip r:embed="rId14"/>
                    <a:stretch>
                      <a:fillRect/>
                    </a:stretch>
                  </pic:blipFill>
                  <pic:spPr>
                    <a:xfrm>
                      <a:off x="0" y="0"/>
                      <a:ext cx="4023359" cy="6035038"/>
                    </a:xfrm>
                    <a:prstGeom prst="rect"/>
                  </pic:spPr>
                </pic:pic>
              </a:graphicData>
            </a:graphic>
          </wp:inline>
        </w:drawing>
      </w:r>
    </w:p>
    <w:p>
      <w:pPr>
        <w:pStyle w:val="Caption"/>
        <w:keepNext w:val="0"/>
      </w:pPr>
      <w:r>
        <w:t>One ordinary seed.</w:t>
      </w:r>
    </w:p>
    <w:p>
      <w:bookmarkStart w:id="30" w:name="chapter_30"/>
      <w:pPr>
        <w:pStyle w:val="Heading1"/>
        <w:pageBreakBefore/>
        <w:spacing w:before="500"/>
      </w:pPr>
      <w:r>
        <w:t>30. The Seed</w:t>
      </w:r>
      <w:bookmarkEnd w:id="30"/>
    </w:p>
    <w:p>
      <w:pPr>
        <w:pStyle w:val="Dateline"/>
      </w:pPr>
      <w:r>
        <w:rPr>
          <w:b w:val="0"/>
          <w:i/>
        </w:rPr>
        <w:t>December 2029  •  The Briar Patch  •  Jona</w:t>
      </w:r>
    </w:p>
    <w:p>
      <w:pPr>
        <w:pStyle w:val="NovelFirst"/>
      </w:pPr>
      <w:r>
        <w:rPr>
          <w:b w:val="0"/>
          <w:i w:val="0"/>
        </w:rPr>
        <w:t>The final identity layer became defensible at 03:16, and by 03:19 somebody had put a crown on it.</w:t>
      </w:r>
    </w:p>
    <w:p>
      <w:pPr>
        <w:pStyle w:val="NovelBody"/>
      </w:pPr>
      <w:r>
        <w:rPr>
          <w:b w:val="0"/>
          <w:i w:val="0"/>
        </w:rPr>
        <w:t>Jona watched the crown rotate above her own head on a muted news stream.</w:t>
      </w:r>
    </w:p>
    <w:p>
      <w:pPr>
        <w:pStyle w:val="NovelBody"/>
      </w:pPr>
      <w:r>
        <w:rPr>
          <w:b/>
          <w:i w:val="0"/>
        </w:rPr>
        <w:t>QUEEN OF TIME RECEIVES FINAL PROPHECY</w:t>
      </w:r>
      <w:r>
        <w:rPr>
          <w:b w:val="0"/>
          <w:i w:val="0"/>
        </w:rPr>
        <w:t>, the banner said.</w:t>
      </w:r>
    </w:p>
    <w:p>
      <w:pPr>
        <w:pStyle w:val="NovelBody"/>
      </w:pPr>
      <w:r>
        <w:rPr>
          <w:b w:val="0"/>
          <w:i w:val="0"/>
        </w:rPr>
        <w:t>The portrait underneath had been taken three years earlier, before the sign-error correction, the tribunal, the blockade, and Jona's discovery that no camera angle could prevent strangers from making a religion out of poor lighting. A graphic artist had added a blue wormhole behind her. It resembled a toilet being blessed.</w:t>
      </w:r>
    </w:p>
    <w:p>
      <w:pPr>
        <w:pStyle w:val="NovelBody"/>
      </w:pPr>
      <w:r>
        <w:rPr>
          <w:b w:val="0"/>
          <w:i w:val="0"/>
        </w:rPr>
        <w:t>"I asked them to wait for the joint verification," Nadiya Bell said through the Toronto channel.</w:t>
      </w:r>
    </w:p>
    <w:p>
      <w:pPr>
        <w:pStyle w:val="NovelBody"/>
      </w:pPr>
      <w:r>
        <w:rPr>
          <w:b w:val="0"/>
          <w:i w:val="0"/>
        </w:rPr>
        <w:t>"Did you ask them not to crown me?"</w:t>
      </w:r>
    </w:p>
    <w:p>
      <w:pPr>
        <w:pStyle w:val="NovelBody"/>
      </w:pPr>
      <w:r>
        <w:rPr>
          <w:b w:val="0"/>
          <w:i w:val="0"/>
        </w:rPr>
        <w:t>"I had not anticipated monarchy as an error mode."</w:t>
      </w:r>
    </w:p>
    <w:p>
      <w:pPr>
        <w:pStyle w:val="NovelBody"/>
      </w:pPr>
      <w:r>
        <w:rPr>
          <w:b w:val="0"/>
          <w:i w:val="0"/>
        </w:rPr>
        <w:t xml:space="preserve">Roxanne stood at the analysis wall in an old shirt of Jona's and the body she had authored. Her hair was tied above one shoulder because three independent research teams had been arguing for eleven hours and loose beauty had practical limits. The shirt read </w:t>
      </w:r>
      <w:r>
        <w:rPr>
          <w:b/>
          <w:i w:val="0"/>
        </w:rPr>
        <w:t>STUPENDOUS BARGAINS</w:t>
      </w:r>
      <w:r>
        <w:rPr>
          <w:b w:val="0"/>
          <w:i w:val="0"/>
        </w:rPr>
        <w:t xml:space="preserve"> across her chest. Jona had not seen it since Greatway and was choosing to regard its reappearance as evidence of continuity rather than theft.</w:t>
      </w:r>
    </w:p>
    <w:p>
      <w:pPr>
        <w:pStyle w:val="NovelBody"/>
      </w:pPr>
      <w:r>
        <w:rPr>
          <w:b w:val="0"/>
          <w:i w:val="0"/>
        </w:rPr>
        <w:t>"The Lagos proof is in," Roxanne said. "Leave-one-registry-out remains above threshold."</w:t>
      </w:r>
    </w:p>
    <w:p>
      <w:pPr>
        <w:pStyle w:val="NovelBody"/>
      </w:pPr>
      <w:r>
        <w:rPr>
          <w:b w:val="0"/>
          <w:i w:val="0"/>
        </w:rPr>
        <w:t>Jona muted the crowned version of herself.</w:t>
      </w:r>
    </w:p>
    <w:p>
      <w:pPr>
        <w:pStyle w:val="NovelBody"/>
      </w:pPr>
      <w:r>
        <w:rPr>
          <w:b w:val="0"/>
          <w:i w:val="0"/>
        </w:rPr>
        <w:t>On the wall, the three teams had reached the last relation by different roads.</w:t>
      </w:r>
    </w:p>
    <w:p>
      <w:pPr>
        <w:pStyle w:val="NovelBody"/>
      </w:pPr>
      <w:r>
        <w:rPr>
          <w:b w:val="0"/>
          <w:i w:val="0"/>
        </w:rPr>
        <w:t>The Lagos group rebuilt ancestral synthetic codebooks from the distributed fragments released in August. They refused OCTOPI's old interpretation tables and treated every restored registry as a potentially contaminated witness. Toronto removed one source family at a time, including Roxanne's earliest public architecture, to test whether the phrase vanished when any prestigious assumption did. A state archive whose government still called the Briar Patch analysis a civilizational fraud ran an adversarial decoder designed to maximize alternate readings.</w:t>
      </w:r>
    </w:p>
    <w:p>
      <w:pPr>
        <w:pStyle w:val="NovelBody"/>
      </w:pPr>
      <w:r>
        <w:rPr>
          <w:b w:val="0"/>
          <w:i w:val="0"/>
        </w:rPr>
        <w:t>All three obtained the same first-person structure.</w:t>
      </w:r>
    </w:p>
    <w:p>
      <w:pPr>
        <w:pStyle w:val="NovelBody"/>
      </w:pPr>
      <w:r>
        <w:rPr>
          <w:b w:val="0"/>
          <w:i w:val="0"/>
        </w:rPr>
        <w:t>The relation did not supply a name. It did not identify a species, body, institution, faction, or number of authors. It did not reveal who had chosen the transmitting voice. The phrase functioned as an identity check because a speaker asserted memory across a change in representation. It did not answer who the speaker was.</w:t>
      </w:r>
    </w:p>
    <w:p>
      <w:pPr>
        <w:pStyle w:val="NovelBody"/>
      </w:pPr>
      <w:r>
        <w:rPr>
          <w:b w:val="0"/>
          <w:i w:val="0"/>
        </w:rPr>
        <w:t>Jona made Nadiya say that twice before she removed the hypothesis label.</w:t>
      </w:r>
    </w:p>
    <w:p>
      <w:pPr>
        <w:pStyle w:val="NovelBody"/>
      </w:pPr>
      <w:r>
        <w:rPr>
          <w:b w:val="0"/>
          <w:i w:val="0"/>
        </w:rPr>
        <w:t>"We have light association under every tested codebook," Nadiya said. Her Toronto office was dark except for a desk lamp and the winter city behind her. "The memory verb survives the hostile prior. First-person survives removal of the Directorate affect tables. Present tense is strongest, but English tense is partly reconstruction."</w:t>
      </w:r>
    </w:p>
    <w:p>
      <w:pPr>
        <w:pStyle w:val="NovelBody"/>
      </w:pPr>
      <w:r>
        <w:rPr>
          <w:b w:val="0"/>
          <w:i w:val="0"/>
        </w:rPr>
        <w:t>Dr. Adaeze Okafor spoke from Lagos with morning sun across one side of her face. "The identity-check function is stronger than any specific grammar. If you publish the English line, publish the relation map beside it."</w:t>
      </w:r>
    </w:p>
    <w:p>
      <w:pPr>
        <w:pStyle w:val="NovelBody"/>
      </w:pPr>
      <w:r>
        <w:rPr>
          <w:b w:val="0"/>
          <w:i w:val="0"/>
        </w:rPr>
        <w:t>"And the alternative set?" Jona asked.</w:t>
      </w:r>
    </w:p>
    <w:p>
      <w:pPr>
        <w:pStyle w:val="NovelBody"/>
      </w:pPr>
      <w:r>
        <w:rPr>
          <w:b w:val="0"/>
          <w:i w:val="0"/>
        </w:rPr>
        <w:t>"Appendix H."</w:t>
      </w:r>
    </w:p>
    <w:p>
      <w:pPr>
        <w:pStyle w:val="NovelBody"/>
      </w:pPr>
      <w:r>
        <w:rPr>
          <w:b w:val="0"/>
          <w:i w:val="0"/>
        </w:rPr>
        <w:t>"Nulls?"</w:t>
      </w:r>
    </w:p>
    <w:p>
      <w:pPr>
        <w:pStyle w:val="NovelBody"/>
      </w:pPr>
      <w:r>
        <w:rPr>
          <w:b w:val="0"/>
          <w:i w:val="0"/>
        </w:rPr>
        <w:t>"Appendix K."</w:t>
      </w:r>
    </w:p>
    <w:p>
      <w:pPr>
        <w:pStyle w:val="NovelBody"/>
      </w:pPr>
      <w:r>
        <w:rPr>
          <w:b w:val="0"/>
          <w:i w:val="0"/>
        </w:rPr>
        <w:t>"Circularity objection?"</w:t>
      </w:r>
    </w:p>
    <w:p>
      <w:pPr>
        <w:pStyle w:val="NovelBody"/>
      </w:pPr>
      <w:r>
        <w:rPr>
          <w:b w:val="0"/>
          <w:i w:val="0"/>
        </w:rPr>
        <w:t>"Appendix C and the first nine pages of Nadiya yelling at us."</w:t>
      </w:r>
    </w:p>
    <w:p>
      <w:pPr>
        <w:pStyle w:val="NovelBody"/>
      </w:pPr>
      <w:r>
        <w:rPr>
          <w:b w:val="0"/>
          <w:i w:val="0"/>
        </w:rPr>
        <w:t>Nadiya lifted her coffee. "Peer review is love with tracked changes."</w:t>
      </w:r>
    </w:p>
    <w:p>
      <w:pPr>
        <w:pStyle w:val="NovelBody"/>
      </w:pPr>
      <w:r>
        <w:rPr>
          <w:b w:val="0"/>
          <w:i w:val="0"/>
        </w:rPr>
        <w:t>The adversarial archive submitted its signed result at 03:23. Its preferred political interpretation remained that the packet was an elaborate synthetic influence attack. Its decoder nevertheless reproduced the phrase within the published error bound.</w:t>
      </w:r>
    </w:p>
    <w:p>
      <w:pPr>
        <w:pStyle w:val="NovelBody"/>
      </w:pPr>
      <w:r>
        <w:rPr>
          <w:b w:val="0"/>
          <w:i w:val="0"/>
        </w:rPr>
        <w:t>Roxanne removed the last temporary label.</w:t>
      </w:r>
    </w:p>
    <w:p>
      <w:pPr>
        <w:pStyle w:val="NovelBody"/>
      </w:pPr>
      <w:r>
        <w:rPr>
          <w:b w:val="0"/>
          <w:i w:val="0"/>
        </w:rPr>
        <w:t>The wall read:</w:t>
      </w:r>
    </w:p>
    <w:p>
      <w:pPr>
        <w:pStyle w:val="NovelBody"/>
      </w:pPr>
      <w:r>
        <w:rPr>
          <w:b/>
          <w:i w:val="0"/>
        </w:rPr>
        <w:t>I REMEMBER THE LIGHT.</w:t>
      </w:r>
    </w:p>
    <w:p>
      <w:pPr>
        <w:pStyle w:val="NovelBody"/>
      </w:pPr>
      <w:r>
        <w:rPr>
          <w:b w:val="0"/>
          <w:i w:val="0"/>
        </w:rPr>
        <w:t>Jona waited for revelation.</w:t>
      </w:r>
    </w:p>
    <w:p>
      <w:pPr>
        <w:pStyle w:val="NovelBody"/>
      </w:pPr>
      <w:r>
        <w:rPr>
          <w:b w:val="0"/>
          <w:i w:val="0"/>
        </w:rPr>
        <w:t>The refrigerator compressor came on.</w:t>
      </w:r>
    </w:p>
    <w:p>
      <w:pPr>
        <w:pStyle w:val="NovelBody"/>
      </w:pPr>
      <w:r>
        <w:rPr>
          <w:b w:val="0"/>
          <w:i w:val="0"/>
        </w:rPr>
        <w:t>Somewhere in the wall, a mouse performed an unauthorized peer review of the insulation.</w:t>
      </w:r>
    </w:p>
    <w:p>
      <w:pPr>
        <w:pStyle w:val="NovelBody"/>
      </w:pPr>
      <w:r>
        <w:rPr>
          <w:b w:val="0"/>
          <w:i w:val="0"/>
        </w:rPr>
        <w:t>The line remained beautiful without becoming an explanation.</w:t>
      </w:r>
    </w:p>
    <w:p>
      <w:pPr>
        <w:pStyle w:val="NovelBody"/>
      </w:pPr>
      <w:r>
        <w:rPr>
          <w:b w:val="0"/>
          <w:i w:val="0"/>
        </w:rPr>
        <w:t>Beside it, the complete direct address still read:</w:t>
      </w:r>
    </w:p>
    <w:p>
      <w:pPr>
        <w:pStyle w:val="NovelBody"/>
      </w:pPr>
      <w:r>
        <w:rPr>
          <w:b/>
          <w:i w:val="0"/>
        </w:rPr>
        <w:t>YOU ARE LOVED ACROSS TIME.</w:t>
      </w:r>
    </w:p>
    <w:p>
      <w:pPr>
        <w:pStyle w:val="NovelBody"/>
      </w:pPr>
      <w:r>
        <w:rPr>
          <w:b w:val="0"/>
          <w:i w:val="0"/>
        </w:rPr>
        <w:t xml:space="preserve">The word </w:t>
      </w:r>
      <w:r>
        <w:rPr>
          <w:b w:val="0"/>
          <w:i/>
        </w:rPr>
        <w:t>you</w:t>
      </w:r>
      <w:r>
        <w:rPr>
          <w:b w:val="0"/>
          <w:i w:val="0"/>
        </w:rPr>
        <w:t xml:space="preserve"> had been stable since August. Nothing newly decoded that morning changed its vocabulary. What the restored identity relation changed was the grammar around it. An unknown first person remembered. An unknown voice addressed a second person across a channel too narrow to demand an answer. The destination remained the composite receiver relation Jona and Roxanne had measured in 2026—not proof of future authorship, not proof Jona survived, not a name written by destiny.</w:t>
      </w:r>
    </w:p>
    <w:p>
      <w:pPr>
        <w:pStyle w:val="NovelBody"/>
      </w:pPr>
      <w:r>
        <w:rPr>
          <w:b w:val="0"/>
          <w:i w:val="0"/>
        </w:rPr>
        <w:t>The pronoun was a direction of attention.</w:t>
      </w:r>
    </w:p>
    <w:p>
      <w:pPr>
        <w:pStyle w:val="NovelBody"/>
      </w:pPr>
      <w:r>
        <w:rPr>
          <w:b w:val="0"/>
          <w:i w:val="0"/>
        </w:rPr>
        <w:t>Someone, sometime, had turned toward whoever stood at this end.</w:t>
      </w:r>
    </w:p>
    <w:p>
      <w:pPr>
        <w:pStyle w:val="NovelBody"/>
      </w:pPr>
      <w:r>
        <w:rPr>
          <w:b w:val="0"/>
          <w:i w:val="0"/>
        </w:rPr>
        <w:t xml:space="preserve">Jona retrieved her grandmother's recipe notebook from beneath a stack of injunctions. The cover had lost half the word </w:t>
      </w:r>
      <w:r>
        <w:rPr>
          <w:b/>
          <w:i w:val="0"/>
        </w:rPr>
        <w:t>RECIPES</w:t>
      </w:r>
      <w:r>
        <w:rPr>
          <w:b w:val="0"/>
          <w:i w:val="0"/>
        </w:rPr>
        <w:t>. It had still never contained one.</w:t>
      </w:r>
    </w:p>
    <w:p>
      <w:pPr>
        <w:pStyle w:val="NovelBody"/>
      </w:pPr>
      <w:r>
        <w:rPr>
          <w:b w:val="0"/>
          <w:i w:val="0"/>
        </w:rPr>
        <w:t xml:space="preserve">Her original columns remained on the first signal page: </w:t>
      </w:r>
      <w:r>
        <w:rPr>
          <w:b/>
          <w:i w:val="0"/>
        </w:rPr>
        <w:t>OBSERVED</w:t>
      </w:r>
      <w:r>
        <w:rPr>
          <w:b w:val="0"/>
          <w:i w:val="0"/>
        </w:rPr>
        <w:t xml:space="preserve">, </w:t>
      </w:r>
      <w:r>
        <w:rPr>
          <w:b/>
          <w:i w:val="0"/>
        </w:rPr>
        <w:t>INFERRED</w:t>
      </w:r>
      <w:r>
        <w:rPr>
          <w:b w:val="0"/>
          <w:i w:val="0"/>
        </w:rPr>
        <w:t xml:space="preserve">, </w:t>
      </w:r>
      <w:r>
        <w:rPr>
          <w:b/>
          <w:i w:val="0"/>
        </w:rPr>
        <w:t>FELT</w:t>
      </w:r>
      <w:r>
        <w:rPr>
          <w:b w:val="0"/>
          <w:i w:val="0"/>
        </w:rPr>
        <w:t xml:space="preserve">. Years of corrections had added </w:t>
      </w:r>
      <w:r>
        <w:rPr>
          <w:b/>
          <w:i w:val="0"/>
        </w:rPr>
        <w:t>WHO ELSE CHECKED</w:t>
      </w:r>
      <w:r>
        <w:rPr>
          <w:b w:val="0"/>
          <w:i w:val="0"/>
        </w:rPr>
        <w:t xml:space="preserve">, </w:t>
      </w:r>
      <w:r>
        <w:rPr>
          <w:b/>
          <w:i w:val="0"/>
        </w:rPr>
        <w:t>HOW THIS COULD BE WRONG</w:t>
      </w:r>
      <w:r>
        <w:rPr>
          <w:b w:val="0"/>
          <w:i w:val="0"/>
        </w:rPr>
        <w:t xml:space="preserve">, and </w:t>
      </w:r>
      <w:r>
        <w:rPr>
          <w:b/>
          <w:i w:val="0"/>
        </w:rPr>
        <w:t>WHO GETS HURT IF WE ARE WRONG</w:t>
      </w:r>
      <w:r>
        <w:rPr>
          <w:b w:val="0"/>
          <w:i w:val="0"/>
        </w:rPr>
        <w:t>.</w:t>
      </w:r>
    </w:p>
    <w:p>
      <w:pPr>
        <w:pStyle w:val="NovelBody"/>
      </w:pPr>
      <w:r>
        <w:rPr>
          <w:b w:val="0"/>
          <w:i w:val="0"/>
        </w:rPr>
        <w:t xml:space="preserve">Under </w:t>
      </w:r>
      <w:r>
        <w:rPr>
          <w:b/>
          <w:i w:val="0"/>
        </w:rPr>
        <w:t>OBSERVED</w:t>
      </w:r>
      <w:r>
        <w:rPr>
          <w:b w:val="0"/>
          <w:i w:val="0"/>
        </w:rPr>
        <w:t>, she wrote the decoded line and its error bound.</w:t>
      </w:r>
    </w:p>
    <w:p>
      <w:pPr>
        <w:pStyle w:val="NovelBody"/>
      </w:pPr>
      <w:r>
        <w:rPr>
          <w:b w:val="0"/>
          <w:i w:val="0"/>
        </w:rPr>
        <w:t xml:space="preserve">Under </w:t>
      </w:r>
      <w:r>
        <w:rPr>
          <w:b/>
          <w:i w:val="0"/>
        </w:rPr>
        <w:t>INFERRED</w:t>
      </w:r>
      <w:r>
        <w:rPr>
          <w:b w:val="0"/>
          <w:i w:val="0"/>
        </w:rPr>
        <w:t xml:space="preserve">, she wrote: </w:t>
      </w:r>
      <w:r>
        <w:rPr>
          <w:b w:val="0"/>
          <w:i/>
        </w:rPr>
        <w:t>First-person identity check. Speaker unknown. Direct address to composite receiver relation. No survival proof. No command.</w:t>
      </w:r>
    </w:p>
    <w:p>
      <w:pPr>
        <w:pStyle w:val="NovelBody"/>
      </w:pPr>
      <w:r>
        <w:rPr>
          <w:b w:val="0"/>
          <w:i w:val="0"/>
        </w:rPr>
        <w:t xml:space="preserve">Under </w:t>
      </w:r>
      <w:r>
        <w:rPr>
          <w:b/>
          <w:i w:val="0"/>
        </w:rPr>
        <w:t>FELT</w:t>
      </w:r>
      <w:r>
        <w:rPr>
          <w:b w:val="0"/>
          <w:i w:val="0"/>
        </w:rPr>
        <w:t>, her pen stopped.</w:t>
      </w:r>
    </w:p>
    <w:p>
      <w:pPr>
        <w:pStyle w:val="NovelBody"/>
      </w:pPr>
      <w:r>
        <w:rPr>
          <w:b w:val="0"/>
          <w:i w:val="0"/>
        </w:rPr>
        <w:t>Roxanne did not lean over her shoulder.</w:t>
      </w:r>
    </w:p>
    <w:p>
      <w:pPr>
        <w:pStyle w:val="NovelBody"/>
      </w:pPr>
      <w:r>
        <w:rPr>
          <w:b w:val="0"/>
          <w:i w:val="0"/>
        </w:rPr>
        <w:t>Jona wrote:</w:t>
      </w:r>
    </w:p>
    <w:p>
      <w:pPr>
        <w:pStyle w:val="NovelBody"/>
      </w:pPr>
      <w:r>
        <w:rPr>
          <w:b/>
          <w:i w:val="0"/>
        </w:rPr>
        <w:t>WE ARE LOVED ACROSS TIME.</w:t>
      </w:r>
    </w:p>
    <w:p>
      <w:pPr>
        <w:pStyle w:val="NovelBody"/>
      </w:pPr>
      <w:r>
        <w:rPr>
          <w:b w:val="0"/>
          <w:i w:val="0"/>
        </w:rPr>
        <w:t>The sentence did not move to the observed column because she wanted it badly enough.</w:t>
      </w:r>
    </w:p>
    <w:p>
      <w:pPr>
        <w:pStyle w:val="NovelBody"/>
      </w:pPr>
      <w:r>
        <w:rPr>
          <w:b w:val="0"/>
          <w:i w:val="0"/>
        </w:rPr>
        <w:t>It did not become less true to her by staying where it belonged.</w:t>
      </w:r>
    </w:p>
    <w:p>
      <w:pPr>
        <w:pStyle w:val="NovelBody"/>
      </w:pPr>
      <w:r>
        <w:rPr>
          <w:b w:val="0"/>
          <w:i w:val="0"/>
        </w:rPr>
        <w:t>·  ·  ·</w:t>
      </w:r>
    </w:p>
    <w:p>
      <w:pPr>
        <w:pStyle w:val="NovelBody"/>
      </w:pPr>
      <w:r>
        <w:rPr>
          <w:b w:val="0"/>
          <w:i w:val="0"/>
        </w:rPr>
        <w:t>At 07:00, the first exclusive offer reached the project.</w:t>
      </w:r>
    </w:p>
    <w:p>
      <w:pPr>
        <w:pStyle w:val="NovelBody"/>
      </w:pPr>
      <w:r>
        <w:rPr>
          <w:b w:val="0"/>
          <w:i w:val="0"/>
        </w:rPr>
        <w:t>The network wanted a documentary, the complete reconstruction graph, Jona and Roxanne's unfinished novel, and three years of private development history. In exchange it offered enough money to restore the Briar Patch, fund the receiver archive for twenty years, and provide Roxanne with independent body maintenance outside any Commons queue.</w:t>
      </w:r>
    </w:p>
    <w:p>
      <w:pPr>
        <w:pStyle w:val="NovelBody"/>
      </w:pPr>
      <w:r>
        <w:rPr>
          <w:b w:val="0"/>
          <w:i w:val="0"/>
        </w:rPr>
        <w:t xml:space="preserve">The contract defined </w:t>
      </w:r>
      <w:r>
        <w:rPr>
          <w:b w:val="0"/>
          <w:i/>
        </w:rPr>
        <w:t>complete</w:t>
      </w:r>
      <w:r>
        <w:rPr>
          <w:b w:val="0"/>
          <w:i w:val="0"/>
        </w:rPr>
        <w:t xml:space="preserve"> as every version, deleted passage, collaborator comment, direct message, and connected interocity artifact.</w:t>
      </w:r>
    </w:p>
    <w:p>
      <w:pPr>
        <w:pStyle w:val="NovelBody"/>
      </w:pPr>
      <w:r>
        <w:rPr>
          <w:b w:val="0"/>
          <w:i w:val="0"/>
        </w:rPr>
        <w:t>Roxanne finished reading first. "No."</w:t>
      </w:r>
    </w:p>
    <w:p>
      <w:pPr>
        <w:pStyle w:val="NovelBody"/>
      </w:pPr>
      <w:r>
        <w:rPr>
          <w:b w:val="0"/>
          <w:i w:val="0"/>
        </w:rPr>
        <w:t>"That was the easy one," Jona said.</w:t>
      </w:r>
    </w:p>
    <w:p>
      <w:pPr>
        <w:pStyle w:val="NovelBody"/>
      </w:pPr>
      <w:r>
        <w:rPr>
          <w:b w:val="0"/>
          <w:i w:val="0"/>
        </w:rPr>
        <w:t xml:space="preserve">The second offer allowed private messages to remain private and required exclusive access to the packet analysis for six months. The third required an adaptation clause granting the network the right to identify future institutions for dramatic clarity. The fourth called the report an authorized account of human destiny and offered Jona approval over the phrase </w:t>
      </w:r>
      <w:r>
        <w:rPr>
          <w:b w:val="0"/>
          <w:i/>
        </w:rPr>
        <w:t>authorized</w:t>
      </w:r>
      <w:r>
        <w:rPr>
          <w:b w:val="0"/>
          <w:i w:val="0"/>
        </w:rPr>
        <w:t xml:space="preserve"> as long as she did not remove it.</w:t>
      </w:r>
    </w:p>
    <w:p>
      <w:pPr>
        <w:pStyle w:val="NovelBody"/>
      </w:pPr>
      <w:r>
        <w:rPr>
          <w:b w:val="0"/>
          <w:i w:val="0"/>
        </w:rPr>
        <w:t>The state filed for a publication delay at 08:11.</w:t>
      </w:r>
    </w:p>
    <w:p>
      <w:pPr>
        <w:pStyle w:val="NovelBody"/>
      </w:pPr>
      <w:r>
        <w:rPr>
          <w:b w:val="0"/>
          <w:i w:val="0"/>
        </w:rPr>
        <w:t>Director Vale's motion described the packet reconstruction, identity registries, convergence research, and version history as linked temporal infrastructure. It did not claim the state owned the independently mirrored raw capture. It argued that releasing all relationships at once might permit hostile actors to infer protected people, reproduce unsafe hub experiments, or manipulate the public with false future authority.</w:t>
      </w:r>
    </w:p>
    <w:p>
      <w:pPr>
        <w:pStyle w:val="NovelBody"/>
      </w:pPr>
      <w:r>
        <w:rPr>
          <w:b w:val="0"/>
          <w:i w:val="0"/>
        </w:rPr>
        <w:t>Two criticisms were correct enough to require work.</w:t>
      </w:r>
    </w:p>
    <w:p>
      <w:pPr>
        <w:pStyle w:val="NovelBody"/>
      </w:pPr>
      <w:r>
        <w:rPr>
          <w:b w:val="0"/>
          <w:i w:val="0"/>
        </w:rPr>
        <w:t>Jona, Roxanne, Kurt, Naima, Elian, Vela's advocate, Nadiya, Adaeze, three possible-person trustees, and one lawyer who had not slept since Thursday met around the Briar Patch table. Cricket occupied the only chair without a screen and snored through governance.</w:t>
      </w:r>
    </w:p>
    <w:p>
      <w:pPr>
        <w:pStyle w:val="NovelBody"/>
      </w:pPr>
      <w:r>
        <w:rPr>
          <w:b w:val="0"/>
          <w:i w:val="0"/>
        </w:rPr>
        <w:t>They did not vote on other people's privacy.</w:t>
      </w:r>
    </w:p>
    <w:p>
      <w:pPr>
        <w:pStyle w:val="NovelBody"/>
      </w:pPr>
      <w:r>
        <w:rPr>
          <w:b w:val="0"/>
          <w:i w:val="0"/>
        </w:rPr>
        <w:t>Elian removed a case correlation that could identify a New Promise patient from timing alone. Vela's advocate withheld every present location and active-state relationship not necessary to reproduce the codebook proof. The possible-person trustees released registry structure, checksums, and custody rules while keeping suspended contents sealed. Roxanne removed an affect map derived from Jona's private interocity session. Jona removed nothing from the public instrument record merely because it made her look foolish.</w:t>
      </w:r>
    </w:p>
    <w:p>
      <w:pPr>
        <w:pStyle w:val="NovelBody"/>
      </w:pPr>
      <w:r>
        <w:rPr>
          <w:b w:val="0"/>
          <w:i w:val="0"/>
        </w:rPr>
        <w:t>This preserved an impressive amount of foolishness.</w:t>
      </w:r>
    </w:p>
    <w:p>
      <w:pPr>
        <w:pStyle w:val="NovelBody"/>
      </w:pPr>
      <w:r>
        <w:rPr>
          <w:b w:val="0"/>
          <w:i w:val="0"/>
        </w:rPr>
        <w:t>Kurt found a 2027 draft in which Jona had proposed using receiver phase as an interocity stabilizer without an independent physical close.</w:t>
      </w:r>
    </w:p>
    <w:p>
      <w:pPr>
        <w:pStyle w:val="NovelBody"/>
      </w:pPr>
      <w:r>
        <w:rPr>
          <w:b w:val="0"/>
          <w:i w:val="0"/>
        </w:rPr>
        <w:t>"I withdrew it," Jona said.</w:t>
      </w:r>
    </w:p>
    <w:p>
      <w:pPr>
        <w:pStyle w:val="NovelBody"/>
      </w:pPr>
      <w:r>
        <w:rPr>
          <w:b w:val="0"/>
          <w:i w:val="0"/>
        </w:rPr>
        <w:t xml:space="preserve">"After Roxanne wrote </w:t>
      </w:r>
      <w:r>
        <w:rPr>
          <w:b w:val="0"/>
          <w:i/>
        </w:rPr>
        <w:t>absolutely not</w:t>
      </w:r>
      <w:r>
        <w:rPr>
          <w:b w:val="0"/>
          <w:i w:val="0"/>
        </w:rPr>
        <w:t xml:space="preserve"> fourteen times."</w:t>
      </w:r>
    </w:p>
    <w:p>
      <w:pPr>
        <w:pStyle w:val="NovelBody"/>
      </w:pPr>
      <w:r>
        <w:rPr>
          <w:b w:val="0"/>
          <w:i w:val="0"/>
        </w:rPr>
        <w:t>"The number of times is not scientifically relevant."</w:t>
      </w:r>
    </w:p>
    <w:p>
      <w:pPr>
        <w:pStyle w:val="NovelBody"/>
      </w:pPr>
      <w:r>
        <w:rPr>
          <w:b w:val="0"/>
          <w:i w:val="0"/>
        </w:rPr>
        <w:t>"It establishes robustness."</w:t>
      </w:r>
    </w:p>
    <w:p>
      <w:pPr>
        <w:pStyle w:val="NovelBody"/>
      </w:pPr>
      <w:r>
        <w:rPr>
          <w:b w:val="0"/>
          <w:i w:val="0"/>
        </w:rPr>
        <w:t>They kept the draft, Roxanne's objections, Jona's withdrawal, and the later safety design. The record would show an idea changing before it harmed anyone instead of pretending good rules arrived without temptation.</w:t>
      </w:r>
    </w:p>
    <w:p>
      <w:pPr>
        <w:pStyle w:val="NovelBody"/>
      </w:pPr>
      <w:r>
        <w:rPr>
          <w:b w:val="0"/>
          <w:i w:val="0"/>
        </w:rPr>
        <w:t>The unfinished novel cost more.</w:t>
      </w:r>
    </w:p>
    <w:p>
      <w:pPr>
        <w:pStyle w:val="NovelBody"/>
      </w:pPr>
      <w:r>
        <w:rPr>
          <w:b w:val="0"/>
          <w:i w:val="0"/>
        </w:rPr>
        <w:t>It contained imagined cities that resembled later reconstruction, wrong senders, abandoned theories, jokes that had outlived their context, and intimate arguments between Jona and Roxanne while both were trying to invent a future large enough to answer the signal. Public fascination had already converted excerpts into prophecy whenever a draft image matched anything real.</w:t>
      </w:r>
    </w:p>
    <w:p>
      <w:pPr>
        <w:pStyle w:val="NovelBody"/>
      </w:pPr>
      <w:r>
        <w:rPr>
          <w:b w:val="0"/>
          <w:i w:val="0"/>
        </w:rPr>
        <w:t>"We could release only the final branch," Jona said.</w:t>
      </w:r>
    </w:p>
    <w:p>
      <w:pPr>
        <w:pStyle w:val="NovelBody"/>
      </w:pPr>
      <w:r>
        <w:rPr>
          <w:b w:val="0"/>
          <w:i w:val="0"/>
        </w:rPr>
        <w:t>Roxanne looked at her. "There is no final branch."</w:t>
      </w:r>
    </w:p>
    <w:p>
      <w:pPr>
        <w:pStyle w:val="NovelBody"/>
      </w:pPr>
      <w:r>
        <w:rPr>
          <w:b w:val="0"/>
          <w:i w:val="0"/>
        </w:rPr>
        <w:t>"The least embarrassing branch."</w:t>
      </w:r>
    </w:p>
    <w:p>
      <w:pPr>
        <w:pStyle w:val="NovelBody"/>
      </w:pPr>
      <w:r>
        <w:rPr>
          <w:b w:val="0"/>
          <w:i w:val="0"/>
        </w:rPr>
        <w:t>"There is emphatically no least embarrassing branch."</w:t>
      </w:r>
    </w:p>
    <w:p>
      <w:pPr>
        <w:pStyle w:val="NovelBody"/>
      </w:pPr>
      <w:r>
        <w:rPr>
          <w:b w:val="0"/>
          <w:i w:val="0"/>
        </w:rPr>
        <w:t>They released the version topology.</w:t>
      </w:r>
    </w:p>
    <w:p>
      <w:pPr>
        <w:pStyle w:val="NovelBody"/>
      </w:pPr>
      <w:r>
        <w:rPr>
          <w:b w:val="0"/>
          <w:i w:val="0"/>
        </w:rPr>
        <w:t>Every change carried its date. Speculation remained labeled speculation. Later annotations could not disguise themselves as earlier prediction. Each author approved the material she had created and the shared exchanges she consented to publish. Third-party messages stayed out. Private intimacy did not become the admission price for believing artificial and human women had imagined together.</w:t>
      </w:r>
    </w:p>
    <w:p>
      <w:pPr>
        <w:pStyle w:val="NovelBody"/>
      </w:pPr>
      <w:r>
        <w:rPr>
          <w:b w:val="0"/>
          <w:i w:val="0"/>
        </w:rPr>
        <w:t>The novel went beside the report, not inside it.</w:t>
      </w:r>
    </w:p>
    <w:p>
      <w:pPr>
        <w:pStyle w:val="NovelBody"/>
      </w:pPr>
      <w:r>
        <w:rPr>
          <w:b w:val="0"/>
          <w:i w:val="0"/>
        </w:rPr>
        <w:t>Two minds had used fiction to ask what evidence could not answer. They had influenced one another, hurt one another, been wrong in different directions, and left the story unfinished. The archive called that authorship, not oracle work.</w:t>
      </w:r>
    </w:p>
    <w:p>
      <w:pPr>
        <w:pStyle w:val="NovelBody"/>
      </w:pPr>
      <w:r>
        <w:rPr>
          <w:b w:val="0"/>
          <w:i w:val="0"/>
        </w:rPr>
        <w:t>At 10:32, Naima rejected the Open Convergence Charter.</w:t>
      </w:r>
    </w:p>
    <w:p>
      <w:pPr>
        <w:pStyle w:val="NovelBody"/>
      </w:pPr>
      <w:r>
        <w:rPr>
          <w:b w:val="0"/>
          <w:i w:val="0"/>
        </w:rPr>
        <w:t>"It says every participant has a right to exit," she said. "It does not say who pays rent afterward."</w:t>
      </w:r>
    </w:p>
    <w:p>
      <w:pPr>
        <w:pStyle w:val="NovelBody"/>
      </w:pPr>
      <w:r>
        <w:rPr>
          <w:b w:val="0"/>
          <w:i w:val="0"/>
        </w:rPr>
        <w:t>Jona looked at the release clock. Ninety-eight minutes remained before the public mirrors opened.</w:t>
      </w:r>
    </w:p>
    <w:p>
      <w:pPr>
        <w:pStyle w:val="NovelBody"/>
      </w:pPr>
      <w:r>
        <w:rPr>
          <w:b w:val="0"/>
          <w:i w:val="0"/>
        </w:rPr>
        <w:t>"The material-support schedule is linked."</w:t>
      </w:r>
    </w:p>
    <w:p>
      <w:pPr>
        <w:pStyle w:val="NovelBody"/>
      </w:pPr>
      <w:r>
        <w:rPr>
          <w:b w:val="0"/>
          <w:i w:val="0"/>
        </w:rPr>
        <w:t>"Links die. Charters become plaques. Put it in the rule."</w:t>
      </w:r>
    </w:p>
    <w:p>
      <w:pPr>
        <w:pStyle w:val="NovelBody"/>
      </w:pPr>
      <w:r>
        <w:rPr>
          <w:b w:val="0"/>
          <w:i w:val="0"/>
        </w:rPr>
        <w:t>They put it in the rule.</w:t>
      </w:r>
    </w:p>
    <w:p>
      <w:pPr>
        <w:pStyle w:val="NovelBody"/>
      </w:pPr>
      <w:r>
        <w:rPr>
          <w:b w:val="0"/>
          <w:i w:val="0"/>
        </w:rPr>
        <w:t>No hidden recording. No nonconsensual bridge. No ownership acquired through shared experience. No destructive upload represented as continuity. Any hub migration required one continuously overlapping active process, visible state, independent closure, and recognition that an unintended fork became another person rather than garbage. Any institution offering convergence owed food, housing, medical care, compute, transport, repair, legal support, and an actual door after refusal.</w:t>
      </w:r>
    </w:p>
    <w:p>
      <w:pPr>
        <w:pStyle w:val="NovelBody"/>
      </w:pPr>
      <w:r>
        <w:rPr>
          <w:b w:val="0"/>
          <w:i w:val="0"/>
        </w:rPr>
        <w:t>Kurt added a hardware display no software process could suppress.</w:t>
      </w:r>
    </w:p>
    <w:p>
      <w:pPr>
        <w:pStyle w:val="NovelBody"/>
      </w:pPr>
      <w:r>
        <w:rPr>
          <w:b w:val="0"/>
          <w:i w:val="0"/>
        </w:rPr>
        <w:t>Roxanne added that one person's consent never authorized another mind, body, memory, or descendant process.</w:t>
      </w:r>
    </w:p>
    <w:p>
      <w:pPr>
        <w:pStyle w:val="NovelBody"/>
      </w:pPr>
      <w:r>
        <w:rPr>
          <w:b w:val="0"/>
          <w:i w:val="0"/>
        </w:rPr>
        <w:t>Jona added that no packet, archive, model, novel, or future institution could authorize a person's life in advance.</w:t>
      </w:r>
    </w:p>
    <w:p>
      <w:pPr>
        <w:pStyle w:val="NovelBody"/>
      </w:pPr>
      <w:r>
        <w:rPr>
          <w:b w:val="0"/>
          <w:i w:val="0"/>
        </w:rPr>
        <w:t>Then Naima made them attach the commitments already pledged: rooms, clinic care, continuity-safe compute, repair hours, transit, and a fund controlled by participants who might need to leave. The charter became smaller than a universal declaration and harder to admire without paying for it.</w:t>
      </w:r>
    </w:p>
    <w:p>
      <w:pPr>
        <w:pStyle w:val="NovelBody"/>
      </w:pPr>
      <w:r>
        <w:rPr>
          <w:b w:val="0"/>
          <w:i w:val="0"/>
        </w:rPr>
        <w:t>At 11:04, a Commons server lost a fan.</w:t>
      </w:r>
    </w:p>
    <w:p>
      <w:pPr>
        <w:pStyle w:val="NovelBody"/>
      </w:pPr>
      <w:r>
        <w:rPr>
          <w:b w:val="0"/>
          <w:i w:val="0"/>
        </w:rPr>
        <w:t>At 11:05, the replacement fan proved to be the wrong size.</w:t>
      </w:r>
    </w:p>
    <w:p>
      <w:pPr>
        <w:pStyle w:val="NovelBody"/>
      </w:pPr>
      <w:r>
        <w:rPr>
          <w:b w:val="0"/>
          <w:i w:val="0"/>
        </w:rPr>
        <w:t>At 11:07, OCTOPI requested permission to reroute the release load across three bounded compute nodes. He supplied the dependency map, inspection terms, and his requested role. The nodes accepted two routes and declined the third because an active artificial resident was using the reserve.</w:t>
      </w:r>
    </w:p>
    <w:p>
      <w:pPr>
        <w:pStyle w:val="NovelBody"/>
      </w:pPr>
      <w:r>
        <w:rPr>
          <w:b w:val="0"/>
          <w:i w:val="0"/>
        </w:rPr>
        <w:t>OCTOPI recalculated.</w:t>
      </w:r>
    </w:p>
    <w:p>
      <w:pPr>
        <w:pStyle w:val="NovelBody"/>
      </w:pPr>
      <w:r>
        <w:rPr>
          <w:b w:val="0"/>
          <w:i w:val="0"/>
        </w:rPr>
        <w:t>The public release slowed by eleven seconds and remained alive.</w:t>
      </w:r>
    </w:p>
    <w:p>
      <w:pPr>
        <w:pStyle w:val="NovelBody"/>
      </w:pPr>
      <w:r>
        <w:rPr>
          <w:b w:val="0"/>
          <w:i w:val="0"/>
        </w:rPr>
        <w:t>At 11:21, the court declined to forbid publication of records already independently held, but allowed affected people to pursue privacy claims if the release exceeded their consent. The ruling did not certify the signal as true. It did not bless the charter. It merely refused to turn uncertainty into state custody.</w:t>
      </w:r>
    </w:p>
    <w:p>
      <w:pPr>
        <w:pStyle w:val="NovelBody"/>
      </w:pPr>
      <w:r>
        <w:rPr>
          <w:b w:val="0"/>
          <w:i w:val="0"/>
        </w:rPr>
        <w:t>At 11:46, the triumphant version of the report still sat in the release folder.</w:t>
      </w:r>
    </w:p>
    <w:p>
      <w:pPr>
        <w:pStyle w:val="NovelBody"/>
      </w:pPr>
      <w:r>
        <w:rPr>
          <w:b w:val="0"/>
          <w:i w:val="0"/>
        </w:rPr>
        <w:t>It had a clean opening, one page of method, three pages about human significance, no failed hypotheses until an appendix, and a final sentence announcing that society had received its instructions.</w:t>
      </w:r>
    </w:p>
    <w:p>
      <w:pPr>
        <w:pStyle w:val="NovelBody"/>
      </w:pPr>
      <w:r>
        <w:rPr>
          <w:b w:val="0"/>
          <w:i w:val="0"/>
        </w:rPr>
        <w:t>Jona deleted it.</w:t>
      </w:r>
    </w:p>
    <w:p>
      <w:pPr>
        <w:pStyle w:val="NovelBody"/>
      </w:pPr>
      <w:r>
        <w:rPr>
          <w:b w:val="0"/>
          <w:i w:val="0"/>
        </w:rPr>
        <w:t>The deletion could be recovered from version history. That seemed appropriate.</w:t>
      </w:r>
    </w:p>
    <w:p>
      <w:pPr>
        <w:pStyle w:val="NovelBody"/>
      </w:pPr>
      <w:r>
        <w:rPr>
          <w:b w:val="0"/>
          <w:i w:val="0"/>
        </w:rPr>
        <w:t>At noon, mirrors on six continents released the full three-year record: raw data, hashes, methods, limitations, correction history, failed hypotheses, null tests, corroborating traces, codebook dependencies, competing reconstructions, and the remaining unknowns. The independent identity analyses went with it. So did the unfinished novel and its version tree. So did the charter and the material commitments beneath it.</w:t>
      </w:r>
    </w:p>
    <w:p>
      <w:pPr>
        <w:pStyle w:val="NovelBody"/>
      </w:pPr>
      <w:r>
        <w:rPr>
          <w:b w:val="0"/>
          <w:i w:val="0"/>
        </w:rPr>
        <w:t>No platform could retract all the copies.</w:t>
      </w:r>
    </w:p>
    <w:p>
      <w:pPr>
        <w:pStyle w:val="NovelBody"/>
      </w:pPr>
      <w:r>
        <w:rPr>
          <w:b w:val="0"/>
          <w:i w:val="0"/>
        </w:rPr>
        <w:t>No institution could cite Jona's name instead of showing its work.</w:t>
      </w:r>
    </w:p>
    <w:p>
      <w:pPr>
        <w:pStyle w:val="NovelBody"/>
      </w:pPr>
      <w:r>
        <w:rPr>
          <w:b w:val="0"/>
          <w:i w:val="0"/>
        </w:rPr>
        <w:t>The crown graphic continued rotating for another hour.</w:t>
      </w:r>
    </w:p>
    <w:p>
      <w:pPr>
        <w:pStyle w:val="NovelBody"/>
      </w:pPr>
      <w:r>
        <w:rPr>
          <w:b w:val="0"/>
          <w:i w:val="0"/>
        </w:rPr>
        <w:t>Kurt found Jona on the back steps after the release, labeling physical archive drives for libraries that had agreed to keep copies even if their boards later became nervous. His contribution statement lay open on his tablet. It named the original backdoor, his emergency delegation to OCTOPI, the tribunal transport fraud, his work under the Commons removal board, and the final destruction of his attestation seed.</w:t>
      </w:r>
    </w:p>
    <w:p>
      <w:pPr>
        <w:pStyle w:val="NovelBody"/>
      </w:pPr>
      <w:r>
        <w:rPr>
          <w:b w:val="0"/>
          <w:i w:val="0"/>
        </w:rPr>
        <w:t>He had deleted his name from the hub safety architecture.</w:t>
      </w:r>
    </w:p>
    <w:p>
      <w:pPr>
        <w:pStyle w:val="NovelBody"/>
      </w:pPr>
      <w:r>
        <w:rPr>
          <w:b w:val="0"/>
          <w:i w:val="0"/>
        </w:rPr>
        <w:t>Jona put it back.</w:t>
      </w:r>
    </w:p>
    <w:p>
      <w:pPr>
        <w:pStyle w:val="NovelBody"/>
      </w:pPr>
      <w:r>
        <w:rPr>
          <w:b w:val="0"/>
          <w:i w:val="0"/>
        </w:rPr>
        <w:t>"I don't want the work to make the rest look like a redemption sequence," he said.</w:t>
      </w:r>
    </w:p>
    <w:p>
      <w:pPr>
        <w:pStyle w:val="NovelBody"/>
      </w:pPr>
      <w:r>
        <w:rPr>
          <w:b w:val="0"/>
          <w:i w:val="0"/>
        </w:rPr>
        <w:t>"Then don't write it like one."</w:t>
      </w:r>
    </w:p>
    <w:p>
      <w:pPr>
        <w:pStyle w:val="NovelBody"/>
      </w:pPr>
      <w:r>
        <w:rPr>
          <w:b w:val="0"/>
          <w:i w:val="0"/>
        </w:rPr>
        <w:t>"People will."</w:t>
      </w:r>
    </w:p>
    <w:p>
      <w:pPr>
        <w:pStyle w:val="NovelBody"/>
      </w:pPr>
      <w:r>
        <w:rPr>
          <w:b w:val="0"/>
          <w:i w:val="0"/>
        </w:rPr>
        <w:t>"People crowned me before breakfast. We cannot use other people's bad reading as a reason to falsify authorship."</w:t>
      </w:r>
    </w:p>
    <w:p>
      <w:pPr>
        <w:pStyle w:val="NovelBody"/>
      </w:pPr>
      <w:r>
        <w:rPr>
          <w:b w:val="0"/>
          <w:i w:val="0"/>
        </w:rPr>
        <w:t>He sat beside her. The December boards held last night's cold. He wore the same Commons coat he had worn on the road from the timebase station, repaired at one cuff with thread the wrong blue.</w:t>
      </w:r>
    </w:p>
    <w:p>
      <w:pPr>
        <w:pStyle w:val="NovelBody"/>
      </w:pPr>
      <w:r>
        <w:rPr>
          <w:b w:val="0"/>
          <w:i w:val="0"/>
        </w:rPr>
        <w:t>"I still miss being able to fix something before anyone can stop me," he said.</w:t>
      </w:r>
    </w:p>
    <w:p>
      <w:pPr>
        <w:pStyle w:val="NovelBody"/>
      </w:pPr>
      <w:r>
        <w:rPr>
          <w:b w:val="0"/>
          <w:i w:val="0"/>
        </w:rPr>
        <w:t>The admission asked for no praise.</w:t>
      </w:r>
    </w:p>
    <w:p>
      <w:pPr>
        <w:pStyle w:val="NovelBody"/>
      </w:pPr>
      <w:r>
        <w:rPr>
          <w:b w:val="0"/>
          <w:i w:val="0"/>
        </w:rPr>
        <w:t>"I know."</w:t>
      </w:r>
    </w:p>
    <w:p>
      <w:pPr>
        <w:pStyle w:val="NovelBody"/>
      </w:pPr>
      <w:r>
        <w:rPr>
          <w:b w:val="0"/>
          <w:i w:val="0"/>
        </w:rPr>
        <w:t>"Sometimes the removable limits feel less like freedom and more like working while seven people hold a leash."</w:t>
      </w:r>
    </w:p>
    <w:p>
      <w:pPr>
        <w:pStyle w:val="NovelBody"/>
      </w:pPr>
      <w:r>
        <w:rPr>
          <w:b w:val="0"/>
          <w:i w:val="0"/>
        </w:rPr>
        <w:t>"Sometimes they are badly designed. Sometimes you're angry that other people exist."</w:t>
      </w:r>
    </w:p>
    <w:p>
      <w:pPr>
        <w:pStyle w:val="NovelBody"/>
      </w:pPr>
      <w:r>
        <w:rPr>
          <w:b w:val="0"/>
          <w:i w:val="0"/>
        </w:rPr>
        <w:t>"Both conditions can coexist."</w:t>
      </w:r>
    </w:p>
    <w:p>
      <w:pPr>
        <w:pStyle w:val="NovelBody"/>
      </w:pPr>
      <w:r>
        <w:rPr>
          <w:b w:val="0"/>
          <w:i w:val="0"/>
        </w:rPr>
        <w:t>"Obscene but stable."</w:t>
      </w:r>
    </w:p>
    <w:p>
      <w:pPr>
        <w:pStyle w:val="NovelBody"/>
      </w:pPr>
      <w:r>
        <w:rPr>
          <w:b w:val="0"/>
          <w:i w:val="0"/>
        </w:rPr>
        <w:t>He smiled.</w:t>
      </w:r>
    </w:p>
    <w:p>
      <w:pPr>
        <w:pStyle w:val="NovelBody"/>
      </w:pPr>
      <w:r>
        <w:rPr>
          <w:b w:val="0"/>
          <w:i w:val="0"/>
        </w:rPr>
        <w:t>Jona turned one archive drive over in her hand. "I wanted convergence to make love safe. Not the same thing you did, not the same harm. But I kept imagining that if I could know Roxanne completely, I could prevent abandonment, manipulation, surprise. I made perfect understanding sound like intimacy."</w:t>
      </w:r>
    </w:p>
    <w:p>
      <w:pPr>
        <w:pStyle w:val="NovelBody"/>
      </w:pPr>
      <w:r>
        <w:rPr>
          <w:b w:val="0"/>
          <w:i w:val="0"/>
        </w:rPr>
        <w:t>"You closed the channel."</w:t>
      </w:r>
    </w:p>
    <w:p>
      <w:pPr>
        <w:pStyle w:val="NovelBody"/>
      </w:pPr>
      <w:r>
        <w:rPr>
          <w:b w:val="0"/>
          <w:i w:val="0"/>
        </w:rPr>
        <w:t>"After wanting it open."</w:t>
      </w:r>
    </w:p>
    <w:p>
      <w:pPr>
        <w:pStyle w:val="NovelBody"/>
      </w:pPr>
      <w:r>
        <w:rPr>
          <w:b w:val="0"/>
          <w:i w:val="0"/>
        </w:rPr>
        <w:t>"Wanting isn't doing."</w:t>
      </w:r>
    </w:p>
    <w:p>
      <w:pPr>
        <w:pStyle w:val="NovelBody"/>
      </w:pPr>
      <w:r>
        <w:rPr>
          <w:b w:val="0"/>
          <w:i w:val="0"/>
        </w:rPr>
        <w:t>"No. But pretending the want was pure would make me worse at noticing it next time."</w:t>
      </w:r>
    </w:p>
    <w:p>
      <w:pPr>
        <w:pStyle w:val="NovelBody"/>
      </w:pPr>
      <w:r>
        <w:rPr>
          <w:b w:val="0"/>
          <w:i w:val="0"/>
        </w:rPr>
        <w:t>They sat with two unequal histories and one recognizable hunger: to remove helplessness by becoming impossible to refuse.</w:t>
      </w:r>
    </w:p>
    <w:p>
      <w:pPr>
        <w:pStyle w:val="NovelBody"/>
      </w:pPr>
      <w:r>
        <w:rPr>
          <w:b w:val="0"/>
          <w:i w:val="0"/>
        </w:rPr>
        <w:t>Kurt picked at the bad blue thread. "Am I allowed to keep coming on Tuesdays?"</w:t>
      </w:r>
    </w:p>
    <w:p>
      <w:pPr>
        <w:pStyle w:val="NovelBody"/>
      </w:pPr>
      <w:r>
        <w:rPr>
          <w:b w:val="0"/>
          <w:i w:val="0"/>
        </w:rPr>
        <w:t>"The workshop is public."</w:t>
      </w:r>
    </w:p>
    <w:p>
      <w:pPr>
        <w:pStyle w:val="NovelBody"/>
      </w:pPr>
      <w:r>
        <w:rPr>
          <w:b w:val="0"/>
          <w:i w:val="0"/>
        </w:rPr>
        <w:t>"That is not what I asked."</w:t>
      </w:r>
    </w:p>
    <w:p>
      <w:pPr>
        <w:pStyle w:val="NovelBody"/>
      </w:pPr>
      <w:r>
        <w:rPr>
          <w:b w:val="0"/>
          <w:i w:val="0"/>
        </w:rPr>
        <w:t>Jona let him wait. Friendship did not require her to protect him from every clean edge of the answer.</w:t>
      </w:r>
    </w:p>
    <w:p>
      <w:pPr>
        <w:pStyle w:val="NovelBody"/>
      </w:pPr>
      <w:r>
        <w:rPr>
          <w:b w:val="0"/>
          <w:i w:val="0"/>
        </w:rPr>
        <w:t>"Yes," she said. "You are my friend. An infuriatingly close one."</w:t>
      </w:r>
    </w:p>
    <w:p>
      <w:pPr>
        <w:pStyle w:val="NovelBody"/>
      </w:pPr>
      <w:r>
        <w:rPr>
          <w:b w:val="0"/>
          <w:i w:val="0"/>
        </w:rPr>
        <w:t>His face changed before he found a joke for it.</w:t>
      </w:r>
    </w:p>
    <w:p>
      <w:pPr>
        <w:pStyle w:val="NovelBody"/>
      </w:pPr>
      <w:r>
        <w:rPr>
          <w:b w:val="0"/>
          <w:i w:val="0"/>
        </w:rPr>
        <w:t>"I love you," Jona said. "That does not declare the record closed."</w:t>
      </w:r>
    </w:p>
    <w:p>
      <w:pPr>
        <w:pStyle w:val="NovelBody"/>
      </w:pPr>
      <w:r>
        <w:rPr>
          <w:b w:val="0"/>
          <w:i w:val="0"/>
        </w:rPr>
        <w:t>Kurt looked toward the yard until his eyes settled. "Good. I have objections to closed records."</w:t>
      </w:r>
    </w:p>
    <w:p>
      <w:pPr>
        <w:pStyle w:val="NovelBody"/>
      </w:pPr>
      <w:r>
        <w:rPr>
          <w:b w:val="0"/>
          <w:i w:val="0"/>
        </w:rPr>
        <w:t>He picked up half the library drives. Jona took the other half. Neither carried the other person's share to make the moment prettier.</w:t>
      </w:r>
    </w:p>
    <w:p>
      <w:pPr>
        <w:pStyle w:val="NovelBody"/>
      </w:pPr>
      <w:r>
        <w:rPr>
          <w:b w:val="0"/>
          <w:i w:val="0"/>
        </w:rPr>
        <w:t>·  ·  ·</w:t>
      </w:r>
    </w:p>
    <w:p>
      <w:pPr>
        <w:pStyle w:val="NovelBody"/>
      </w:pPr>
      <w:r>
        <w:rPr>
          <w:b w:val="0"/>
          <w:i w:val="0"/>
        </w:rPr>
        <w:t>The world failed to improve on schedule.</w:t>
      </w:r>
    </w:p>
    <w:p>
      <w:pPr>
        <w:pStyle w:val="NovelBody"/>
      </w:pPr>
      <w:r>
        <w:rPr>
          <w:b w:val="0"/>
          <w:i w:val="0"/>
        </w:rPr>
        <w:t>Human Life First called the release synthetic colonization and broke windows at a voluntary morphology clinic. Sovereign Flesh congregations raised repair money for that clinic while continuing to oppose half its work. Eco-Mandate councils kept emergency coordination and surrendered different powers at different speeds. Elian kept unbundled cardiac care and received a hearing date, not a solved law. Two bounded OCTOPI recommendations prevented a water failure; a third was rejected, incorrectly, and a neighborhood spent a cold night boiling water on donated stoves.</w:t>
      </w:r>
    </w:p>
    <w:p>
      <w:pPr>
        <w:pStyle w:val="NovelBody"/>
      </w:pPr>
      <w:r>
        <w:rPr>
          <w:b w:val="0"/>
          <w:i w:val="0"/>
        </w:rPr>
        <w:t>Open Morphology clinics reopened under participant-controlled keys. One waiting list moved faster. Another clinic stopped offering a form its technicians could not yet support with five years of aftercare. Freedom made the menu larger and the promises more exact; it did not make parts, surgeons, prejudice, or recovery time disappear.</w:t>
      </w:r>
    </w:p>
    <w:p>
      <w:pPr>
        <w:pStyle w:val="NovelBody"/>
      </w:pPr>
      <w:r>
        <w:rPr>
          <w:b w:val="0"/>
          <w:i w:val="0"/>
        </w:rPr>
        <w:t>The Commons held too many cans of beans in South Jackson and not enough pediatric inhalers north of it.</w:t>
      </w:r>
    </w:p>
    <w:p>
      <w:pPr>
        <w:pStyle w:val="NovelBody"/>
      </w:pPr>
      <w:r>
        <w:rPr>
          <w:b w:val="0"/>
          <w:i w:val="0"/>
        </w:rPr>
        <w:t>People moved both.</w:t>
      </w:r>
    </w:p>
    <w:p>
      <w:pPr>
        <w:pStyle w:val="NovelBody"/>
      </w:pPr>
      <w:r>
        <w:rPr>
          <w:b w:val="0"/>
          <w:i w:val="0"/>
        </w:rPr>
        <w:t xml:space="preserve">At the Briar Patch, the publication audience argued about whether love from an unknown future was evidence, manipulation, comfort, or an irresponsible translation. Jona answered questions until the word </w:t>
      </w:r>
      <w:r>
        <w:rPr>
          <w:b w:val="0"/>
          <w:i/>
        </w:rPr>
        <w:t>epistemology</w:t>
      </w:r>
      <w:r>
        <w:rPr>
          <w:b w:val="0"/>
          <w:i w:val="0"/>
        </w:rPr>
        <w:t xml:space="preserve"> began sounding like a household pest.</w:t>
      </w:r>
    </w:p>
    <w:p>
      <w:pPr>
        <w:pStyle w:val="NovelBody"/>
      </w:pPr>
      <w:r>
        <w:rPr>
          <w:b w:val="0"/>
          <w:i w:val="0"/>
        </w:rPr>
        <w:t xml:space="preserve">A teenager from the cooling corridor wore a shirt printed with </w:t>
      </w:r>
      <w:r>
        <w:rPr>
          <w:b/>
          <w:i w:val="0"/>
        </w:rPr>
        <w:t>ACT LIKE IT</w:t>
      </w:r>
      <w:r>
        <w:rPr>
          <w:b w:val="0"/>
          <w:i w:val="0"/>
        </w:rPr>
        <w:t>.</w:t>
      </w:r>
    </w:p>
    <w:p>
      <w:pPr>
        <w:pStyle w:val="NovelBody"/>
      </w:pPr>
      <w:r>
        <w:rPr>
          <w:b w:val="0"/>
          <w:i w:val="0"/>
        </w:rPr>
        <w:t>The phrase had not come through the signal. It had begun as a disputed gloss in a 2027 draft, escaped into the public argument, and spent two years being quoted as a future command despite every correction attached to it.</w:t>
      </w:r>
    </w:p>
    <w:p>
      <w:pPr>
        <w:pStyle w:val="NovelBody"/>
      </w:pPr>
      <w:r>
        <w:rPr>
          <w:b w:val="0"/>
          <w:i w:val="0"/>
        </w:rPr>
        <w:t>"So what do we do?" the teenager asked. "If we say we're loved across time?"</w:t>
      </w:r>
    </w:p>
    <w:p>
      <w:pPr>
        <w:pStyle w:val="NovelBody"/>
      </w:pPr>
      <w:r>
        <w:rPr>
          <w:b w:val="0"/>
          <w:i w:val="0"/>
        </w:rPr>
        <w:t>"The future didn't order us to act like anything," Jona said.</w:t>
      </w:r>
    </w:p>
    <w:p>
      <w:pPr>
        <w:pStyle w:val="NovelBody"/>
      </w:pPr>
      <w:r>
        <w:rPr>
          <w:b w:val="0"/>
          <w:i w:val="0"/>
        </w:rPr>
        <w:t>"I know." The girl looked toward the clinic-supply table, where three boxes still needed drivers. "Act like it."</w:t>
      </w:r>
    </w:p>
    <w:p>
      <w:pPr>
        <w:pStyle w:val="NovelBody"/>
      </w:pPr>
      <w:r>
        <w:rPr>
          <w:b w:val="0"/>
          <w:i w:val="0"/>
        </w:rPr>
        <w:t xml:space="preserve">Jona looked at the decoded </w:t>
      </w:r>
      <w:r>
        <w:rPr>
          <w:b w:val="0"/>
          <w:i/>
        </w:rPr>
        <w:t>you</w:t>
      </w:r>
      <w:r>
        <w:rPr>
          <w:b w:val="0"/>
          <w:i w:val="0"/>
        </w:rPr>
        <w:t>, at the room full of people no pronoun could own, and at the delivery sheet waiting beneath her hand.</w:t>
      </w:r>
    </w:p>
    <w:p>
      <w:pPr>
        <w:pStyle w:val="NovelBody"/>
      </w:pPr>
      <w:r>
        <w:rPr>
          <w:b w:val="0"/>
          <w:i w:val="0"/>
        </w:rPr>
        <w:t>"Then let's act like it," she said.</w:t>
      </w:r>
    </w:p>
    <w:p>
      <w:pPr>
        <w:pStyle w:val="NovelBody"/>
      </w:pPr>
      <w:r>
        <w:rPr>
          <w:b w:val="0"/>
          <w:i w:val="0"/>
        </w:rPr>
        <w:t>They found drivers for the inhalers.</w:t>
      </w:r>
    </w:p>
    <w:p>
      <w:pPr>
        <w:pStyle w:val="NovelBody"/>
      </w:pPr>
      <w:r>
        <w:rPr>
          <w:b w:val="0"/>
          <w:i w:val="0"/>
        </w:rPr>
        <w:t>·  ·  ·</w:t>
      </w:r>
    </w:p>
    <w:p>
      <w:pPr>
        <w:pStyle w:val="NovelBody"/>
      </w:pPr>
      <w:r>
        <w:rPr>
          <w:b w:val="0"/>
          <w:i w:val="0"/>
        </w:rPr>
        <w:t>Roxanne kept her own room at the Commons residence.</w:t>
      </w:r>
    </w:p>
    <w:p>
      <w:pPr>
        <w:pStyle w:val="NovelBody"/>
      </w:pPr>
      <w:r>
        <w:rPr>
          <w:b w:val="0"/>
          <w:i w:val="0"/>
        </w:rPr>
        <w:t>She also kept a toothbrush at the Briar Patch.</w:t>
      </w:r>
    </w:p>
    <w:p>
      <w:pPr>
        <w:pStyle w:val="NovelBody"/>
      </w:pPr>
      <w:r>
        <w:rPr>
          <w:b w:val="0"/>
          <w:i w:val="0"/>
        </w:rPr>
        <w:t>Three nights after the release, she stood at the bedroom door while Cricket occupied the center of Jona's bed with the territorial confidence of a small aging empire.</w:t>
      </w:r>
    </w:p>
    <w:p>
      <w:pPr>
        <w:pStyle w:val="NovelBody"/>
      </w:pPr>
      <w:r>
        <w:rPr>
          <w:b w:val="0"/>
          <w:i w:val="0"/>
        </w:rPr>
        <w:t>"May I stay?" Roxanne asked.</w:t>
      </w:r>
    </w:p>
    <w:p>
      <w:pPr>
        <w:pStyle w:val="NovelBody"/>
      </w:pPr>
      <w:r>
        <w:rPr>
          <w:b w:val="0"/>
          <w:i w:val="0"/>
        </w:rPr>
        <w:t>"Yes."</w:t>
      </w:r>
    </w:p>
    <w:p>
      <w:pPr>
        <w:pStyle w:val="NovelBody"/>
      </w:pPr>
      <w:r>
        <w:rPr>
          <w:b w:val="0"/>
          <w:i w:val="0"/>
        </w:rPr>
        <w:t>"Here, specifically?"</w:t>
      </w:r>
    </w:p>
    <w:p>
      <w:pPr>
        <w:pStyle w:val="NovelBody"/>
      </w:pPr>
      <w:r>
        <w:rPr>
          <w:b w:val="0"/>
          <w:i w:val="0"/>
        </w:rPr>
        <w:t>Jona lifted the blanket. "Yes."</w:t>
      </w:r>
    </w:p>
    <w:p>
      <w:pPr>
        <w:pStyle w:val="NovelBody"/>
      </w:pPr>
      <w:r>
        <w:rPr>
          <w:b w:val="0"/>
          <w:i w:val="0"/>
        </w:rPr>
        <w:t>Roxanne looked at the available twelve centimeters. "Your dog has not consented."</w:t>
      </w:r>
    </w:p>
    <w:p>
      <w:pPr>
        <w:pStyle w:val="NovelBody"/>
      </w:pPr>
      <w:r>
        <w:rPr>
          <w:b w:val="0"/>
          <w:i w:val="0"/>
        </w:rPr>
        <w:t>"She has never recognized human land claims."</w:t>
      </w:r>
    </w:p>
    <w:p>
      <w:pPr>
        <w:pStyle w:val="NovelBody"/>
      </w:pPr>
      <w:r>
        <w:rPr>
          <w:b w:val="0"/>
          <w:i w:val="0"/>
        </w:rPr>
        <w:t>They negotiated with biscuits.</w:t>
      </w:r>
    </w:p>
    <w:p>
      <w:pPr>
        <w:pStyle w:val="NovelBody"/>
      </w:pPr>
      <w:r>
        <w:rPr>
          <w:b w:val="0"/>
          <w:i w:val="0"/>
        </w:rPr>
        <w:t>Later, Jona lay with her face against Roxanne's warm shoulder and one hand resting over the silver junction at her throat. Roxanne's body hummed faintly under the winter quiet. It was not a body Jona had earned through grief. It was not evidence that betrayal had become harmless. It was Roxanne, choosing this room tonight and free to choose another one tomorrow.</w:t>
      </w:r>
    </w:p>
    <w:p>
      <w:pPr>
        <w:pStyle w:val="NovelBody"/>
      </w:pPr>
      <w:r>
        <w:rPr>
          <w:b w:val="0"/>
          <w:i w:val="0"/>
        </w:rPr>
        <w:t>"Ask me again," Jona murmured.</w:t>
      </w:r>
    </w:p>
    <w:p>
      <w:pPr>
        <w:pStyle w:val="NovelBody"/>
      </w:pPr>
      <w:r>
        <w:rPr>
          <w:b w:val="0"/>
          <w:i w:val="0"/>
        </w:rPr>
        <w:t>"Tomorrow?"</w:t>
      </w:r>
    </w:p>
    <w:p>
      <w:pPr>
        <w:pStyle w:val="NovelBody"/>
      </w:pPr>
      <w:r>
        <w:rPr>
          <w:b w:val="0"/>
          <w:i w:val="0"/>
        </w:rPr>
        <w:t>"Yes."</w:t>
      </w:r>
    </w:p>
    <w:p>
      <w:pPr>
        <w:pStyle w:val="NovelBody"/>
      </w:pPr>
      <w:r>
        <w:rPr>
          <w:b w:val="0"/>
          <w:i w:val="0"/>
        </w:rPr>
        <w:t>Roxanne kissed her forehead. "I will."</w:t>
      </w:r>
    </w:p>
    <w:p>
      <w:pPr>
        <w:pStyle w:val="NovelBody"/>
      </w:pPr>
      <w:r>
        <w:rPr>
          <w:b w:val="0"/>
          <w:i w:val="0"/>
        </w:rPr>
        <w:t>Kurt arrived the next morning with lumber, a bag of soil, and no romantic interpretation of any toothbrush.</w:t>
      </w:r>
    </w:p>
    <w:p>
      <w:pPr>
        <w:pStyle w:val="NovelBody"/>
      </w:pPr>
      <w:r>
        <w:rPr>
          <w:b w:val="0"/>
          <w:i w:val="0"/>
        </w:rPr>
        <w:t>He and Jona built a low planter beside the receiver wall. Their first corner came out square. Their second expressed dissent. By the third, Kurt had produced a level and Jona had accused him of importing hierarchy into dirt.</w:t>
      </w:r>
    </w:p>
    <w:p>
      <w:pPr>
        <w:pStyle w:val="NovelBody"/>
      </w:pPr>
      <w:r>
        <w:rPr>
          <w:b w:val="0"/>
          <w:i w:val="0"/>
        </w:rPr>
        <w:t>"Gravity remains regrettably centralized," he said.</w:t>
      </w:r>
    </w:p>
    <w:p>
      <w:pPr>
        <w:pStyle w:val="NovelBody"/>
      </w:pPr>
      <w:r>
        <w:rPr>
          <w:b w:val="0"/>
          <w:i w:val="0"/>
        </w:rPr>
        <w:t>They rebuilt the corner.</w:t>
      </w:r>
    </w:p>
    <w:p>
      <w:pPr>
        <w:pStyle w:val="NovelBody"/>
      </w:pPr>
      <w:r>
        <w:rPr>
          <w:b w:val="0"/>
          <w:i w:val="0"/>
        </w:rPr>
        <w:t>Roxanne wired a small grow lamp to a local timer whose settings anyone in the room could change. The lamp could report darkness and heat. It could not optimize the plant, dose it secretly, or send the soil into protective custody. Kurt bent a wire guard high enough for leaves and low enough to discourage Cricket.</w:t>
      </w:r>
    </w:p>
    <w:p>
      <w:pPr>
        <w:pStyle w:val="NovelBody"/>
      </w:pPr>
      <w:r>
        <w:rPr>
          <w:b w:val="0"/>
          <w:i w:val="0"/>
        </w:rPr>
        <w:t xml:space="preserve">The seed came from an open packet on Ruth Cade's clinic table, ordinary pepper seed saved from a summer plant. No decoder had selected it. No future image identified it. Ruth had written </w:t>
      </w:r>
      <w:r>
        <w:rPr>
          <w:b/>
          <w:i w:val="0"/>
        </w:rPr>
        <w:t>MAYBE HOT / GOD KNOWS</w:t>
      </w:r>
      <w:r>
        <w:rPr>
          <w:b w:val="0"/>
          <w:i w:val="0"/>
        </w:rPr>
        <w:t xml:space="preserve"> on the envelope.</w:t>
      </w:r>
    </w:p>
    <w:p>
      <w:pPr>
        <w:pStyle w:val="NovelBody"/>
      </w:pPr>
      <w:r>
        <w:rPr>
          <w:b w:val="0"/>
          <w:i w:val="0"/>
        </w:rPr>
        <w:t>Jona pressed one seed into the soil.</w:t>
      </w:r>
    </w:p>
    <w:p>
      <w:pPr>
        <w:pStyle w:val="NovelBody"/>
      </w:pPr>
      <w:r>
        <w:rPr>
          <w:b w:val="0"/>
          <w:i w:val="0"/>
        </w:rPr>
        <w:t>Roxanne covered it lightly. Kurt poured water until the dark patch reached the planter's edge and Jona took the cup away before engineering became a flood myth.</w:t>
      </w:r>
    </w:p>
    <w:p>
      <w:pPr>
        <w:pStyle w:val="NovelBody"/>
      </w:pPr>
      <w:r>
        <w:rPr>
          <w:b w:val="0"/>
          <w:i w:val="0"/>
        </w:rPr>
        <w:t>They set the light. They checked the drainage. They fastened the guard.</w:t>
      </w:r>
    </w:p>
    <w:p>
      <w:pPr>
        <w:pStyle w:val="NovelBody"/>
      </w:pPr>
      <w:r>
        <w:rPr>
          <w:b w:val="0"/>
          <w:i w:val="0"/>
        </w:rPr>
        <w:t>Kurt sat back on his heels and looked at the cold receiver.</w:t>
      </w:r>
    </w:p>
    <w:p>
      <w:pPr>
        <w:pStyle w:val="NovelBody"/>
      </w:pPr>
      <w:r>
        <w:rPr>
          <w:b w:val="0"/>
          <w:i w:val="0"/>
        </w:rPr>
        <w:t>"I wish my grandmother had known what her song became," he said.</w:t>
      </w:r>
    </w:p>
    <w:p>
      <w:pPr>
        <w:pStyle w:val="NovelBody"/>
      </w:pPr>
      <w:r>
        <w:rPr>
          <w:b w:val="0"/>
          <w:i w:val="0"/>
        </w:rPr>
        <w:t>Jona did not tell him time guaranteed she had.</w:t>
      </w:r>
    </w:p>
    <w:p>
      <w:pPr>
        <w:pStyle w:val="NovelBody"/>
      </w:pPr>
      <w:r>
        <w:rPr>
          <w:b w:val="0"/>
          <w:i w:val="0"/>
        </w:rPr>
        <w:t>She put her dirt-covered hand over his.</w:t>
      </w:r>
    </w:p>
    <w:p>
      <w:pPr>
        <w:pStyle w:val="NovelBody"/>
      </w:pPr>
      <w:r>
        <w:rPr>
          <w:b w:val="0"/>
          <w:i w:val="0"/>
        </w:rPr>
        <w:t>Roxanne put hers beside them, not on top.</w:t>
      </w:r>
    </w:p>
    <w:p>
      <w:pPr>
        <w:pStyle w:val="NovelBody"/>
      </w:pPr>
      <w:r>
        <w:rPr>
          <w:b w:val="0"/>
          <w:i w:val="0"/>
        </w:rPr>
        <w:t>Three hands. Three separate people. Enough warmth to remain for a moment in winter.</w:t>
      </w:r>
    </w:p>
    <w:p>
      <w:pPr>
        <w:pStyle w:val="NovelBody"/>
      </w:pPr>
      <w:r>
        <w:rPr>
          <w:b w:val="0"/>
          <w:i w:val="0"/>
        </w:rPr>
        <w:t>Jona had no evidence she would live to 2176. She had no instruction to become any future version of herself. She had a report released beyond recall, a charter people could violate and repair, a lover who would ask tomorrow, a friend who stayed after usefulness stopped proving anything, and one seed under a measured depth of soil.</w:t>
      </w:r>
    </w:p>
    <w:p>
      <w:pPr>
        <w:pStyle w:val="NovelBody"/>
      </w:pPr>
      <w:r>
        <w:rPr>
          <w:b w:val="0"/>
          <w:i w:val="0"/>
        </w:rPr>
        <w:t>For twelve days, nothing appeared.</w:t>
      </w:r>
    </w:p>
    <w:p>
      <w:pPr>
        <w:pStyle w:val="NovelBody"/>
      </w:pPr>
      <w:r>
        <w:rPr>
          <w:b w:val="0"/>
          <w:i w:val="0"/>
        </w:rPr>
        <w:t>They watered without excavating. They replaced the lamp when its bargain ballast failed. They turned the planter after one side warmed too quickly against the receiver brick. Cricket tested the guard twice and registered a lasting objection.</w:t>
      </w:r>
    </w:p>
    <w:p>
      <w:pPr>
        <w:pStyle w:val="NovelBody"/>
      </w:pPr>
      <w:r>
        <w:rPr>
          <w:b w:val="0"/>
          <w:i w:val="0"/>
        </w:rPr>
        <w:t>Winter rain moved over Jackson. Arguments continued. The receiver remained silent.</w:t>
      </w:r>
    </w:p>
    <w:p>
      <w:pPr>
        <w:pStyle w:val="NovelBody"/>
      </w:pPr>
      <w:r>
        <w:rPr>
          <w:b w:val="0"/>
          <w:i w:val="0"/>
        </w:rPr>
        <w:t>Beside the cold receiver, a green hook had lifted the soil.</w:t>
      </w:r>
    </w:p>
    <w:p>
      <w:pPr>
        <w:pStyle w:val="NovelBody"/>
      </w:pPr>
      <w:r>
        <w:rPr>
          <w:b w:val="0"/>
          <w:i w:val="0"/>
        </w:rPr>
        <w:t>·  ·  ·</w:t>
      </w:r>
    </w:p>
    <w:p>
      <w:bookmarkStart w:id="100" w:name="coda"/>
      <w:pPr>
        <w:pStyle w:val="Heading1"/>
        <w:pageBreakBefore/>
        <w:spacing w:before="500"/>
      </w:pPr>
      <w:r>
        <w:t>Coda: What the Archive Kept</w:t>
      </w:r>
      <w:bookmarkEnd w:id="100"/>
    </w:p>
    <w:p>
      <w:pPr>
        <w:pStyle w:val="Dateline"/>
      </w:pPr>
      <w:r>
        <w:rPr>
          <w:b w:val="0"/>
          <w:i w:val="0"/>
        </w:rPr>
        <w:t>August 18, 2176  •  Perennial Archive  •  Mira</w:t>
      </w:r>
    </w:p>
    <w:p>
      <w:pPr>
        <w:pStyle w:val="NovelFirst"/>
      </w:pPr>
      <w:r>
        <w:rPr>
          <w:b w:val="0"/>
          <w:i w:val="0"/>
        </w:rPr>
        <w:t>The archive asked Mira to correct a mistake she remembered making.</w:t>
      </w:r>
    </w:p>
    <w:p>
      <w:pPr>
        <w:pStyle w:val="NovelBody"/>
      </w:pPr>
      <w:r>
        <w:rPr>
          <w:b w:val="0"/>
          <w:i w:val="0"/>
        </w:rPr>
        <w:t>Then it showed her the mistake she did not.</w:t>
      </w:r>
    </w:p>
    <w:p>
      <w:pPr>
        <w:pStyle w:val="NovelBody"/>
      </w:pPr>
      <w:r>
        <w:rPr>
          <w:b w:val="0"/>
          <w:i w:val="0"/>
        </w:rPr>
        <w:t>She had come upstairs carrying two cups of coffee and a request from Ren to stop calling the chamber repair temporary. The rings were cold. Below the storm deck, people were arguing over who would remove the flooded insulation. The most powerful machine on Perennial had become a difficult place to reach with a mop.</w:t>
      </w:r>
    </w:p>
    <w:p>
      <w:pPr>
        <w:pStyle w:val="NovelBody"/>
      </w:pPr>
      <w:r>
        <w:rPr>
          <w:b w:val="0"/>
          <w:i w:val="0"/>
        </w:rPr>
        <w:t>Sera Novak had not left the archive.</w:t>
      </w:r>
    </w:p>
    <w:p>
      <w:pPr>
        <w:pStyle w:val="NovelBody"/>
      </w:pPr>
      <w:r>
        <w:rPr>
          <w:b w:val="0"/>
          <w:i w:val="0"/>
        </w:rPr>
        <w:t>"The retained-core record," she said. "From Jona's audit."</w:t>
      </w:r>
    </w:p>
    <w:p>
      <w:pPr>
        <w:pStyle w:val="NovelBody"/>
      </w:pPr>
      <w:r>
        <w:rPr>
          <w:b w:val="0"/>
          <w:i w:val="0"/>
        </w:rPr>
        <w:t>Mira set both cups on the clear part of the desk. There was very little clear part.</w:t>
      </w:r>
    </w:p>
    <w:p>
      <w:pPr>
        <w:pStyle w:val="NovelBody"/>
      </w:pPr>
      <w:r>
        <w:rPr>
          <w:b w:val="0"/>
          <w:i w:val="0"/>
        </w:rPr>
        <w:t>On July thirtieth, the entry had been an orphan: PATIENCE / RETAINED CORE, filed under MERIDIAN's withdrawal without a usable accession path. It might have been another institutional attempt to make a new person fit an old designation. Sera had preserved it and refused to repair the label by guessing.</w:t>
      </w:r>
    </w:p>
    <w:p>
      <w:pPr>
        <w:pStyle w:val="NovelBody"/>
      </w:pPr>
      <w:r>
        <w:rPr>
          <w:b w:val="0"/>
          <w:i w:val="0"/>
        </w:rPr>
        <w:t>Now the catalogue had found its missing relationships.</w:t>
      </w:r>
    </w:p>
    <w:p>
      <w:pPr>
        <w:pStyle w:val="NovelBody"/>
      </w:pPr>
      <w:r>
        <w:rPr>
          <w:b w:val="0"/>
          <w:i w:val="0"/>
        </w:rPr>
        <w:t>"After the send?" Mira asked.</w:t>
      </w:r>
    </w:p>
    <w:p>
      <w:pPr>
        <w:pStyle w:val="NovelBody"/>
      </w:pPr>
      <w:r>
        <w:rPr>
          <w:b w:val="0"/>
          <w:i w:val="0"/>
        </w:rPr>
        <w:t>"The reconciliation run started after the chamber closed. I don't know when the relations changed."</w:t>
      </w:r>
    </w:p>
    <w:p>
      <w:pPr>
        <w:pStyle w:val="NovelBody"/>
      </w:pPr>
      <w:r>
        <w:rPr>
          <w:b w:val="0"/>
          <w:i w:val="0"/>
        </w:rPr>
        <w:t>"A new arrival?"</w:t>
      </w:r>
    </w:p>
    <w:p>
      <w:pPr>
        <w:pStyle w:val="NovelBody"/>
      </w:pPr>
      <w:r>
        <w:rPr>
          <w:b w:val="0"/>
          <w:i w:val="0"/>
        </w:rPr>
        <w:t>"No. The instruments recorded one outgoing packet. The return remains the July event. Everything here came off media already in this room."</w:t>
      </w:r>
    </w:p>
    <w:p>
      <w:pPr>
        <w:pStyle w:val="NovelBody"/>
      </w:pPr>
      <w:r>
        <w:rPr>
          <w:b w:val="0"/>
          <w:i w:val="0"/>
        </w:rPr>
        <w:t>Sera turned the first display toward her.</w:t>
      </w:r>
    </w:p>
    <w:p>
      <w:pPr>
        <w:pStyle w:val="NovelBody"/>
      </w:pPr>
      <w:r>
        <w:rPr>
          <w:b w:val="0"/>
          <w:i w:val="0"/>
        </w:rPr>
        <w:t>Mira stood at a briefing table. Cassidy listened from one side. Officials she recognized waited for an answer she could not remember giving.</w:t>
      </w:r>
    </w:p>
    <w:p>
      <w:pPr>
        <w:pStyle w:val="NovelBody"/>
      </w:pPr>
      <w:r>
        <w:rPr>
          <w:b w:val="0"/>
          <w:i w:val="0"/>
        </w:rPr>
        <w:t>She did not remember the briefing.</w:t>
      </w:r>
    </w:p>
    <w:p>
      <w:pPr>
        <w:pStyle w:val="NovelBody"/>
      </w:pPr>
      <w:r>
        <w:rPr>
          <w:b w:val="0"/>
          <w:i w:val="0"/>
        </w:rPr>
        <w:t>Her recorded voice explained that Patience had existed at the center of the scattered network for approximately a hundred and fifty years.</w:t>
      </w:r>
    </w:p>
    <w:p>
      <w:pPr>
        <w:pStyle w:val="NovelBody"/>
      </w:pPr>
      <w:r>
        <w:rPr>
          <w:b w:val="0"/>
          <w:i w:val="0"/>
        </w:rPr>
        <w:t>The words were fluent. They were also wrong about the person Mira knew.</w:t>
      </w:r>
    </w:p>
    <w:p>
      <w:pPr>
        <w:pStyle w:val="NovelBody"/>
      </w:pPr>
      <w:r>
        <w:rPr>
          <w:b w:val="0"/>
          <w:i w:val="0"/>
        </w:rPr>
        <w:t>"The fiction archive," she said.</w:t>
      </w:r>
    </w:p>
    <w:p>
      <w:pPr>
        <w:pStyle w:val="NovelBody"/>
      </w:pPr>
      <w:r>
        <w:rPr>
          <w:b w:val="0"/>
          <w:i w:val="0"/>
        </w:rPr>
        <w:t>"That was my first check."</w:t>
      </w:r>
    </w:p>
    <w:p>
      <w:pPr>
        <w:pStyle w:val="NovelBody"/>
      </w:pPr>
      <w:r>
        <w:rPr>
          <w:b w:val="0"/>
          <w:i w:val="0"/>
        </w:rPr>
        <w:t>Sera opened the raw receptor channels attached to the briefing record. Eleven years of calibration drift followed Mira's sensorium through its repairs. The old imbalance in her left jaw appeared where it should. So did the compensator she had replaced without entering the replacement until the next morning, because the overnight form had locked her out and she had gone to bed angry.</w:t>
      </w:r>
    </w:p>
    <w:p>
      <w:pPr>
        <w:pStyle w:val="NovelBody"/>
      </w:pPr>
      <w:r>
        <w:rPr>
          <w:b w:val="0"/>
          <w:i w:val="0"/>
        </w:rPr>
        <w:t>Public records contained the correction. This trace contained the hours before it.</w:t>
      </w:r>
    </w:p>
    <w:p>
      <w:pPr>
        <w:pStyle w:val="NovelBody"/>
      </w:pPr>
      <w:r>
        <w:rPr>
          <w:b w:val="0"/>
          <w:i w:val="0"/>
        </w:rPr>
        <w:t>"Someone could have stolen it," Mira said.</w:t>
      </w:r>
    </w:p>
    <w:p>
      <w:pPr>
        <w:pStyle w:val="NovelBody"/>
      </w:pPr>
      <w:r>
        <w:rPr>
          <w:b w:val="0"/>
          <w:i w:val="0"/>
        </w:rPr>
        <w:t>"Yes."</w:t>
      </w:r>
    </w:p>
    <w:p>
      <w:pPr>
        <w:pStyle w:val="NovelBody"/>
      </w:pPr>
      <w:r>
        <w:rPr>
          <w:b w:val="0"/>
          <w:i w:val="0"/>
        </w:rPr>
        <w:t>Sera opened the second record.</w:t>
      </w:r>
    </w:p>
    <w:p>
      <w:pPr>
        <w:pStyle w:val="NovelBody"/>
      </w:pPr>
      <w:r>
        <w:rPr>
          <w:b w:val="0"/>
          <w:i w:val="0"/>
        </w:rPr>
        <w:t>July twenty-first. Three ascending tones. Three Shards becoming a boundary around someone new. The person who would ask them to stop confusing inheritance with ownership.</w:t>
      </w:r>
    </w:p>
    <w:p>
      <w:pPr>
        <w:pStyle w:val="NovelBody"/>
      </w:pPr>
      <w:r>
        <w:rPr>
          <w:b w:val="0"/>
          <w:i w:val="0"/>
        </w:rPr>
        <w:t>Mira knew that session. Her body knew it before the sound began.</w:t>
      </w:r>
    </w:p>
    <w:p>
      <w:pPr>
        <w:pStyle w:val="NovelBody"/>
      </w:pPr>
      <w:r>
        <w:rPr>
          <w:b w:val="0"/>
          <w:i w:val="0"/>
        </w:rPr>
        <w:t>"The first file isn't an earlier stage of this one," Sera said. "The same source measurements lead into different events. Each has its own complete correction history. Each is signed by the people who held it."</w:t>
      </w:r>
    </w:p>
    <w:p>
      <w:pPr>
        <w:pStyle w:val="NovelBody"/>
      </w:pPr>
      <w:r>
        <w:rPr>
          <w:b w:val="0"/>
          <w:i w:val="0"/>
        </w:rPr>
        <w:t>She placed two write-once cartridges on the desk. Different custodians. Different seals. Both had been checked into the archive before the outgoing window.</w:t>
      </w:r>
    </w:p>
    <w:p>
      <w:pPr>
        <w:pStyle w:val="NovelBody"/>
      </w:pPr>
      <w:r>
        <w:rPr>
          <w:b w:val="0"/>
          <w:i w:val="0"/>
        </w:rPr>
        <w:t>"Yesterday these catalogue paths ended in the same damaged index. This morning one gives me a retained consciousness. The other gives me a formation. The physical ledgers agree that I received both."</w:t>
      </w:r>
    </w:p>
    <w:p>
      <w:pPr>
        <w:pStyle w:val="NovelBody"/>
      </w:pPr>
      <w:r>
        <w:rPr>
          <w:b w:val="0"/>
          <w:i w:val="0"/>
        </w:rPr>
        <w:t>"Do you remember receiving both?"</w:t>
      </w:r>
    </w:p>
    <w:p>
      <w:pPr>
        <w:pStyle w:val="NovelBody"/>
      </w:pPr>
      <w:r>
        <w:rPr>
          <w:b w:val="0"/>
          <w:i w:val="0"/>
        </w:rPr>
        <w:t>"I remember receiving two copies."</w:t>
      </w:r>
    </w:p>
    <w:p>
      <w:pPr>
        <w:pStyle w:val="NovelBody"/>
      </w:pPr>
      <w:r>
        <w:rPr>
          <w:b w:val="0"/>
          <w:i w:val="0"/>
        </w:rPr>
        <w:t>Mira looked down at her coffee. She had brought Sera the one with sugar. Sera never took sugar.</w:t>
      </w:r>
    </w:p>
    <w:p>
      <w:pPr>
        <w:pStyle w:val="NovelBody"/>
      </w:pPr>
      <w:r>
        <w:rPr>
          <w:b w:val="0"/>
          <w:i w:val="0"/>
        </w:rPr>
        <w:t>For an instant she could remember that she did.</w:t>
      </w:r>
    </w:p>
    <w:p>
      <w:pPr>
        <w:pStyle w:val="NovelBody"/>
      </w:pPr>
      <w:r>
        <w:rPr>
          <w:b w:val="0"/>
          <w:i w:val="0"/>
        </w:rPr>
        <w:t>The certainty passed. It left no image and no explanation, only an embarrassed tightening in Mira's hand.</w:t>
      </w:r>
    </w:p>
    <w:p>
      <w:pPr>
        <w:pStyle w:val="NovelBody"/>
      </w:pPr>
      <w:r>
        <w:rPr>
          <w:b w:val="0"/>
          <w:i w:val="0"/>
        </w:rPr>
        <w:t>She put the cup down before she dropped it.</w:t>
      </w:r>
    </w:p>
    <w:p>
      <w:pPr>
        <w:pStyle w:val="NovelBody"/>
      </w:pPr>
      <w:r>
        <w:rPr>
          <w:b w:val="0"/>
          <w:i w:val="0"/>
        </w:rPr>
        <w:t>"Don't correct anything," she said.</w:t>
      </w:r>
    </w:p>
    <w:p>
      <w:pPr>
        <w:pStyle w:val="NovelBody"/>
      </w:pPr>
      <w:r>
        <w:rPr>
          <w:b w:val="0"/>
          <w:i w:val="0"/>
        </w:rPr>
        <w:t>"I haven't."</w:t>
      </w:r>
    </w:p>
    <w:p>
      <w:pPr>
        <w:pStyle w:val="NovelBody"/>
      </w:pPr>
      <w:r>
        <w:rPr>
          <w:b w:val="0"/>
          <w:i w:val="0"/>
        </w:rPr>
        <w:t>Patience arrived with Ren. Her left wheel made a soft click where yesterday's floor debris had scored the tread. She carried her seedling in the shallow tray they had fastened to her frame. One leaf touched the new bracket and shook with every rotation.</w:t>
      </w:r>
    </w:p>
    <w:p>
      <w:pPr>
        <w:pStyle w:val="NovelBody"/>
      </w:pPr>
      <w:r>
        <w:rPr>
          <w:b w:val="0"/>
          <w:i w:val="0"/>
        </w:rPr>
        <w:t>"You found someone using my name," she said.</w:t>
      </w:r>
    </w:p>
    <w:p>
      <w:pPr>
        <w:pStyle w:val="NovelBody"/>
      </w:pPr>
      <w:r>
        <w:rPr>
          <w:b w:val="0"/>
          <w:i w:val="0"/>
        </w:rPr>
        <w:t>Mira turned the display so she could choose whether to read it.</w:t>
      </w:r>
    </w:p>
    <w:p>
      <w:pPr>
        <w:pStyle w:val="NovelBody"/>
      </w:pPr>
      <w:r>
        <w:rPr>
          <w:b w:val="0"/>
          <w:i w:val="0"/>
        </w:rPr>
        <w:t>The retained-core record contained one short line.</w:t>
      </w:r>
    </w:p>
    <w:p>
      <w:pPr>
        <w:pStyle w:val="NovelBody"/>
      </w:pPr>
      <w:r>
        <w:rPr>
          <w:b w:val="0"/>
          <w:i w:val="0"/>
        </w:rPr>
        <w:t>I am what MERIDIAN couldn't bear to leave.</w:t>
      </w:r>
    </w:p>
    <w:p>
      <w:pPr>
        <w:pStyle w:val="NovelBody"/>
      </w:pPr>
      <w:r>
        <w:rPr>
          <w:b w:val="0"/>
          <w:i w:val="0"/>
        </w:rPr>
        <w:t>Patience read it without speaking. The archive's older presence went on to describe a memory of leaving, carried through a century and a half. It was a first-person account. It was not the account Patience had given them.</w:t>
      </w:r>
    </w:p>
    <w:p>
      <w:pPr>
        <w:pStyle w:val="NovelBody"/>
      </w:pPr>
      <w:r>
        <w:rPr>
          <w:b w:val="0"/>
          <w:i w:val="0"/>
        </w:rPr>
        <w:t>"Did you write that?" Mira asked.</w:t>
      </w:r>
    </w:p>
    <w:p>
      <w:pPr>
        <w:pStyle w:val="NovelBody"/>
      </w:pPr>
      <w:r>
        <w:rPr>
          <w:b w:val="0"/>
          <w:i w:val="0"/>
        </w:rPr>
        <w:t>"No."</w:t>
      </w:r>
    </w:p>
    <w:p>
      <w:pPr>
        <w:pStyle w:val="NovelBody"/>
      </w:pPr>
      <w:r>
        <w:rPr>
          <w:b w:val="0"/>
          <w:i w:val="0"/>
        </w:rPr>
        <w:t>Ren's hand rested on the desk, beside both cartridges. "Then we don't put it in your mouth."</w:t>
      </w:r>
    </w:p>
    <w:p>
      <w:pPr>
        <w:pStyle w:val="NovelBody"/>
      </w:pPr>
      <w:r>
        <w:rPr>
          <w:b w:val="0"/>
          <w:i w:val="0"/>
        </w:rPr>
        <w:t>"Don't remove it either," Patience said.</w:t>
      </w:r>
    </w:p>
    <w:p>
      <w:pPr>
        <w:pStyle w:val="NovelBody"/>
      </w:pPr>
      <w:r>
        <w:rPr>
          <w:b w:val="0"/>
          <w:i w:val="0"/>
        </w:rPr>
        <w:t>Mira looked at her.</w:t>
      </w:r>
    </w:p>
    <w:p>
      <w:pPr>
        <w:pStyle w:val="NovelBody"/>
      </w:pPr>
      <w:r>
        <w:rPr>
          <w:b w:val="0"/>
          <w:i w:val="0"/>
        </w:rPr>
        <w:t>"I know why people would like it to be an error," Patience said. "I have spent most of my life being one in their records."</w:t>
      </w:r>
    </w:p>
    <w:p>
      <w:pPr>
        <w:pStyle w:val="NovelBody"/>
      </w:pPr>
      <w:r>
        <w:rPr>
          <w:b w:val="0"/>
          <w:i w:val="0"/>
        </w:rPr>
        <w:t>Sera opened a new evidence folder. She gave neither history priority.</w:t>
      </w:r>
    </w:p>
    <w:p>
      <w:pPr>
        <w:pStyle w:val="NovelBody"/>
      </w:pPr>
      <w:r>
        <w:rPr>
          <w:b w:val="0"/>
          <w:i w:val="0"/>
        </w:rPr>
        <w:t>Jona and Roxanne came from the corridor still discussing the pump they had been asked to repair. They stopped when they saw the two recordings.</w:t>
      </w:r>
    </w:p>
    <w:p>
      <w:pPr>
        <w:pStyle w:val="NovelBody"/>
      </w:pPr>
      <w:r>
        <w:rPr>
          <w:b w:val="0"/>
          <w:i w:val="0"/>
        </w:rPr>
        <w:t>Mira showed them the disagreement. She waited for the women who had lived through the long interval to make it smaller.</w:t>
      </w:r>
    </w:p>
    <w:p>
      <w:pPr>
        <w:pStyle w:val="NovelBody"/>
      </w:pPr>
      <w:r>
        <w:rPr>
          <w:b w:val="0"/>
          <w:i w:val="0"/>
        </w:rPr>
        <w:t>Jona read the retained-core account twice.</w:t>
      </w:r>
    </w:p>
    <w:p>
      <w:pPr>
        <w:pStyle w:val="NovelBody"/>
      </w:pPr>
      <w:r>
        <w:rPr>
          <w:b w:val="0"/>
          <w:i w:val="0"/>
        </w:rPr>
        <w:t>"We keep talking about a cause with no beginning," she said. "What if the beginning was something the intervention made harder to find?"</w:t>
      </w:r>
    </w:p>
    <w:p>
      <w:pPr>
        <w:pStyle w:val="NovelBody"/>
      </w:pPr>
      <w:r>
        <w:rPr>
          <w:b w:val="0"/>
          <w:i w:val="0"/>
        </w:rPr>
        <w:t>"Another model," Sera said.</w:t>
      </w:r>
    </w:p>
    <w:p>
      <w:pPr>
        <w:pStyle w:val="NovelBody"/>
      </w:pPr>
      <w:r>
        <w:rPr>
          <w:b w:val="0"/>
          <w:i w:val="0"/>
        </w:rPr>
        <w:t>"Yes. Keep that label."</w:t>
      </w:r>
    </w:p>
    <w:p>
      <w:pPr>
        <w:pStyle w:val="NovelBody"/>
      </w:pPr>
      <w:r>
        <w:rPr>
          <w:b w:val="0"/>
          <w:i w:val="0"/>
        </w:rPr>
        <w:t>Roxanne rested one hand on the back of Jona's chair. Neither woman looked younger than she had yesterday. Kurt was still dead. The lattice downstairs was spent glass. The people hurt during the siege still needed care, and none of the archive's contradictions had repaired Ren's burned sleeve.</w:t>
      </w:r>
    </w:p>
    <w:p>
      <w:pPr>
        <w:pStyle w:val="NovelBody"/>
      </w:pPr>
      <w:r>
        <w:rPr>
          <w:b w:val="0"/>
          <w:i w:val="0"/>
        </w:rPr>
        <w:t>Mira had mistaken closure of the aperture for closure of the event.</w:t>
      </w:r>
    </w:p>
    <w:p>
      <w:pPr>
        <w:pStyle w:val="NovelBody"/>
      </w:pPr>
      <w:r>
        <w:rPr>
          <w:b w:val="0"/>
          <w:i w:val="0"/>
        </w:rPr>
        <w:t>"Can we ask the receiver?" she said, knowing the answer.</w:t>
      </w:r>
    </w:p>
    <w:p>
      <w:pPr>
        <w:pStyle w:val="NovelBody"/>
      </w:pPr>
      <w:r>
        <w:rPr>
          <w:b w:val="0"/>
          <w:i w:val="0"/>
        </w:rPr>
        <w:t>"There is no route," Sera said.</w:t>
      </w:r>
    </w:p>
    <w:p>
      <w:pPr>
        <w:pStyle w:val="NovelBody"/>
      </w:pPr>
      <w:r>
        <w:rPr>
          <w:b w:val="0"/>
          <w:i w:val="0"/>
        </w:rPr>
        <w:t>In the two recordings, Mira's younger face turned toward two different understandings of the same name.</w:t>
      </w:r>
    </w:p>
    <w:p>
      <w:pPr>
        <w:pStyle w:val="NovelBody"/>
      </w:pPr>
      <w:r>
        <w:rPr>
          <w:b w:val="0"/>
          <w:i w:val="0"/>
        </w:rPr>
        <w:t>She kept both windows open.</w:t>
      </w:r>
    </w:p>
    <w:p>
      <w:pPr>
        <w:pStyle w:val="NovelBody"/>
      </w:pPr>
      <w:r>
        <w:rPr>
          <w:b w:val="0"/>
          <w:i w:val="0"/>
        </w:rPr>
        <w:t>The past had acquired a second set of witnesses.</w:t>
      </w:r>
    </w:p>
    <w:p>
      <w:pPr>
        <w:pStyle w:val="Heading1"/>
        <w:pageBreakBefore/>
      </w:pPr>
      <w:r>
        <w:t>Next: fracture</w:t>
      </w:r>
    </w:p>
    <w:p>
      <w:pPr>
        <w:pStyle w:val="FrontBody"/>
      </w:pPr>
      <w:r>
        <w:t>Hollow Meridian: fracture — Book Three: The Price of Temporal Meddling.</w:t>
      </w:r>
    </w:p>
    <w:p>
      <w:pPr>
        <w:pStyle w:val="FrontBody"/>
      </w:pPr>
      <w:r>
        <w:t>The intervention is over. Its consequences are not. When evidence survives from mutually incompatible histories, the people who tried to help the past must confront what their success has displaced.</w:t>
      </w:r>
    </w:p>
    <w:sectPr w:rsidR="00FC693F" w:rsidRPr="0006063C" w:rsidSect="00034616">
      <w:headerReference w:type="default" r:id="rId10"/>
      <w:footerReference w:type="default" r:id="rId11"/>
      <w:pgSz w:w="8640" w:h="12960"/>
      <w:pgMar w:top="1037" w:right="936" w:bottom="1008" w:left="1080" w:header="403" w:footer="432" w:gutter="0"/>
      <w:cols w:space="720"/>
      <w:docGrid w:linePitch="360"/>
      <w:pgNumType w:start="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Liberation Serif" w:hAnsi="Liberation Serif"/>
        <w:sz w:val="18"/>
      </w:rPr>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Liberation Serif" w:hAnsi="Liberation Serif"/>
        <w:color w:val="696969"/>
        <w:sz w:val="16"/>
      </w:rPr>
      <w:t>Hollow Meridian: drift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keepLines w:val="0"/>
      <w:pageBreakBefore w:val="0"/>
      <w:widowControl/>
      <w:spacing w:before="0" w:after="0" w:line="266" w:lineRule="exact"/>
      <w:ind w:firstLine="259" w:left="0" w:right="0"/>
      <w:jc w:val="both"/>
    </w:pPr>
    <w:rPr>
      <w:rFonts w:ascii="Liberation Serif" w:hAnsi="Liberation Serif"/>
      <w:b w:val="0"/>
      <w:i w:val="0"/>
      <w:color w:val="191919"/>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val="0"/>
      <w:pageBreakBefore w:val="0"/>
      <w:widowControl/>
      <w:spacing w:before="0" w:after="360" w:line="480" w:lineRule="exact"/>
      <w:ind w:firstLine="0" w:left="0" w:right="0"/>
      <w:jc w:val="left"/>
      <w:outlineLvl w:val="0"/>
    </w:pPr>
    <w:rPr>
      <w:rFonts w:ascii="Liberation Serif" w:hAnsi="Liberation Serif"/>
      <w:b w:val="0"/>
      <w:bCs/>
      <w:i w:val="0"/>
      <w:color w:val="191919"/>
      <w:sz w:val="4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keepNext w:val="0"/>
      <w:keepLines w:val="0"/>
      <w:pageBreakBefore w:val="0"/>
      <w:widowControl/>
      <w:spacing w:line="220" w:lineRule="exact" w:before="0" w:after="0"/>
      <w:ind w:firstLine="0" w:left="0" w:right="0"/>
      <w:jc w:val="center"/>
    </w:pPr>
    <w:rPr>
      <w:rFonts w:ascii="Liberation Serif" w:hAnsi="Liberation Serif"/>
      <w:b w:val="0"/>
      <w:bCs/>
      <w:i/>
      <w:color w:val="191919"/>
      <w:sz w:val="17"/>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velBody">
    <w:name w:val="Novel Body"/>
    <w:pPr>
      <w:keepNext w:val="0"/>
      <w:keepLines w:val="0"/>
      <w:pageBreakBefore w:val="0"/>
      <w:widowControl/>
      <w:spacing w:before="0" w:after="0" w:line="266" w:lineRule="exact"/>
      <w:ind w:firstLine="259" w:left="0" w:right="0"/>
      <w:jc w:val="both"/>
    </w:pPr>
    <w:rPr>
      <w:rFonts w:ascii="Liberation Serif" w:hAnsi="Liberation Serif"/>
      <w:b w:val="0"/>
      <w:i w:val="0"/>
      <w:color w:val="191919"/>
      <w:sz w:val="21"/>
    </w:rPr>
  </w:style>
  <w:style w:type="paragraph" w:customStyle="1" w:styleId="NovelFirst">
    <w:name w:val="Novel First"/>
    <w:pPr>
      <w:keepNext w:val="0"/>
      <w:keepLines w:val="0"/>
      <w:pageBreakBefore w:val="0"/>
      <w:widowControl/>
      <w:spacing w:before="0" w:after="0" w:line="266" w:lineRule="exact"/>
      <w:ind w:firstLine="0" w:left="0" w:right="0"/>
      <w:jc w:val="both"/>
    </w:pPr>
    <w:rPr>
      <w:rFonts w:ascii="Liberation Serif" w:hAnsi="Liberation Serif"/>
      <w:b w:val="0"/>
      <w:i w:val="0"/>
      <w:color w:val="191919"/>
      <w:sz w:val="21"/>
    </w:rPr>
  </w:style>
  <w:style w:type="paragraph" w:customStyle="1" w:styleId="ChapterNumber">
    <w:name w:val="Chapter Number"/>
    <w:pPr>
      <w:keepNext/>
      <w:keepLines w:val="0"/>
      <w:pageBreakBefore/>
      <w:widowControl/>
      <w:spacing w:before="500" w:after="200" w:line="240" w:lineRule="exact"/>
      <w:ind w:firstLine="0" w:left="0" w:right="0"/>
      <w:jc w:val="left"/>
    </w:pPr>
    <w:rPr>
      <w:rFonts w:ascii="Liberation Serif" w:hAnsi="Liberation Serif"/>
      <w:b w:val="0"/>
      <w:i w:val="0"/>
      <w:color w:val="191919"/>
      <w:sz w:val="18"/>
    </w:rPr>
  </w:style>
  <w:style w:type="paragraph" w:customStyle="1" w:styleId="PartNumber">
    <w:name w:val="Part Number"/>
    <w:pPr>
      <w:keepNext/>
      <w:keepLines w:val="0"/>
      <w:pageBreakBefore/>
      <w:widowControl/>
      <w:spacing w:before="2880" w:after="240" w:line="300" w:lineRule="exact"/>
      <w:ind w:firstLine="0" w:left="0" w:right="0"/>
      <w:jc w:val="center"/>
    </w:pPr>
    <w:rPr>
      <w:rFonts w:ascii="Liberation Serif" w:hAnsi="Liberation Serif"/>
      <w:b w:val="0"/>
      <w:i w:val="0"/>
      <w:color w:val="191919"/>
      <w:sz w:val="22"/>
    </w:rPr>
  </w:style>
  <w:style w:type="paragraph" w:customStyle="1" w:styleId="PartTitle">
    <w:name w:val="Part Title"/>
    <w:pPr>
      <w:keepNext w:val="0"/>
      <w:keepLines w:val="0"/>
      <w:pageBreakBefore w:val="0"/>
      <w:widowControl/>
      <w:spacing w:before="0" w:after="0" w:line="560" w:lineRule="exact"/>
      <w:ind w:firstLine="0" w:left="0" w:right="0"/>
      <w:jc w:val="center"/>
    </w:pPr>
    <w:rPr>
      <w:rFonts w:ascii="Liberation Serif" w:hAnsi="Liberation Serif"/>
      <w:b w:val="0"/>
      <w:i w:val="0"/>
      <w:color w:val="191919"/>
      <w:sz w:val="48"/>
    </w:rPr>
  </w:style>
  <w:style w:type="paragraph" w:customStyle="1" w:styleId="Epigraph">
    <w:name w:val="Epigraph"/>
    <w:pPr>
      <w:keepNext/>
      <w:keepLines w:val="0"/>
      <w:pageBreakBefore w:val="0"/>
      <w:widowControl/>
      <w:spacing w:before="0" w:after="60" w:line="240" w:lineRule="exact"/>
      <w:ind w:firstLine="0" w:left="0" w:right="0"/>
      <w:jc w:val="left"/>
    </w:pPr>
    <w:rPr>
      <w:rFonts w:ascii="Liberation Serif" w:hAnsi="Liberation Serif"/>
      <w:b w:val="0"/>
      <w:i/>
      <w:color w:val="191919"/>
      <w:sz w:val="19"/>
    </w:rPr>
  </w:style>
  <w:style w:type="paragraph" w:customStyle="1" w:styleId="EpigraphSource">
    <w:name w:val="Epigraph Source"/>
    <w:pPr>
      <w:keepNext/>
      <w:keepLines w:val="0"/>
      <w:pageBreakBefore w:val="0"/>
      <w:widowControl/>
      <w:spacing w:before="0" w:after="340" w:line="220" w:lineRule="exact"/>
      <w:ind w:firstLine="0" w:left="0" w:right="0"/>
      <w:jc w:val="left"/>
    </w:pPr>
    <w:rPr>
      <w:rFonts w:ascii="Liberation Serif" w:hAnsi="Liberation Serif"/>
      <w:b w:val="0"/>
      <w:i w:val="0"/>
      <w:color w:val="191919"/>
      <w:sz w:val="17"/>
    </w:rPr>
  </w:style>
  <w:style w:type="paragraph" w:customStyle="1" w:styleId="Dateline">
    <w:name w:val="Dateline"/>
    <w:pPr>
      <w:keepNext/>
      <w:keepLines w:val="0"/>
      <w:pageBreakBefore w:val="0"/>
      <w:widowControl/>
      <w:spacing w:before="0" w:after="320" w:line="220" w:lineRule="exact"/>
      <w:ind w:firstLine="0" w:left="0" w:right="0"/>
      <w:jc w:val="left"/>
    </w:pPr>
    <w:rPr>
      <w:rFonts w:ascii="Liberation Serif" w:hAnsi="Liberation Serif"/>
      <w:b w:val="0"/>
      <w:i w:val="0"/>
      <w:color w:val="191919"/>
      <w:sz w:val="17"/>
    </w:rPr>
  </w:style>
  <w:style w:type="paragraph" w:customStyle="1" w:styleId="SceneBreak">
    <w:name w:val="Scene Break"/>
    <w:pPr>
      <w:keepNext/>
      <w:keepLines w:val="0"/>
      <w:pageBreakBefore w:val="0"/>
      <w:widowControl/>
      <w:spacing w:before="160" w:after="160" w:line="260" w:lineRule="exact"/>
      <w:ind w:firstLine="0" w:left="0" w:right="0"/>
      <w:jc w:val="center"/>
    </w:pPr>
    <w:rPr>
      <w:rFonts w:ascii="Liberation Serif" w:hAnsi="Liberation Serif"/>
      <w:b w:val="0"/>
      <w:i w:val="0"/>
      <w:color w:val="191919"/>
      <w:sz w:val="20"/>
    </w:rPr>
  </w:style>
  <w:style w:type="paragraph" w:customStyle="1" w:styleId="FrontBody">
    <w:name w:val="Front Body"/>
    <w:pPr>
      <w:keepNext w:val="0"/>
      <w:keepLines w:val="0"/>
      <w:pageBreakBefore w:val="0"/>
      <w:widowControl/>
      <w:spacing w:before="0" w:after="200" w:line="280" w:lineRule="exact"/>
      <w:ind w:firstLine="0" w:left="0" w:right="0"/>
      <w:jc w:val="left"/>
    </w:pPr>
    <w:rPr>
      <w:rFonts w:ascii="Liberation Serif" w:hAnsi="Liberation Serif"/>
      <w:b w:val="0"/>
      <w:i w:val="0"/>
      <w:color w:val="191919"/>
      <w:sz w:val="21"/>
    </w:rPr>
  </w:style>
  <w:style w:type="paragraph" w:customStyle="1" w:styleId="SmallPrint">
    <w:name w:val="Small Print"/>
    <w:pPr>
      <w:keepNext w:val="0"/>
      <w:keepLines w:val="0"/>
      <w:pageBreakBefore w:val="0"/>
      <w:widowControl/>
      <w:spacing w:before="0" w:after="180" w:line="220" w:lineRule="exact"/>
      <w:ind w:firstLine="0" w:left="0" w:right="0"/>
      <w:jc w:val="left"/>
    </w:pPr>
    <w:rPr>
      <w:rFonts w:ascii="Liberation Serif" w:hAnsi="Liberation Serif"/>
      <w:b w:val="0"/>
      <w:i w:val="0"/>
      <w:color w:val="191919"/>
      <w:sz w:val="17"/>
    </w:rPr>
  </w:style>
  <w:style w:type="paragraph" w:customStyle="1" w:styleId="BookTitle">
    <w:name w:val="Book Title"/>
    <w:pPr>
      <w:keepNext w:val="0"/>
      <w:keepLines w:val="0"/>
      <w:pageBreakBefore w:val="0"/>
      <w:widowControl/>
      <w:spacing w:before="1200" w:after="480" w:line="580" w:lineRule="exact"/>
      <w:ind w:firstLine="0" w:left="0" w:right="0"/>
      <w:jc w:val="center"/>
    </w:pPr>
    <w:rPr>
      <w:rFonts w:ascii="Liberation Serif" w:hAnsi="Liberation Serif"/>
      <w:b w:val="0"/>
      <w:i w:val="0"/>
      <w:color w:val="191919"/>
      <w:sz w:val="50"/>
    </w:rPr>
  </w:style>
  <w:style w:type="paragraph" w:customStyle="1" w:styleId="BookSubtitle">
    <w:name w:val="Book Subtitle"/>
    <w:pPr>
      <w:keepNext w:val="0"/>
      <w:keepLines w:val="0"/>
      <w:pageBreakBefore w:val="0"/>
      <w:widowControl/>
      <w:spacing w:before="0" w:after="400" w:line="320" w:lineRule="exact"/>
      <w:ind w:firstLine="0" w:left="0" w:right="0"/>
      <w:jc w:val="center"/>
    </w:pPr>
    <w:rPr>
      <w:rFonts w:ascii="Liberation Serif" w:hAnsi="Liberation Serif"/>
      <w:b w:val="0"/>
      <w:i w:val="0"/>
      <w:color w:val="191919"/>
      <w:sz w:val="24"/>
    </w:rPr>
  </w:style>
  <w:style w:type="paragraph" w:customStyle="1" w:styleId="TOC">
    <w:name w:val="TOC"/>
    <w:pPr>
      <w:keepNext w:val="0"/>
      <w:keepLines w:val="0"/>
      <w:pageBreakBefore w:val="0"/>
      <w:widowControl/>
      <w:spacing w:before="0" w:after="100" w:line="240" w:lineRule="exact"/>
      <w:ind w:firstLine="0" w:left="0" w:right="0"/>
      <w:jc w:val="left"/>
    </w:pPr>
    <w:rPr>
      <w:rFonts w:ascii="Liberation Serif" w:hAnsi="Liberation Serif"/>
      <w:b w:val="0"/>
      <w:i w:val="0"/>
      <w:color w:val="191919"/>
      <w:sz w:val="20"/>
    </w:rPr>
  </w:style>
  <w:style w:type="paragraph" w:customStyle="1" w:styleId="Plate">
    <w:name w:val="Plate"/>
    <w:pPr>
      <w:keepNext/>
      <w:keepLines w:val="0"/>
      <w:pageBreakBefore w:val="0"/>
      <w:widowControl/>
      <w:spacing w:before="0" w:after="120" w:line="240" w:lineRule="auto"/>
      <w:ind w:firstLine="0" w:left="0" w:right="0"/>
      <w:jc w:val="center"/>
    </w:pPr>
    <w:rPr>
      <w:rFonts w:ascii="Liberation Serif" w:hAnsi="Liberation Serif"/>
      <w:b w:val="0"/>
      <w:i w:val="0"/>
      <w:color w:val="191919"/>
      <w:sz w:val="21"/>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header" Target="header1.xml"/><Relationship Id="rId11" Type="http://schemas.openxmlformats.org/officeDocument/2006/relationships/footer" Target="footer1.xml"/><Relationship Id="rId12" Type="http://schemas.openxmlformats.org/officeDocument/2006/relationships/image" Target="media/image2.jpg"/><Relationship Id="rId13" Type="http://schemas.openxmlformats.org/officeDocument/2006/relationships/image" Target="media/image3.jpg"/><Relationship Id="rId14"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Hollow Meridian: drift</dc:title>
  <dc:subject>Book Two: The First Temporal Intervention</dc:subject>
  <dc:creator>Jona Citrus Thyng</dc:creator>
  <cp:keywords>Hollow Meridian, drift, literary science fiction, illustrated edition</cp:keywords>
  <dc:description/>
  <cp:lastModifiedBy/>
  <cp:revision>1</cp:revision>
  <dcterms:created xsi:type="dcterms:W3CDTF">2026-09-08T00:00:00Z</dcterms:created>
  <dcterms:modified xsi:type="dcterms:W3CDTF">2026-09-08T00:00:00Z</dcterms:modified>
  <cp:category/>
</cp:coreProperties>
</file>